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Чорна підкова</w:t>
      </w:r>
    </w:p>
    <w:p>
      <w:r>
        <w:br/>
        <w:t xml:space="preserve"> &lt;p&gt;Хмари повзли так низько, що перехожі несподівано виринали з них і так само несподівано тонули. Дівчина задерла голову, ніби хотіла протаранити очима їх клубчасту похмурість. Довгими віями вона торкалася країв хмар, а її очі були єдиними синіми цятками серед передгрозової сірості.</w:t>
      </w:r>
    </w:p>
    <w:p>
      <w:r>
        <w:br/>
        <w:t>— Я не люблю тебе, — сказала дівчина, дивлячись у небо. — Ти брехав мені…</w:t>
      </w:r>
    </w:p>
    <w:p>
      <w:r>
        <w:br/>
        <w:t>— Я не брехав тобі…</w:t>
      </w:r>
    </w:p>
    <w:p>
      <w:r>
        <w:br/>
        <w:t>— Ти не любив мене.</w:t>
      </w:r>
    </w:p>
    <w:p>
      <w:r>
        <w:br/>
        <w:t>Він дивився в землю і не бачив, що коїться над ними.</w:t>
      </w:r>
    </w:p>
    <w:p>
      <w:r>
        <w:br/>
        <w:t>— Я люблю тебе. — Хлопець нервово човгав черевиком по зеленому горбику і вже вибив на ньому чорну підкову. — Я люблю тебе…</w:t>
      </w:r>
    </w:p>
    <w:p>
      <w:r>
        <w:br/>
        <w:t>— Ти просто боїшся втратити мене і залишитись самотнім.</w:t>
      </w:r>
    </w:p>
    <w:p>
      <w:r>
        <w:br/>
        <w:t>— Дурниці! — раптом загарячився він. — Коли я став байдужим тобі, то…</w:t>
      </w:r>
    </w:p>
    <w:p>
      <w:r>
        <w:br/>
        <w:t>Вона метнула на нього дві сині блискавки.</w:t>
      </w:r>
    </w:p>
    <w:p>
      <w:r>
        <w:br/>
        <w:t>— Чому ти весь час дивишся в землю?</w:t>
      </w:r>
    </w:p>
    <w:p>
      <w:r>
        <w:br/>
        <w:t>Він важко, мов гирі, підняв свої очі і спідлоба глипнув на неї, але за мить його очі знову впали в траву.</w:t>
      </w:r>
    </w:p>
    <w:p>
      <w:r>
        <w:br/>
        <w:t>— Це не має значення, куди я дивлюся.</w:t>
      </w:r>
    </w:p>
    <w:p>
      <w:r>
        <w:br/>
        <w:t>— Ти ніколи не дивився мені в очі. Ти завжди був жадібним і нетерплячим, — розстрілювала вона його сумніви. — Ти не хотів бути щасливим зі мною, ти просто хотів ощасливити мене.</w:t>
      </w:r>
    </w:p>
    <w:p>
      <w:r>
        <w:br/>
        <w:t>Вона раптом заплакала і ледве втрималася, щоб не припасти йому до грудей.</w:t>
      </w:r>
    </w:p>
    <w:p>
      <w:r>
        <w:br/>
        <w:t>— Я теж хочу бодай одну людину зробити щасливою, — сердито ввігнала підбор у глевку землю і прожогом кинулася геть.</w:t>
      </w:r>
    </w:p>
    <w:p>
      <w:r>
        <w:br/>
        <w:t>— Почекай! — Він рушив за нею.</w:t>
      </w:r>
    </w:p>
    <w:p>
      <w:r>
        <w:br/>
        <w:t>Тягуче закашлявся грім, і об листя запорощали великі, мов боруб'яхи, краплі. З хмар виринули двоє. Вони трималися за руки і бігли прямо під клен. Зупинилися захекані і мокрі, щасливі, що знайшли таку густу крону.</w:t>
      </w:r>
    </w:p>
    <w:p>
      <w:r>
        <w:br/>
        <w:t>— Дивися, підкова, — вигукнув хлопець.</w:t>
      </w:r>
    </w:p>
    <w:p>
      <w:r>
        <w:br/>
        <w:t>Вони присіли біля чорної дуги, впаяної в зелене божевілля. І якось несподівано зустрілися їхні очі, потім руки і губи.</w:t>
      </w:r>
    </w:p>
    <w:p>
      <w:r>
        <w:br/>
        <w:t>— Підкову знаходять на щастя, — прошелестіли її вуста.</w:t>
      </w:r>
    </w:p>
    <w:p>
      <w:r>
        <w:br/>
        <w:t>Ті, що знаходять підкову, ніколи не думають про того, хто загубив її.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Чорна підкова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