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Чому, сказати, й сам не знаю...</w:t>
      </w:r>
    </w:p>
    <w:p>
      <w:r>
        <w:br/>
        <w:t xml:space="preserve"> Чому, сказати, й сам не знаю,&lt;br /&gt;</w:t>
        <w:br/>
        <w:t>Живе у серці стільки літ&lt;br /&gt;</w:t>
        <w:br/>
        <w:t>Ота стежина в нашім краю&lt;br /&gt;</w:t>
        <w:br/>
        <w:t>Одним одна біля воріт.</w:t>
      </w:r>
    </w:p>
    <w:p>
      <w:r>
        <w:br/>
        <w:t>На вечоровім виднокрузі,&lt;br /&gt;</w:t>
        <w:br/>
        <w:t>Де обрій землю обніма,&lt;br /&gt;</w:t>
        <w:br/>
        <w:t>Нема кінця їй в темнім лузі,&lt;br /&gt;</w:t>
        <w:br/>
        <w:t>Та й повороту теж нема.</w:t>
      </w:r>
    </w:p>
    <w:p>
      <w:r>
        <w:br/>
        <w:t>Кудись пішла, не повертає,&lt;br /&gt;</w:t>
        <w:br/>
        <w:t>Хоч біля серця стеле цвіт,&lt;br /&gt;</w:t>
        <w:br/>
        <w:t>Ота стежина в нашім краю&lt;br /&gt;</w:t>
        <w:br/>
        <w:t>Одним одна біля воріт.</w:t>
      </w:r>
    </w:p>
    <w:p>
      <w:r>
        <w:br/>
        <w:t>Дощами мита-перемита,&lt;br /&gt;</w:t>
        <w:br/>
        <w:t>Дощами знесена у даль,&lt;br /&gt;</w:t>
        <w:br/>
        <w:t>Між круглих соняхів із літа&lt;br /&gt;</w:t>
        <w:br/>
        <w:t>Мій ревний біль і ревний жаль.</w:t>
      </w:r>
    </w:p>
    <w:p>
      <w:r>
        <w:br/>
        <w:t>1970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Чому, сказати, й сам не знаю...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