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я плачу?.. І чому мовчу?...</w:t>
      </w:r>
    </w:p>
    <w:p>
      <w:r>
        <w:br/>
        <w:t xml:space="preserve"> &lt;blockquote&gt;"Але кров моя — раб,&lt;br /&gt;</w:t>
        <w:br/>
        <w:t>але мозок мій — раб".&lt;br /&gt;</w:t>
        <w:br/>
        <w:t>Іван Франко&lt;/blockquote&gt;</w:t>
      </w:r>
    </w:p>
    <w:p>
      <w:r>
        <w:br/>
        <w:t>Чому я плачу?.. І чому мовчу?..&lt;br /&gt;</w:t>
        <w:br/>
        <w:t>Рабиню маю — свою власну долю.&lt;br /&gt;</w:t>
        <w:br/>
        <w:t>Туманами роки мої течуть,&lt;br /&gt;</w:t>
        <w:br/>
        <w:t>А волі так й не звідаю до болю.&lt;br /&gt;</w:t>
        <w:br/>
        <w:t>Бо раб я. Раб. До кореня єства,&lt;br /&gt;</w:t>
        <w:br/>
        <w:t>До нудоти, до тріскотні у скронях.&lt;br /&gt;</w:t>
        <w:br/>
        <w:t>А вже моя в сивинах голова&lt;br /&gt;</w:t>
        <w:br/>
        <w:t>Давно, мов раб, схилилася в поклоні&lt;br /&gt;</w:t>
        <w:br/>
        <w:t>Перед гріхом, що постає, як смерч,&lt;br /&gt;</w:t>
        <w:br/>
        <w:t>Перед рікою здвиження обставин,&lt;br /&gt;</w:t>
        <w:br/>
        <w:t>Перед одним лиш спогадом про смерть:&lt;br /&gt;</w:t>
        <w:br/>
        <w:t>А що, як хтось життя зачинить ставні?..&lt;br /&gt;</w:t>
        <w:br/>
        <w:t>Ми всі раби... І все ж ми не раби,&lt;br /&gt;</w:t>
        <w:br/>
        <w:t>Бо маєм вільну, Богом дану, душу!&lt;br /&gt;</w:t>
        <w:br/>
        <w:t>Як не мудруй і що там не роби,&lt;br /&gt;</w:t>
        <w:br/>
        <w:t>А ми безсмертні поза світом сущим.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я плачу?.. І чому мовчу?...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