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гортаєш сум, неначе книжку...</w:t>
      </w:r>
    </w:p>
    <w:p>
      <w:r>
        <w:br/>
        <w:t xml:space="preserve"> Чому гортаєш сум, неначе книжку,&lt;br /&gt;</w:t>
        <w:br/>
        <w:t>І дивишся у даль, котра німа?&lt;br /&gt;</w:t>
        <w:br/>
        <w:t>Бо вже літає гайворонням низько&lt;br /&gt;</w:t>
        <w:br/>
        <w:t>Й хурделицею стелиться зима?</w:t>
      </w:r>
    </w:p>
    <w:p>
      <w:r>
        <w:br/>
        <w:t>Облиш печаль. Торкнись надій устами,&lt;br /&gt;</w:t>
        <w:br/>
        <w:t>Всміхнися світу всупереч вікам.&lt;br /&gt;</w:t>
        <w:br/>
        <w:t>За нами — вічність, вічність й перед нами,&lt;br /&gt;</w:t>
        <w:br/>
        <w:t>Й хода танечна нас чекає там.</w:t>
      </w:r>
    </w:p>
    <w:p>
      <w:r>
        <w:br/>
        <w:t>Цей давній світ — багатий і мізерний,&lt;br /&gt;</w:t>
        <w:br/>
        <w:t>Великий келих меду і смоли,&lt;br /&gt;</w:t>
        <w:br/>
        <w:t>Але як в інм вже хтось посіяв зерна,&lt;br /&gt;</w:t>
        <w:br/>
        <w:t>То прийде хліб на тесані столи.</w:t>
      </w:r>
    </w:p>
    <w:p>
      <w:r>
        <w:br/>
        <w:t>Тому спослухай краще мову ночі&lt;br /&gt;</w:t>
        <w:br/>
        <w:t>Або шалену музику грози.&lt;br /&gt;</w:t>
        <w:br/>
        <w:t>Он бач, любов листа нового строчить&lt;br /&gt;</w:t>
        <w:br/>
        <w:t>І йде молитись перед Образи.</w:t>
      </w:r>
    </w:p>
    <w:p>
      <w:r>
        <w:br/>
        <w:t>Ти їй скажи небоязко і тихо,&lt;br /&gt;</w:t>
        <w:br/>
        <w:t>Що було літо п'яне без тривог,&lt;br /&gt;</w:t>
        <w:br/>
        <w:t>Де ми ділили лихо і нелихо,&lt;br /&gt;</w:t>
        <w:br/>
        <w:t>Немов спокуси яблуко, на двох.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гортаєш сум, неначе книжку...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