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біжить останній…</w:t>
      </w:r>
    </w:p>
    <w:p>
      <w:r>
        <w:br/>
        <w:t xml:space="preserve"> &lt;blockquote class="cita" style='text-align:left'&gt; Один з останніх романів мого львівського друга Дмитра Герасимчука "Чому біжить останній".&lt;br /&gt;</w:t>
        <w:br/>
        <w:t>&lt;/blockquote&gt;&lt;br /&gt;</w:t>
        <w:br/>
        <w:t>Бібліотеки, офіси, кав’ярні…&lt;br /&gt;</w:t>
        <w:br/>
        <w:t>Разом судилось стільки пережить.&lt;br /&gt;</w:t>
        <w:br/>
        <w:t>Залишилось від друга запитання:&lt;br /&gt;</w:t>
        <w:br/>
        <w:t>Куди біжить? Чому біжить… останній?&lt;br /&gt;</w:t>
        <w:br/>
        <w:t>Відстав же безнадійно, а біжить…</w:t>
      </w:r>
    </w:p>
    <w:p>
      <w:r>
        <w:br/>
        <w:t>Повз нього мимо сонце, звірі, люди.&lt;br /&gt;</w:t>
        <w:br/>
        <w:t>Усі кепкують: от же гордий птах…&lt;br /&gt;</w:t>
        <w:br/>
        <w:t>Зійде зі шляху… хто його осудить?&lt;br /&gt;</w:t>
        <w:br/>
        <w:t>Медалі не впадуть йому на груди&lt;br /&gt;</w:t>
        <w:br/>
        <w:t>І слава відцурається невдах..</w:t>
      </w:r>
    </w:p>
    <w:p>
      <w:r>
        <w:br/>
        <w:t>А він біжить. Вже ледве-ледве дише,&lt;br /&gt;</w:t>
        <w:br/>
        <w:t>Позаду фініш, музика, вогні.&lt;br /&gt;</w:t>
        <w:br/>
        <w:t>Ані журі, ні публіки, лиш тиша.&lt;br /&gt;</w:t>
        <w:br/>
        <w:t>І ще одна вершина, чи узвишшя.&lt;br /&gt;</w:t>
        <w:br/>
        <w:t>А я кричу; О, Дмитре, Дмитре, ні!</w:t>
      </w:r>
    </w:p>
    <w:p>
      <w:r>
        <w:br/>
        <w:t>І що йому сяйливі нагороди?&lt;br /&gt;</w:t>
        <w:br/>
        <w:t>І що дощі, гроза, пекучий сніг?&lt;br /&gt;</w:t>
        <w:br/>
        <w:t>Він руку тріумфуючи підводить —&lt;br /&gt;</w:t>
        <w:br/>
        <w:t>На цім шляху він сам собі господар,&lt;br /&gt;</w:t>
        <w:br/>
        <w:t>Бо біг останнім, але переміг.</w:t>
      </w:r>
    </w:p>
    <w:p>
      <w:r>
        <w:br/>
        <w:t>Ціна одна – уже він не повернеться —&lt;br /&gt;</w:t>
        <w:br/>
        <w:t>Химерник, химородник, крутослов.&lt;br /&gt;</w:t>
        <w:br/>
        <w:t>Дімкостьовичу! Костьовичу! Серце?&lt;br /&gt;</w:t>
        <w:br/>
        <w:t>Він грюкає, він гнівається, сердиться:&lt;br /&gt;</w:t>
        <w:br/>
        <w:t>— Біжи, лети, поки не замело!</w:t>
      </w:r>
    </w:p>
    <w:p>
      <w:r>
        <w:br/>
        <w:t>Холодний жар останнього змагання…&lt;br /&gt;</w:t>
        <w:br/>
        <w:t>Тепер вже я ступила на межу.&lt;br /&gt;</w:t>
        <w:br/>
        <w:t>Якесь воно неправильне питання…&lt;br /&gt;</w:t>
        <w:br/>
        <w:t>Якщо є перший, значить є останній.&lt;br /&gt;</w:t>
        <w:br/>
        <w:t>І все таки, чому, чому біжу?</w:t>
      </w:r>
    </w:p>
    <w:p>
      <w:r>
        <w:br/>
        <w:t>По бездоріжжю: у таку негоду,&lt;br /&gt;</w:t>
        <w:br/>
        <w:t>Крізь частоколи криків, заборон…&lt;br /&gt;</w:t>
        <w:br/>
        <w:t>Нехай остання, хай яка завгодно,&lt;br /&gt;</w:t>
        <w:br/>
        <w:t>Над крижаною темною безоднею&lt;br /&gt;</w:t>
        <w:br/>
        <w:t>Якщо біжу – триває марафон.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біжить останній…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