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ж вода каламутна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б'ється.&lt;br /&gt;</w:t>
        <w:br/>
        <w:t>А милая по милому,&lt;br /&gt;</w:t>
        <w:br/>
        <w:t>Як ластівка, в'ється.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ж вода каламутна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