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тобі, зимо: з полону ідемо...</w:t>
      </w:r>
    </w:p>
    <w:p>
      <w:r>
        <w:br/>
        <w:t xml:space="preserve"> чого тобі, зимо: з полону ідемо.</w:t>
      </w:r>
    </w:p>
    <w:p>
      <w:r>
        <w:br/>
        <w:t>подовшало розмов, як вигинів на карті.</w:t>
      </w:r>
    </w:p>
    <w:p>
      <w:r>
        <w:br/>
        <w:t>окріпли ґражди слів у кутиках розмов,</w:t>
      </w:r>
    </w:p>
    <w:p>
      <w:r>
        <w:br/>
        <w:t>як патетичний шов на тріснутій кокарді.</w:t>
      </w:r>
    </w:p>
    <w:p>
      <w:r>
        <w:br/>
        <w:t>&lt;br /&gt;</w:t>
        <w:br/>
        <w:t>і притча з полину про листяну війну,</w:t>
      </w:r>
    </w:p>
    <w:p>
      <w:r>
        <w:br/>
        <w:t>про мітки на стіні, обмочені у хвою, –</w:t>
      </w:r>
    </w:p>
    <w:p>
      <w:r>
        <w:br/>
        <w:t>про трою, що її врятовано до сну,</w:t>
      </w:r>
    </w:p>
    <w:p>
      <w:r>
        <w:br/>
        <w:t>аби на денці сну поруйнувати трою:</w:t>
      </w:r>
    </w:p>
    <w:p>
      <w:r>
        <w:br/>
        <w:t>&lt;br /&gt;</w:t>
        <w:br/>
        <w:t>трояндову її – з дзеркальних кучугур,</w:t>
      </w:r>
    </w:p>
    <w:p>
      <w:r>
        <w:br/>
        <w:t>з болотяних люкроз, притулених на біле, –</w:t>
      </w:r>
    </w:p>
    <w:p>
      <w:r>
        <w:br/>
        <w:t>коли раптовий крик відлунює об мур</w:t>
      </w:r>
    </w:p>
    <w:p>
      <w:r>
        <w:br/>
        <w:t>загублених вікном, усе ще уцілілим.</w:t>
      </w:r>
    </w:p>
    <w:p>
      <w:r>
        <w:br/>
        <w:t>&lt;br /&gt;</w:t>
        <w:br/>
        <w:t>чого тобі іще: безодню на плече,</w:t>
      </w:r>
    </w:p>
    <w:p>
      <w:r>
        <w:br/>
        <w:t>чаїнку осоки і хриплого туману.</w:t>
      </w:r>
    </w:p>
    <w:p>
      <w:r>
        <w:br/>
        <w:t>і хай не по щоці остання міць тече,</w:t>
      </w:r>
    </w:p>
    <w:p>
      <w:r>
        <w:br/>
        <w:t>по снігові – нехай, а по щоці зарано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тобі, зимо: з полону ідемо...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