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я хотів би</w:t>
      </w:r>
    </w:p>
    <w:p>
      <w:r>
        <w:br/>
        <w:t xml:space="preserve"> Побратимів багатих мені&lt;br /&gt;</w:t>
        <w:br/>
        <w:t>Не потрібно – я відаю їх!&lt;br /&gt;</w:t>
        <w:br/>
        <w:t>За божками летять, як дурні,&lt;br /&gt;</w:t>
        <w:br/>
        <w:t>А всім іншим – погорда і сміх.&lt;br /&gt;</w:t>
        <w:br/>
        <w:t>Я не хочу сидіть за столом&lt;br /&gt;</w:t>
        <w:br/>
        <w:t>З паничами – принизлива гра:&lt;br /&gt;</w:t>
        <w:br/>
        <w:t>Обмине тебе келих з вином,&lt;br /&gt;</w:t>
        <w:br/>
        <w:t>Пригадається кривда стара.&lt;br /&gt;</w:t>
        <w:br/>
        <w:t>Я не хочу дівочих принад,&lt;br /&gt;</w:t>
        <w:br/>
        <w:t>Ніжних пестощів білих грудей.&lt;br /&gt;</w:t>
        <w:br/>
        <w:t>Студенить мені серце, мов град,&lt;br /&gt;</w:t>
        <w:br/>
        <w:t>Зрада, хитрість огнистих очей!&lt;br /&gt;</w:t>
        <w:br/>
        <w:t>Та любов пропадає в ганьбі,&lt;br /&gt;</w:t>
        <w:br/>
        <w:t>Розвівається, начебто мла…&lt;br /&gt;</w:t>
        <w:br/>
        <w:t>Тут клянеться в коханні тобі,&lt;br /&gt;</w:t>
        <w:br/>
        <w:t>А тут іншого вже обняла!&lt;br /&gt;</w:t>
        <w:br/>
        <w:t>Я не хочу ясного життя,&lt;br /&gt;</w:t>
        <w:br/>
        <w:t>Де народ стільки горя терпить,&lt;br /&gt;</w:t>
        <w:br/>
        <w:t>Де жебрачити ходить дитя,&lt;br /&gt;</w:t>
        <w:br/>
        <w:t>Що не має розради й на мить.&lt;br /&gt;</w:t>
        <w:br/>
        <w:t>Веселитись не хочу я там,&lt;br /&gt;</w:t>
        <w:br/>
        <w:t>Де біда, сльози, скарги навкруг,&lt;br /&gt;</w:t>
        <w:br/>
        <w:t>Де в неволі так тяжко братам,&lt;br /&gt;</w:t>
        <w:br/>
        <w:t>Де завмерли і сила, і дух!..&lt;br /&gt;</w:t>
        <w:br/>
        <w:t>Гей, сказати б, що мучить мене?&lt;br /&gt;</w:t>
        <w:br/>
        <w:t>Що я хочу, чого б я жадав?&lt;br /&gt;</w:t>
        <w:br/>
        <w:t>За що б горе прийняв не одне?&lt;br /&gt;</w:t>
        <w:br/>
        <w:t>За що б серце згорьоване дав?&lt;br /&gt;</w:t>
        <w:br/>
        <w:t>Ну, так знайте, чого б я хотів:&lt;br /&gt;</w:t>
        <w:br/>
        <w:t>Щоб не згинула пісня моя,&lt;br /&gt;</w:t>
        <w:br/>
        <w:t>Щоб народ її в серці пригрів&lt;br /&gt;</w:t>
        <w:br/>
        <w:t>Та щоб знав, чим та пісня сія!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я хотів 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