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Чистий можеш буть собою...</w:t>
      </w:r>
    </w:p>
    <w:p>
      <w:r>
        <w:br/>
        <w:t xml:space="preserve"> Чистий можеш буть собою,&lt;br /&gt;</w:t>
        <w:br/>
        <w:t>То нащо тобі броня&lt;br /&gt;</w:t>
        <w:br/>
        <w:t>І шолом над головою?&lt;br /&gt;</w:t>
        <w:br/>
        <w:t>Не потрібна і війна.&lt;br /&gt;</w:t>
        <w:br/>
        <w:t>Непорочність — ось тобі броня,&lt;br /&gt;</w:t>
        <w:br/>
        <w:t>А невинність — крем'яна стіна.&lt;br /&gt;</w:t>
        <w:br/>
        <w:t>Щит, меч і шолом — буде тобі бог.</w:t>
      </w:r>
    </w:p>
    <w:p>
      <w:r>
        <w:br/>
        <w:t>Світе, світе безпорадний,&lt;br /&gt;</w:t>
        <w:br/>
        <w:t>Вся надія — угорі,&lt;br /&gt;</w:t>
        <w:br/>
        <w:t>Маєш сумнів — то нещадний&lt;br /&gt;</w:t>
        <w:br/>
        <w:t>Вихор розмете на прі.&lt;br /&gt;</w:t>
        <w:br/>
        <w:t>Непорочність — се Сігор, повір,&lt;br /&gt;</w:t>
        <w:br/>
        <w:t>А невинність — ось небесний двір.&lt;br /&gt;</w:t>
        <w:br/>
        <w:t>Там побувай і там почий.</w:t>
      </w:r>
    </w:p>
    <w:p>
      <w:r>
        <w:br/>
        <w:t>Бомб се місто не боїться,&lt;br /&gt;</w:t>
        <w:br/>
        <w:t>Ні підступності, ні стріл.&lt;br /&gt;</w:t>
        <w:br/>
        <w:t>Хитрих мін не застрашиться,&lt;br /&gt;</w:t>
        <w:br/>
        <w:t>Ні пожежі, ані стрільб.&lt;br /&gt;</w:t>
        <w:br/>
        <w:t>Непорочність — ось де діамант,&lt;br /&gt;</w:t>
        <w:br/>
        <w:t>А невинність — ось священний град.&lt;br /&gt;</w:t>
        <w:br/>
        <w:t>Там побувай і там почий.</w:t>
      </w:r>
    </w:p>
    <w:p>
      <w:r>
        <w:br/>
        <w:t>Ворога в сім граді люблять,&lt;br /&gt;</w:t>
        <w:br/>
        <w:t>Їм віддружують тепло,&lt;br /&gt;</w:t>
        <w:br/>
        <w:t>Силу для чужого гублять,-&lt;br /&gt;</w:t>
        <w:br/>
        <w:t>І не відають про зло.&lt;br /&gt;</w:t>
        <w:br/>
        <w:t>Де ж такий чудовий, пишний град?&lt;br /&gt;</w:t>
        <w:br/>
        <w:t>Сам ти град, коли в душі є сад,&lt;br /&gt;</w:t>
        <w:br/>
        <w:t>Святому духу храм і град.</w:t>
      </w:r>
    </w:p>
    <w:p>
      <w:r>
        <w:br/>
        <w:t>Кто сердцем чист и душею,&lt;br /&gt;</w:t>
        <w:br/>
        <w:t>Не нужна тому броня,&lt;br /&gt;</w:t>
        <w:br/>
        <w:t>Не нужен и шлем на шею,&lt;br /&gt;</w:t>
        <w:br/>
        <w:t>Не нужна ему война.&lt;br /&gt;</w:t>
        <w:br/>
        <w:t>Непорочность — то его броня,&lt;br /&gt;</w:t>
        <w:br/>
        <w:t>И невинность — алмазна стена,&lt;br /&gt;</w:t>
        <w:br/>
        <w:t>Щит, меч и шлем ему сам бог.</w:t>
      </w:r>
    </w:p>
    <w:p>
      <w:r>
        <w:br/>
        <w:t>О міре! Мір безсоветный!&lt;br /&gt;</w:t>
        <w:br/>
        <w:t>Надежда твоя в царях!&lt;br /&gt;</w:t>
        <w:br/>
        <w:t>Мниш, что сей брег безнаветный!&lt;br /&gt;</w:t>
        <w:br/>
        <w:t>Вихрь развеет сей прах.&lt;br /&gt;</w:t>
        <w:br/>
        <w:t>Непорочность — се тебе Сигор,&lt;br /&gt;</w:t>
        <w:br/>
        <w:t>И невинность — вот небесный двор!&lt;br /&gt;</w:t>
        <w:br/>
        <w:t>Там полещи и там почій!</w:t>
      </w:r>
    </w:p>
    <w:p>
      <w:r>
        <w:br/>
        <w:t>Сей свят град бомб не боится,&lt;br /&gt;</w:t>
        <w:br/>
        <w:t>Ни клеветничіих стрел,&lt;br /&gt;</w:t>
        <w:br/>
        <w:t>И хитрых мин не страшится,&lt;br /&gt;</w:t>
        <w:br/>
        <w:t>Всегда цел и не горел.&lt;br /&gt;</w:t>
        <w:br/>
        <w:t>Непорочность есть то адамант,&lt;br /&gt;</w:t>
        <w:br/>
        <w:t>И невинность есть святый то град.&lt;br /&gt;</w:t>
        <w:br/>
        <w:t>Там полещи и там почій!</w:t>
      </w:r>
    </w:p>
    <w:p>
      <w:r>
        <w:br/>
        <w:t>В сем граде и врагов люблят,&lt;br /&gt;</w:t>
        <w:br/>
        <w:t>Добро воздая врагам.&lt;br /&gt;</w:t>
        <w:br/>
        <w:t>Для других здравіе гублят,&lt;br /&gt;</w:t>
        <w:br/>
        <w:t>Не только добры другам.&lt;br /&gt;</w:t>
        <w:br/>
        <w:t>Где ж есть оный толь прекрасный град?&lt;br /&gt;</w:t>
        <w:br/>
        <w:t>Сам ты град, з души вон выгнав яд,&lt;br /&gt;</w:t>
        <w:br/>
        <w:t>Святому духу храм и град.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Чистий можеш буть собою...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