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Числа</w:t>
      </w:r>
    </w:p>
    <w:p>
      <w:r>
        <w:br/>
        <w:t xml:space="preserve"> 1.</w:t>
      </w:r>
    </w:p>
    <w:p>
      <w:r>
        <w:br/>
        <w:t>на схилі вишньому прощається за всіх:</w:t>
      </w:r>
    </w:p>
    <w:p>
      <w:r>
        <w:br/>
        <w:t>розмова мислима а мислі небагато</w:t>
      </w:r>
    </w:p>
    <w:p>
      <w:r>
        <w:br/>
        <w:t>&lt;br /&gt;</w:t>
        <w:br/>
        <w:t>по волі вислуги його ділив екватор</w:t>
      </w:r>
    </w:p>
    <w:p>
      <w:r>
        <w:br/>
        <w:t>а він залишився на впоминання їх</w:t>
      </w:r>
    </w:p>
    <w:p>
      <w:r>
        <w:br/>
        <w:t>таки цілісіньким</w:t>
      </w:r>
    </w:p>
    <w:p>
      <w:r>
        <w:br/>
        <w:t>бо все що на один</w:t>
      </w:r>
    </w:p>
    <w:p>
      <w:r>
        <w:br/>
        <w:t>означене – розгорнеться собою</w:t>
      </w:r>
    </w:p>
    <w:p>
      <w:r>
        <w:br/>
        <w:t>і винний задум і задуха волі</w:t>
      </w:r>
    </w:p>
    <w:p>
      <w:r>
        <w:br/>
        <w:t>і навіть дим даруйте навіть дим</w:t>
      </w:r>
    </w:p>
    <w:p>
      <w:r>
        <w:br/>
        <w:t>&lt;br /&gt;</w:t>
        <w:br/>
        <w:t>(знамення множиться:</w:t>
      </w:r>
    </w:p>
    <w:p>
      <w:r>
        <w:br/>
        <w:t>його поміж знаменами</w:t>
      </w:r>
    </w:p>
    <w:p>
      <w:r>
        <w:br/>
        <w:t>цей дим витримує самими лиш раменами)</w:t>
      </w:r>
    </w:p>
    <w:p>
      <w:r>
        <w:br/>
      </w:r>
    </w:p>
    <w:p>
      <w:r>
        <w:br/>
        <w:t>0.</w:t>
      </w:r>
    </w:p>
    <w:p>
      <w:r>
        <w:br/>
        <w:t>овальна тінь видовжується в конус</w:t>
      </w:r>
    </w:p>
    <w:p>
      <w:r>
        <w:br/>
        <w:t>на тоншім березі дрібніші письмена</w:t>
      </w:r>
    </w:p>
    <w:p>
      <w:r>
        <w:br/>
        <w:t>а ніч виразніша неначебто вона</w:t>
      </w:r>
    </w:p>
    <w:p>
      <w:r>
        <w:br/>
        <w:t>когось замислила і витекла на когось</w:t>
      </w:r>
    </w:p>
    <w:p>
      <w:r>
        <w:br/>
        <w:t>бідового чий катет а не круг</w:t>
      </w:r>
    </w:p>
    <w:p>
      <w:r>
        <w:br/>
        <w:t>прозоріший як прожилки на пальцях</w:t>
      </w:r>
    </w:p>
    <w:p>
      <w:r>
        <w:br/>
        <w:t>і чий хребет витримує не панцир</w:t>
      </w:r>
    </w:p>
    <w:p>
      <w:r>
        <w:br/>
        <w:t>а місяця ламкий неповний рух</w:t>
      </w:r>
    </w:p>
    <w:p>
      <w:r>
        <w:br/>
      </w:r>
    </w:p>
    <w:p>
      <w:r>
        <w:br/>
        <w:t>22.</w:t>
      </w:r>
    </w:p>
    <w:p>
      <w:r>
        <w:br/>
        <w:t>коли їх двійко – це хіба що – пара –</w:t>
      </w:r>
    </w:p>
    <w:p>
      <w:r>
        <w:br/>
        <w:t>хтось видихав – і видихнув за мить</w:t>
      </w:r>
    </w:p>
    <w:p>
      <w:r>
        <w:br/>
        <w:t>тонке повітря – з вечора болить –</w:t>
      </w:r>
    </w:p>
    <w:p>
      <w:r>
        <w:br/>
        <w:t>чи – з голосу – чия бездонна хмара</w:t>
      </w:r>
    </w:p>
    <w:p>
      <w:r>
        <w:br/>
        <w:t>роздвоює їх обриси крихкі</w:t>
      </w:r>
    </w:p>
    <w:p>
      <w:r>
        <w:br/>
        <w:t>так близько неминуче і дзеркально</w:t>
      </w:r>
    </w:p>
    <w:p>
      <w:r>
        <w:br/>
        <w:t>неначе кожна пара – ти і тінь –</w:t>
      </w:r>
    </w:p>
    <w:p>
      <w:r>
        <w:br/>
        <w:t>а лиш повітря вгадує – де камінь</w:t>
      </w:r>
    </w:p>
    <w:p>
      <w:r>
        <w:br/>
        <w:t>4.</w:t>
      </w:r>
    </w:p>
    <w:p>
      <w:r>
        <w:br/>
        <w:t>на золотому видиху ічкерій</w:t>
      </w:r>
    </w:p>
    <w:p>
      <w:r>
        <w:br/>
        <w:t>твій чорний келеф твій зелений клин</w:t>
      </w:r>
    </w:p>
    <w:p>
      <w:r>
        <w:br/>
        <w:t>прозорий місяць безневинно стеле</w:t>
      </w:r>
    </w:p>
    <w:p>
      <w:r>
        <w:br/>
        <w:t>останній цього світа розмарин</w:t>
      </w:r>
    </w:p>
    <w:p>
      <w:r>
        <w:br/>
        <w:t>&lt;br /&gt;</w:t>
        <w:br/>
        <w:t>відміряний потік переступання</w:t>
      </w:r>
    </w:p>
    <w:p>
      <w:r>
        <w:br/>
        <w:t>там не вода – там виводок тече</w:t>
      </w:r>
    </w:p>
    <w:p>
      <w:r>
        <w:br/>
        <w:t>імлиста пані – ще сьогодні з пальми –</w:t>
      </w:r>
    </w:p>
    <w:p>
      <w:r>
        <w:br/>
        <w:t>пов'язана дзеркальним кумачем</w:t>
      </w:r>
    </w:p>
    <w:p>
      <w:r>
        <w:br/>
        <w:t>&lt;br /&gt;</w:t>
        <w:br/>
        <w:t>душа – на пальці, істина – на пальцях</w:t>
      </w:r>
    </w:p>
    <w:p>
      <w:r>
        <w:br/>
        <w:t>а тиша – усамітнена така</w:t>
      </w:r>
    </w:p>
    <w:p>
      <w:r>
        <w:br/>
        <w:t>ще навіть дим на кратери розпався</w:t>
      </w:r>
    </w:p>
    <w:p>
      <w:r>
        <w:br/>
        <w:t>…ні месника тобі, ні барвника</w:t>
      </w:r>
    </w:p>
    <w:p>
      <w:r>
        <w:br/>
      </w:r>
    </w:p>
    <w:p>
      <w:r>
        <w:br/>
        <w:t>– 4.</w:t>
      </w:r>
    </w:p>
    <w:p>
      <w:r>
        <w:br/>
        <w:t>відчитуйте – розлого як вуста</w:t>
      </w:r>
    </w:p>
    <w:p>
      <w:r>
        <w:br/>
        <w:t>чи вуставки – відчитуйте розлого</w:t>
      </w:r>
    </w:p>
    <w:p>
      <w:r>
        <w:br/>
        <w:t>хай паволока сонна і густа</w:t>
      </w:r>
    </w:p>
    <w:p>
      <w:r>
        <w:br/>
        <w:t>сама в собі не втримає нічого</w:t>
      </w:r>
    </w:p>
    <w:p>
      <w:r>
        <w:br/>
        <w:t>&lt;br /&gt;</w:t>
        <w:br/>
        <w:t>хай лущаться – горіхами вершин</w:t>
      </w:r>
    </w:p>
    <w:p>
      <w:r>
        <w:br/>
        <w:t>хай втримуються – теплими по вінця</w:t>
      </w:r>
    </w:p>
    <w:p>
      <w:r>
        <w:br/>
        <w:t>цей бездоганний нездоланний плин</w:t>
      </w:r>
    </w:p>
    <w:p>
      <w:r>
        <w:br/>
        <w:t>закінчиться на кінчику гостинця</w:t>
      </w:r>
    </w:p>
    <w:p>
      <w:r>
        <w:br/>
        <w:t>&lt;br /&gt;</w:t>
        <w:br/>
        <w:t>бодай колись – закінчиться і все</w:t>
      </w:r>
    </w:p>
    <w:p>
      <w:r>
        <w:br/>
        <w:t>бодай навіщось – де тобі до того</w:t>
      </w:r>
    </w:p>
    <w:p>
      <w:r>
        <w:br/>
        <w:t>…захланний месник вийде на дорогу</w:t>
      </w:r>
    </w:p>
    <w:p>
      <w:r>
        <w:br/>
        <w:t>в сухих вустах вологу принесе</w:t>
      </w:r>
    </w:p>
    <w:p>
      <w:r>
        <w:br/>
      </w:r>
    </w:p>
    <w:p>
      <w:r>
        <w:br/>
        <w:t>333.</w:t>
      </w:r>
    </w:p>
    <w:p>
      <w:r>
        <w:br/>
        <w:t>є три узбережжя твоєї ріки</w:t>
      </w:r>
    </w:p>
    <w:p>
      <w:r>
        <w:br/>
        <w:t>і сонцю судилось намислити кожне</w:t>
      </w:r>
    </w:p>
    <w:p>
      <w:r>
        <w:br/>
        <w:t>порожня вода витікає в порожнє</w:t>
      </w:r>
    </w:p>
    <w:p>
      <w:r>
        <w:br/>
        <w:t>кудись попід небо – аби навпрошки</w:t>
      </w:r>
    </w:p>
    <w:p>
      <w:r>
        <w:br/>
        <w:t>&lt;br /&gt;</w:t>
        <w:br/>
        <w:t>і солоно їй і не соромно їй</w:t>
      </w:r>
    </w:p>
    <w:p>
      <w:r>
        <w:br/>
        <w:t>і майже під воду ховаються бризки</w:t>
      </w:r>
    </w:p>
    <w:p>
      <w:r>
        <w:br/>
        <w:t>тоненькі судини сакральної книжки</w:t>
      </w:r>
    </w:p>
    <w:p>
      <w:r>
        <w:br/>
        <w:t>спиває поранений вартовий</w:t>
      </w:r>
    </w:p>
    <w:p>
      <w:r>
        <w:br/>
      </w:r>
    </w:p>
    <w:p>
      <w:r>
        <w:br/>
        <w:t>8.</w:t>
      </w:r>
    </w:p>
    <w:p>
      <w:r>
        <w:br/>
        <w:t>множинність зображань поступиться зображенням</w:t>
      </w:r>
    </w:p>
    <w:p>
      <w:r>
        <w:br/>
        <w:t>їх проблиски збулись як постріли в траву</w:t>
      </w:r>
    </w:p>
    <w:p>
      <w:r>
        <w:br/>
        <w:t>зітру їх листопад на прощу степову</w:t>
      </w:r>
    </w:p>
    <w:p>
      <w:r>
        <w:br/>
        <w:t>котра – одна з усіх – приречена і бажана</w:t>
      </w:r>
    </w:p>
    <w:p>
      <w:r>
        <w:br/>
        <w:t>&lt;br /&gt;</w:t>
        <w:br/>
        <w:t>осиплеться їх мир і вимріється рим</w:t>
      </w:r>
    </w:p>
    <w:p>
      <w:r>
        <w:br/>
        <w:t>і вернеться в уста історія за ним:</w:t>
      </w:r>
    </w:p>
    <w:p>
      <w:r>
        <w:br/>
        <w:t>&lt;br /&gt;</w:t>
        <w:br/>
        <w:t>часи очей змирилися з часами</w:t>
      </w:r>
    </w:p>
    <w:p>
      <w:r>
        <w:br/>
        <w:t>і вже ніхто не втримує хвилин</w:t>
      </w:r>
    </w:p>
    <w:p>
      <w:r>
        <w:br/>
        <w:t>і перемога міниться так само</w:t>
      </w:r>
    </w:p>
    <w:p>
      <w:r>
        <w:br/>
        <w:t>як випещений з ночі переґрин</w:t>
      </w:r>
    </w:p>
    <w:p>
      <w:r>
        <w:br/>
        <w:t>уже сториця тінями в підвалах</w:t>
      </w:r>
    </w:p>
    <w:p>
      <w:r>
        <w:br/>
        <w:t>уже зайшлася гоном кацапня</w:t>
      </w:r>
    </w:p>
    <w:p>
      <w:r>
        <w:br/>
        <w:t>і тільки далі незборимо далі</w:t>
      </w:r>
    </w:p>
    <w:p>
      <w:r>
        <w:br/>
        <w:t>тебе мізерна пташка не спиня</w:t>
      </w:r>
    </w:p>
    <w:p>
      <w:r>
        <w:br/>
        <w:t>і тільки тонко гнеться у повітрі</w:t>
      </w:r>
    </w:p>
    <w:p>
      <w:r>
        <w:br/>
        <w:t>сюркочучи розбризкані лади</w:t>
      </w:r>
    </w:p>
    <w:p>
      <w:r>
        <w:br/>
        <w:t>і так нестерпно хочеться</w:t>
      </w:r>
    </w:p>
    <w:p>
      <w:r>
        <w:br/>
        <w:t>повірте</w:t>
      </w:r>
    </w:p>
    <w:p>
      <w:r>
        <w:br/>
        <w:t>не наступати на її сліди</w:t>
      </w:r>
    </w:p>
    <w:p>
      <w:r>
        <w:br/>
      </w:r>
    </w:p>
    <w:p>
      <w:r>
        <w:br/>
        <w:t>6.</w:t>
      </w:r>
    </w:p>
    <w:p>
      <w:r>
        <w:br/>
        <w:t>коли слова неначе сталагніти</w:t>
      </w:r>
    </w:p>
    <w:p>
      <w:r>
        <w:br/>
        <w:t>повільно визрівають з язика</w:t>
      </w:r>
    </w:p>
    <w:p>
      <w:r>
        <w:br/>
        <w:t>тоді здається що кермує світом</w:t>
      </w:r>
    </w:p>
    <w:p>
      <w:r>
        <w:br/>
        <w:t>уже не слово а таки рука</w:t>
      </w:r>
    </w:p>
    <w:p>
      <w:r>
        <w:br/>
        <w:t>&lt;br /&gt;</w:t>
        <w:br/>
        <w:t>тверда чи ні – однаково їй Богу</w:t>
      </w:r>
    </w:p>
    <w:p>
      <w:r>
        <w:br/>
        <w:t>та благодать у неї лиш одна –</w:t>
      </w:r>
    </w:p>
    <w:p>
      <w:r>
        <w:br/>
        <w:t>не виміряти посохом дорогу</w:t>
      </w:r>
    </w:p>
    <w:p>
      <w:r>
        <w:br/>
        <w:t>а в пітьмі золотій намацувати дна</w:t>
      </w:r>
    </w:p>
    <w:p>
      <w:r>
        <w:br/>
        <w:t>&lt;br /&gt;</w:t>
        <w:br/>
        <w:t>(знамення множаться:</w:t>
      </w:r>
    </w:p>
    <w:p>
      <w:r>
        <w:br/>
        <w:t>помежи їх раменами</w:t>
      </w:r>
    </w:p>
    <w:p>
      <w:r>
        <w:br/>
        <w:t>це дно позначене дзеркальними знаменами)</w:t>
      </w:r>
    </w:p>
    <w:p>
      <w:r>
        <w:br/>
      </w:r>
    </w:p>
    <w:p>
      <w:r>
        <w:br/>
        <w:t>P.S.: 7</w:t>
      </w:r>
    </w:p>
    <w:p>
      <w:r>
        <w:br/>
        <w:t>розмежовую вічності що повернулися</w:t>
      </w:r>
    </w:p>
    <w:p>
      <w:r>
        <w:br/>
        <w:t>з ними праця інакша їх простір змарнів</w:t>
      </w:r>
    </w:p>
    <w:p>
      <w:r>
        <w:br/>
        <w:t>по наструнених вилицях ніби по вулицях</w:t>
      </w:r>
    </w:p>
    <w:p>
      <w:r>
        <w:br/>
        <w:t>небезпечно і легко дістатися брів</w:t>
      </w:r>
    </w:p>
    <w:p>
      <w:r>
        <w:br/>
        <w:t>&lt;br /&gt;</w:t>
        <w:br/>
        <w:t>роззирання прозоре а млака густіша</w:t>
      </w:r>
    </w:p>
    <w:p>
      <w:r>
        <w:br/>
        <w:t>жебоніє дземброня між двох споглядань</w:t>
      </w:r>
    </w:p>
    <w:p>
      <w:r>
        <w:br/>
        <w:t>все одно чи існує обличчя у вірша –</w:t>
      </w:r>
    </w:p>
    <w:p>
      <w:r>
        <w:br/>
        <w:t>з нього плавно і солодко крекче гортань</w:t>
      </w:r>
    </w:p>
    <w:p>
      <w:r>
        <w:br/>
        <w:t>&lt;br /&gt;</w:t>
        <w:br/>
        <w:t>це поезія присмаку менша від смаку</w:t>
      </w:r>
    </w:p>
    <w:p>
      <w:r>
        <w:br/>
        <w:t>перевтома дрібніша від китиці втом</w:t>
      </w:r>
    </w:p>
    <w:p>
      <w:r>
        <w:br/>
        <w:t>маєш знаки мовчання над урвищем-знаком</w:t>
      </w:r>
    </w:p>
    <w:p>
      <w:r>
        <w:br/>
        <w:t>над розкосим і немічним чистим листом</w:t>
      </w:r>
    </w:p>
    <w:p>
      <w:r>
        <w:br/>
        <w:t>&lt;br /&gt;</w:t>
        <w:br/>
        <w:t>маєш вічність подрібнену в поті нічному</w:t>
      </w:r>
    </w:p>
    <w:p>
      <w:r>
        <w:br/>
        <w:t>в листопаді дзеркал в заскорузлій війні</w:t>
      </w:r>
    </w:p>
    <w:p>
      <w:r>
        <w:br/>
        <w:t>де паліччя-обличчя вернулись додому</w:t>
      </w:r>
    </w:p>
    <w:p>
      <w:r>
        <w:br/>
        <w:t>і не те щоби марні – всього лиш марні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