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Чипалак</w:t>
      </w:r>
    </w:p>
    <w:p>
      <w:r>
        <w:br/>
        <w:t xml:space="preserve"> &lt;p&gt;Я розкажу вам казку про Чипалака — хитрого, бешкетного хлопчиська. Дуже полюбилась ця казка моїм синам — Санжарові та Аскару. Отож слухайте.</w:t>
      </w:r>
    </w:p>
    <w:p>
      <w:r>
        <w:br/>
        <w:t>Були собі дід та баба, а в них хлопчик завбільшки з мізинець — Чи па лак.</w:t>
      </w:r>
    </w:p>
    <w:p>
      <w:r>
        <w:br/>
        <w:t>Дід з бабою все його просять дома сидіти, бо як забіжить куди, то де тоді й шукати. А Чипалак на своєму стоїть — він, мовляв, хоч і дрібненький росточком, а скривдити себе нікому не дасть. От через те і попадав він не раз у халепу.</w:t>
      </w:r>
    </w:p>
    <w:p>
      <w:r>
        <w:br/>
        <w:t>Якось зустрів Чипалака вовк.</w:t>
      </w:r>
    </w:p>
    <w:p>
      <w:r>
        <w:br/>
        <w:t>— Що воно за комашина? — дивує.— Візьму-но її та й злизну.</w:t>
      </w:r>
    </w:p>
    <w:p>
      <w:r>
        <w:br/>
        <w:t>А Чипалак:</w:t>
      </w:r>
    </w:p>
    <w:p>
      <w:r>
        <w:br/>
        <w:t>— Не чіпай мене, вовче, бо зроблю з тебе собаку.</w:t>
      </w:r>
    </w:p>
    <w:p>
      <w:r>
        <w:br/>
        <w:t>— Хо-хо-хо! — зареготався вовк.— Де то чувано, щоб вовк собакою обернувсь! Та за таку зухвалість тут-таки тебе з'їм!</w:t>
      </w:r>
    </w:p>
    <w:p>
      <w:r>
        <w:br/>
        <w:t>І проковтнув Чипалака. Проковтнув та й забув. Тільки відтоді не стало йому життя вовчого. Зачне підкрадатися до овець, а Чипалак усередині як закричить:</w:t>
      </w:r>
    </w:p>
    <w:p>
      <w:r>
        <w:br/>
        <w:t>— Гей, пастухи, не дрімайте! Це я, вовк-вовцюга, крадуся, щоб барана зарізати!</w:t>
      </w:r>
    </w:p>
    <w:p>
      <w:r>
        <w:br/>
        <w:t>Вовкові невтямки, що й робити. Кусає себе за боки. По землі качається. А Чипалак знай своєї:</w:t>
      </w:r>
    </w:p>
    <w:p>
      <w:r>
        <w:br/>
        <w:t>— Агов, сюди! Бийте мене, лупцюйте!</w:t>
      </w:r>
    </w:p>
    <w:p>
      <w:r>
        <w:br/>
        <w:t>Пастухи з палюга ми до вовка. Вовк — від них. Женуться пастухи, дивом дивують, чи не з глузду вовчисько зсунувся — біжить і репетує:</w:t>
      </w:r>
    </w:p>
    <w:p>
      <w:r>
        <w:br/>
        <w:t>— Доганяйте, братці! Лупіть, не жалійте!..</w:t>
      </w:r>
    </w:p>
    <w:p>
      <w:r>
        <w:br/>
        <w:t>Хоч куди поткнеться вовк — скрізь його підводить Чипалак. Звідусіль його гонять. Скрізь глузують. Охляв вовк з голоду, самі шкура й кості. Клацає зубами, скавулить:</w:t>
      </w:r>
    </w:p>
    <w:p>
      <w:r>
        <w:br/>
        <w:t>— Що ж це за напасть така?</w:t>
      </w:r>
    </w:p>
    <w:p>
      <w:r>
        <w:br/>
        <w:t>А Чипалак нашіптує йому:</w:t>
      </w:r>
    </w:p>
    <w:p>
      <w:r>
        <w:br/>
        <w:t>— Біжи до Ташмата — в нього вівці жирні. Біжи до Ермата — там пастухи сплять.</w:t>
      </w:r>
    </w:p>
    <w:p>
      <w:r>
        <w:br/>
        <w:t>А вовк сидить і хниче:</w:t>
      </w:r>
    </w:p>
    <w:p>
      <w:r>
        <w:br/>
        <w:t>— Нікуди я не піду. Краще вже за собаку наймуся.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Чипалак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