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Чичако в Пустелі</w:t>
      </w:r>
    </w:p>
    <w:p>
      <w:r>
        <w:br/>
        <w:t xml:space="preserve"> &lt;p&gt;Кір БУЛИЧОВ</w:t>
      </w:r>
    </w:p>
    <w:p>
      <w:r>
        <w:br/>
        <w:t>ЧИЧАКО В ПУСТЕЛІ</w:t>
      </w:r>
    </w:p>
    <w:p>
      <w:r>
        <w:br/>
        <w:t>Восени в Пустелі настає пора раптових, злих, крижаних пилових бур. Восени новачкам не слід віддалятися від бази. Навіть якщо тиждень стоїть тиша. Буря обов'язково станеться. І що довше затишшя, то зліша буря. І вже певно, лишайники Східчастого каньйону, якими б рідкісними й бажаними вони не були, не вартують того, щоб на сьомий день затишшя сідати в легкий флаєр і мчати до каньйону. Розраховуючи повернутися до обіду, так, щоб ніхто на базі не помітив твоєї відсутності.</w:t>
      </w:r>
    </w:p>
    <w:p>
      <w:r>
        <w:br/>
        <w:t>...Регіна постукала обламаним нігтем по циферблату. Якщо вірити приладам, кисень в резервному балоні кінчається і регенераційна система працює на голодному пайку. Регіна повністю відкрила вентиль. "Не економте власне життя, молоді люди", — як казав професор... як його звали? Такий маленький, сивий, і вуха стирчать?</w:t>
      </w:r>
    </w:p>
    <w:p>
      <w:r>
        <w:br/>
        <w:t>"За принципами, розробленими в художній літературі, ти повинна зараз вилізти з цієї тісної печерки, зустріти лицем пилову заметіль і, хилячись назустріч вітру, з останніх сил брести до мети. Впасти в ста метрах від неї і красиво загинути". Але цей шлях виключався, оскільки Регіна абсолютно не уявляла, де мета, і не хотіла красиво гинути.</w:t>
      </w:r>
    </w:p>
    <w:p>
      <w:r>
        <w:br/>
        <w:t>Вона полетіла до каньйону, щоб довести геологам, що її не дарма до них прислали. Куди це годиться — вже рік їх просять добути ці лишайники і відправити на Першу — від сили дві години роботи, але у них не доходять руки. То справи, то сніги, то бурі. А заборона, яку вони наклали на її самостійні дії, пояснювалася, як вирішила Регіна, комплексом провини. Незручно виходить, якщо приїжджа дівчина зробить те, чого ви не зібралися зробити за рік.</w:t>
      </w:r>
    </w:p>
    <w:p>
      <w:r>
        <w:br/>
        <w:t>Далі все відбувалося в кращих традиціях. Буря, що почалася як справедлива відплата ослушниці. Прекрасна незнайомка, що бреде з сумкою лишайників невідомо куди. Якісь горби і урвища, що встають на шляху. І, врешті-решт, яма, де можна завершити свій скорботний шлях. Де флаєр, де база, куди брести з останніх сил — невідомо.</w:t>
      </w:r>
    </w:p>
    <w:p>
      <w:r>
        <w:br/>
        <w:t>Можна було б поплакати. Але це зайва витрата вологи. Вологу слід берегти. Регіна подумала, що раціональність міцно всоталася їй у кров. Яка-небудь Червона Шапочка, заблукавши в лісі і побоюючись зустрічі з Сірим Вовком, могла сміливо дати волю сльозам, не замислюючись про витрату вологи. А втім, що їй за клопіт до вологи? Все одно ніхто не встигне її знайти і врятувати. Дихати вже майже нічим...</w:t>
      </w:r>
    </w:p>
    <w:p>
      <w:r>
        <w:br/>
        <w:t>У жовтій стіні куряви, що затягнула отвір печери, показалася темна постать. У обличчя вдарив надто яскравий промінь ліхтаря. Регіна зраділа, що не встигла заплакати, і спробувала встати, щоб гідно зустріти свого рятівника, але повітря зовсім не залишилося, і вона, хапаючи ротом його жалюгідні залишки, впала на руки чоловікові.</w:t>
      </w:r>
    </w:p>
    <w:p>
      <w:r>
        <w:br/>
        <w:t>Мов крізь дзвінкий туман долинув голос:</w:t>
      </w:r>
    </w:p>
    <w:p>
      <w:r>
        <w:br/>
        <w:t>— Самогубця.</w:t>
      </w:r>
    </w:p>
    <w:p>
      <w:r>
        <w:br/>
        <w:t>Це не було осудом. Це була констатація факту.</w:t>
      </w:r>
    </w:p>
    <w:p>
      <w:r>
        <w:br/>
        <w:t>Регіна намагалася сказати, щоб він віддав їй свій резервний балон. Але, певно, рятівник і сам здогадався.</w:t>
      </w:r>
    </w:p>
    <w:p>
      <w:r>
        <w:br/>
        <w:t>Було схоже на те, як виринаєш з глибини, — повітря вже немає, здається, ось-ось вдихнеш воду — а замість цього все свіже повітря Землі влітає тобі в легені. Встигла.</w:t>
      </w:r>
    </w:p>
    <w:p>
      <w:r>
        <w:br/>
        <w:t>— Спасибі, — прошепотіла Регіна.</w:t>
      </w:r>
    </w:p>
    <w:p>
      <w:r>
        <w:br/>
        <w:t>— Нема за що, — сказав рятівник. — Я дозволив собі під'єднати ваш-таки запасний балон. У вас залишалося кисню годин на десять.</w:t>
      </w:r>
    </w:p>
    <w:p>
      <w:r>
        <w:br/>
        <w:t>— Але ж я дивилася...</w:t>
      </w:r>
    </w:p>
    <w:p>
      <w:r>
        <w:br/>
        <w:t>— Яке уміння влаштувати трагедію на порожньому місці, — відзначив рятівник.</w:t>
      </w:r>
    </w:p>
    <w:p>
      <w:r>
        <w:br/>
        <w:t>Розгледіти його Регіна не могла. Вона сказала:</w:t>
      </w:r>
    </w:p>
    <w:p>
      <w:r>
        <w:br/>
        <w:t>— Заберіть ліхтар.</w:t>
      </w:r>
    </w:p>
    <w:p>
      <w:r>
        <w:br/>
        <w:t>Напевно, в її голосі прозвучало роздратування. Безглуздо бути щеням, якого тичуть носом у калюжу. Промінь ліхтаря зсунувся вбік, уперся в стіну печерки.</w:t>
      </w:r>
    </w:p>
    <w:p>
      <w:r>
        <w:br/>
        <w:t>— Можна йти, — сказав рятівник. — Тримайтеся за мене. Мій всюдихід в улоговині. Для кращого ефекту вам варто було б вимкнути аварійний передавач. Раніше, ніж через сто років, в цю дірку ніхто б не зазирнув.</w:t>
      </w:r>
    </w:p>
    <w:p>
      <w:r>
        <w:br/>
        <w:t>Регіна мимоволі поглянула на кнопку передавача. Вона глибоко зітхнула. Мабуть, немає сенсу сповідатися рятівникові в тому, що передавач вона не ввімкнула. Він працював лише тому, що вона годину тому впала в яр і так невдало...</w:t>
      </w:r>
    </w:p>
    <w:p>
      <w:r>
        <w:br/>
        <w:t>— Ходімо, — сказала Регіна.</w:t>
      </w:r>
    </w:p>
    <w:p>
      <w:r>
        <w:br/>
        <w:t>У всюдиході він відразу всівся попереду і, вмикаючи мотор, попередив:</w:t>
      </w:r>
    </w:p>
    <w:p>
      <w:r>
        <w:br/>
        <w:t>— Не знімайте шолом. Кабіна не герметизована. Ніколи дістатися до бази і розібратися, в чому справа. Потерпіть ще десять хвилин.</w:t>
      </w:r>
    </w:p>
    <w:p>
      <w:r>
        <w:br/>
        <w:t>Профіль у нього був гострий, крупний, немов у ворона. І брови дуже густі, чорні.</w:t>
      </w:r>
    </w:p>
    <w:p>
      <w:r>
        <w:br/>
        <w:t>— Хіба ви мене не відвезете на базу?</w:t>
      </w:r>
    </w:p>
    <w:p>
      <w:r>
        <w:br/>
        <w:t>— Не добратися, — сказав рятівник. — Перечекаєте бурю на моєму посту.</w:t>
      </w:r>
    </w:p>
    <w:p>
      <w:r>
        <w:br/>
        <w:t>Він увімкнув рацію і зв'язався з базою.</w:t>
      </w:r>
    </w:p>
    <w:p>
      <w:r>
        <w:br/>
        <w:t>— Знайшов, — сказав він. — Без особливих зусиль. Можете давати відбій.</w:t>
      </w:r>
    </w:p>
    <w:p>
      <w:r>
        <w:br/>
        <w:t>Рація забурмотіла щось у відповідь. Регіна дивилася в ілюмінатор на жовту, непрозору завісу куряви.</w:t>
      </w:r>
    </w:p>
    <w:p>
      <w:r>
        <w:br/>
        <w:t>Тон у нього був глузливий, поблажливий. Тон бувалого слідопита. "Чичако, — подумала Регіна. — Я — чичако. Такі не виживали на Клондайку".</w:t>
      </w:r>
    </w:p>
    <w:p>
      <w:r>
        <w:br/>
        <w:t>Рятівник вимкнув зв'язок і вперше обернувся до Регіни. Його брови були зломлені посередині, а очі виявилися дуже світлими. У фас він не був схожий на ворона, швидше на Мефістофеля.</w:t>
      </w:r>
    </w:p>
    <w:p>
      <w:r>
        <w:br/>
        <w:t>— Вони питають, чи не потрібен лікар. Я відповів негативно. Я не помилився?</w:t>
      </w:r>
    </w:p>
    <w:p>
      <w:r>
        <w:br/>
        <w:t>— Ви не помилилися.</w:t>
      </w:r>
    </w:p>
    <w:p>
      <w:r>
        <w:br/>
        <w:t>— Ну й гаразд. Тримайтеся міцніше. Хитатиме.</w:t>
      </w:r>
    </w:p>
    <w:p>
      <w:r>
        <w:br/>
        <w:t>Це було ввічливим применшенням. Всюдихід не хитало. Його підкидало, мотало, мало не перекидало. Регіна більшу частину шляху провела в підвішеному стані, подеколи злітаючи до стелі кабіни. Добре ще, що тут невелике тяжіння — рухаєшся порівняно поволі.</w:t>
      </w:r>
    </w:p>
    <w:p>
      <w:r>
        <w:br/>
        <w:t>Нарешті всюдихід зупинився. Рятівник вискочив першим і простягнув Регіні руку в блискучій, жорсткій рукавичці. Немов схопив кліщами.</w:t>
      </w:r>
    </w:p>
    <w:p>
      <w:r>
        <w:br/>
        <w:t>Зробивши крок, Регіна озирнулася — всюдихід вже здавався привидом, відокремленим декількома шарами летючого серпанку.</w:t>
      </w:r>
    </w:p>
    <w:p>
      <w:r>
        <w:br/>
        <w:t>Коли вони роздягалися в мікроскопічному тамбурі поста, рятівник сказав:</w:t>
      </w:r>
    </w:p>
    <w:p>
      <w:r>
        <w:br/>
        <w:t>— Ви правильно зробили, що загубилися на початку бурі. Зараз вас важче знайти.</w:t>
      </w:r>
    </w:p>
    <w:p>
      <w:r>
        <w:br/>
        <w:t>Дрібний пил висів у повітрі.</w:t>
      </w:r>
    </w:p>
    <w:p>
      <w:r>
        <w:br/>
        <w:t>— Почекайте кілька хвилин, — продовжував рятівник, — бо ми напустимо повний пост пилу. Прилади його не люблять. До речі, раз вже ми тепер житимемо разом, як вас звуть?</w:t>
      </w:r>
    </w:p>
    <w:p>
      <w:r>
        <w:br/>
        <w:t>— Регіна.</w:t>
      </w:r>
    </w:p>
    <w:p>
      <w:r>
        <w:br/>
        <w:t>— Дуже приємно. Станіслав.</w:t>
      </w:r>
    </w:p>
    <w:p>
      <w:r>
        <w:br/>
        <w:t>Пил знехотя осідав на підлогу і на стіни, лоскотав у ніздрях.</w:t>
      </w:r>
    </w:p>
    <w:p>
      <w:r>
        <w:br/>
        <w:t>— Потерпіть, — сказав Станіслав без усмішки, помітивши, що гостя зморщила ніс. — Чхнете усередині. Інакше піднімете хмару. Почухайте перенісся. Кажуть, допомагає.</w:t>
      </w:r>
    </w:p>
    <w:p>
      <w:r>
        <w:br/>
        <w:t>І така сила переконання: Регіна слухняно почухала перенісся, хоч це і не допомогло. Довелося знову чекати, поки всядеться пил, рятівник мовчав, хоча Регіна чекала догани за те, що чухала перенісся не за правилами.</w:t>
      </w:r>
    </w:p>
    <w:p>
      <w:r>
        <w:br/>
        <w:t>Усередині все було, як і належало. Порядок майже монастирський. Вона уявила собі, як цей Станіслав увесь вільний час бродить з ганчірочкою по двох тісних кімнатках до туалету поста і витирає пил з приладів і меблів. Хоча меблів було мало. Дві типові відкидні койки в житловому відсіку, два столи. Один робочий, другий біля мийки, кухонний, він же обідній.</w:t>
      </w:r>
    </w:p>
    <w:p>
      <w:r>
        <w:br/>
        <w:t>— Знаєте, як робити душ? — запитав Станіслав.</w:t>
      </w:r>
    </w:p>
    <w:p>
      <w:r>
        <w:br/>
        <w:t>— У нас такі ж курники, — сказала Регіна.</w:t>
      </w:r>
    </w:p>
    <w:p>
      <w:r>
        <w:br/>
        <w:t>Мефістофельські брови картинно здійнялися.</w:t>
      </w:r>
    </w:p>
    <w:p>
      <w:r>
        <w:br/>
        <w:t>— Ми типові пости курниками звемо, — сказала Регіна, червоніючи.</w:t>
      </w:r>
    </w:p>
    <w:p>
      <w:r>
        <w:br/>
        <w:t>Неначе її спіймали на дитячій витівці. "Може, сказати йому, що "курник" — неологізм професора Вегенера? Ні в якому разі".</w:t>
      </w:r>
    </w:p>
    <w:p>
      <w:r>
        <w:br/>
        <w:t>Станіслав витягнув із стінної шафки рушник.</w:t>
      </w:r>
    </w:p>
    <w:p>
      <w:r>
        <w:br/>
        <w:t>— Мило в тюбику на поличці, — сказав він. — Там-таки й щітка для волосся.</w:t>
      </w:r>
    </w:p>
    <w:p>
      <w:r>
        <w:br/>
        <w:t>"Ну і мордується він зараз! Його улюблений чистий рушник! Його найдорожча щітка для волосся! Його коштовний тюбик з милом..."</w:t>
      </w:r>
    </w:p>
    <w:p>
      <w:r>
        <w:br/>
        <w:t>Регіна запнула пластикову фіраночку, приєднала шланг до крана.</w:t>
      </w:r>
    </w:p>
    <w:p>
      <w:r>
        <w:br/>
        <w:t>За фіранкою пролунав багатозначний кашель.</w:t>
      </w:r>
    </w:p>
    <w:p>
      <w:r>
        <w:br/>
        <w:t>— Що трапилося? — В голосі Регіни звучав метал.</w:t>
      </w:r>
    </w:p>
    <w:p>
      <w:r>
        <w:br/>
        <w:t>— Може, вам потрібно...</w:t>
      </w:r>
    </w:p>
    <w:p>
      <w:r>
        <w:br/>
        <w:t>Рука Станіслава з'явилася з-за фіранки. Він простягав — навіть відразу не зміркувала — чоловічу білизну. Чисту, як і все в цьому курнику.</w:t>
      </w:r>
    </w:p>
    <w:p>
      <w:r>
        <w:br/>
        <w:t>— Дякую, не треба, — сказав Регіна, безуспішно намагаючись надати голосу строгості. — Сподіваюся, що буря до ночі припиниться, і за мною пришлють флаєр.</w:t>
      </w:r>
    </w:p>
    <w:p>
      <w:r>
        <w:br/>
        <w:t>— Білизна лежить у правій верхній шухляді, — сказав Станіслав. — Буря сьогодні не припиниться. Постарайтеся не дуже розбризкувати воду. Живу на замкнутій системі. Повинні були підвезти бак, але буря...</w:t>
      </w:r>
    </w:p>
    <w:p>
      <w:r>
        <w:br/>
        <w:t>Станіслав встиг швидко приготувати обід. Роздобув звідкись два високі келихи, протер до блиску, тонко порізав картоплю. Регіна витирала волосся і дивилася, як промені сонця, прориваючись крізь завісу куряви і влітаючи у вікно, іскрилися на стінках келихів. Індивідуальність будинку, що зійшов з конвеєра, утілюється лише в дрібницях. Келихи були першою дрібницею. Картинка на стіні — різкий пустельний пейзаж — другою. Зазвичай тутешні жителі прагнули повісити на видному місці зображення берізок або прохолодних озер. Станіслав був не сентиментальний.</w:t>
      </w:r>
    </w:p>
    <w:p>
      <w:r>
        <w:br/>
        <w:t>— Як ви себе почуваєте? — запитав він, ставлячи на стіл шиплячу сковорідку з яєчнею.</w:t>
      </w:r>
    </w:p>
    <w:p>
      <w:r>
        <w:br/>
        <w:t>Рідкісне частування. Регіна могла це оцінити.</w:t>
      </w:r>
    </w:p>
    <w:p>
      <w:r>
        <w:br/>
        <w:t>— Неначе і не виходила на вулицю.</w:t>
      </w:r>
    </w:p>
    <w:p>
      <w:r>
        <w:br/>
        <w:t>"Господи, він витягнув звідкись білу сорочку. Уявляєте, притягнув сюди, через половину Галактики, білу сорочку".</w:t>
      </w:r>
    </w:p>
    <w:p>
      <w:r>
        <w:br/>
        <w:t>— І давно ви тут? — запитав Станіслав голосом ввічливого господаря.</w:t>
      </w:r>
    </w:p>
    <w:p>
      <w:r>
        <w:br/>
        <w:t>Виявляється, він уміє приймати гостей.</w:t>
      </w:r>
    </w:p>
    <w:p>
      <w:r>
        <w:br/>
        <w:t>— У Пустелі? Третій день. Я працюю на Першій базі.</w:t>
      </w:r>
    </w:p>
    <w:p>
      <w:r>
        <w:br/>
        <w:t>Він більше не іронізував. Регіна подумала, що у нього дуже приємно в'ється волосся.</w:t>
      </w:r>
    </w:p>
    <w:p>
      <w:r>
        <w:br/>
        <w:t>— Ви замислилися? — запитав Станіслав.</w:t>
      </w:r>
    </w:p>
    <w:p>
      <w:r>
        <w:br/>
        <w:t>— Ні. Нічого. У нас там океан, скелі, бризки до самої бази долітають. І видно кілометрів за десять. Ви не були на Першій базі?</w:t>
      </w:r>
    </w:p>
    <w:p>
      <w:r>
        <w:br/>
        <w:t>— Ні, ніколи. Я тут майже безвилазно, четвертий місяць. Ось закінчу за два тижні серію дослідів, можливо, побуваю і у вас. Хоча навряд. Мене чекають на Ваялі.</w:t>
      </w:r>
    </w:p>
    <w:p>
      <w:r>
        <w:br/>
        <w:t>— Я також полечу на Ваялу. Не знаю, чи скоро? Напевно, тут одному дуже нудно?</w:t>
      </w:r>
    </w:p>
    <w:p>
      <w:r>
        <w:br/>
        <w:t>— Мені ніколи нудьгувати. Нудьга — це заняття для нероб.</w:t>
      </w:r>
    </w:p>
    <w:p>
      <w:r>
        <w:br/>
        <w:t>— Я не так висловилася. Я хотіла сказати — сумно.</w:t>
      </w:r>
    </w:p>
    <w:p>
      <w:r>
        <w:br/>
        <w:t>Станіслав посміхнувся. Знизав плечима.</w:t>
      </w:r>
    </w:p>
    <w:p>
      <w:r>
        <w:br/>
        <w:t>— Ви їжте, а то остигне.</w:t>
      </w:r>
    </w:p>
    <w:p>
      <w:r>
        <w:br/>
        <w:t>У нього були гарні кисті рук. Сухі, з довгими плоскими пальцями.</w:t>
      </w:r>
    </w:p>
    <w:p>
      <w:r>
        <w:br/>
        <w:t>— Пробачте, — сказав Регіна, — що я змусила вас вибиратися в таку бурю.</w:t>
      </w:r>
    </w:p>
    <w:p>
      <w:r>
        <w:br/>
        <w:t>— Ви ж не навмисно заблукали, — сказав Станіслав.</w:t>
      </w:r>
    </w:p>
    <w:p>
      <w:r>
        <w:br/>
        <w:t>Вочевидь, це було єдине виправдання для неї, яке він зміг винайти.</w:t>
      </w:r>
    </w:p>
    <w:p>
      <w:r>
        <w:br/>
        <w:t>Мирна атмосфера чаювання в гостях — ось уже чого Регіна годину тому підозрювати не могла. У всьому винна вона сама. Навіщо винуватити геолога, який вимушений був кидати свої справи і розшукувати в пустелі чичако?</w:t>
      </w:r>
    </w:p>
    <w:p>
      <w:r>
        <w:br/>
        <w:t>— Ви геолог? — запитала Регіна.</w:t>
      </w:r>
    </w:p>
    <w:p>
      <w:r>
        <w:br/>
        <w:t>— Так. Вам чай міцніший?</w:t>
      </w:r>
    </w:p>
    <w:p>
      <w:r>
        <w:br/>
        <w:t>І чай у нього був запашний. І справжній фарфоровий чайник для заварки.</w:t>
      </w:r>
    </w:p>
    <w:p>
      <w:r>
        <w:br/>
        <w:t>Сам господар до чаю майже не доторкнувся. Та й яєчню не їв.</w:t>
      </w:r>
    </w:p>
    <w:p>
      <w:r>
        <w:br/>
        <w:t>— Я не люблю апельсинів, — сказала Регіна.</w:t>
      </w:r>
    </w:p>
    <w:p>
      <w:r>
        <w:br/>
        <w:t>— Не зрозумів.</w:t>
      </w:r>
    </w:p>
    <w:p>
      <w:r>
        <w:br/>
        <w:t>— Я читала якось історичний роман. Там була бідна сім'я, і мати говорила дітям: "Я не люблю апельсинів". Ну, щоб їм більше дісталося.</w:t>
      </w:r>
    </w:p>
    <w:p>
      <w:r>
        <w:br/>
        <w:t>— А я насправді не люблю яєчні, — сказав Станіслав.</w:t>
      </w:r>
    </w:p>
    <w:p>
      <w:r>
        <w:br/>
        <w:t>— Тримаєте яйця для гостей?</w:t>
      </w:r>
    </w:p>
    <w:p>
      <w:r>
        <w:br/>
        <w:t>— Дім завжди має бути готовий до прийому гостей.</w:t>
      </w:r>
    </w:p>
    <w:p>
      <w:r>
        <w:br/>
        <w:t>"Для нього це дім. І всі курники, намети, печери, де йому доводиться жити, — все це дім. Бувають же на світі люди, які уміють надати будь-якому житлу нормального людського вигляду".</w:t>
      </w:r>
    </w:p>
    <w:p>
      <w:r>
        <w:br/>
        <w:t>— Виникає нова проблема, — сказав Станіслав. — Адже вам тут доведеться ночувати.</w:t>
      </w:r>
    </w:p>
    <w:p>
      <w:r>
        <w:br/>
        <w:t>— Але, можливо, ще...</w:t>
      </w:r>
    </w:p>
    <w:p>
      <w:r>
        <w:br/>
        <w:t>— Я упевнений в бурі. Вона вас не випустить.</w:t>
      </w:r>
    </w:p>
    <w:p>
      <w:r>
        <w:br/>
        <w:t>Регіна розуміла, що він має рацію. Буря розгулялася так, що від її поривів здригалися стіни врослого в скелю курника.</w:t>
      </w:r>
    </w:p>
    <w:p>
      <w:r>
        <w:br/>
        <w:t>— То в чому ж проблема? — сухо запитала Регіна. — У вас є вільна койка.</w:t>
      </w:r>
    </w:p>
    <w:p>
      <w:r>
        <w:br/>
        <w:t>— Розумієте, — Станіслав дивився їй в очі серйозно, немов збирався запропонувати їй руку і серце, — зазвичай я сплю на нижній койці, і я навіть звик до цього. Але якщо вам краще внизу, я перенесу свою білизну нагору.</w:t>
      </w:r>
    </w:p>
    <w:p>
      <w:r>
        <w:br/>
        <w:t>— І в цьому вся проблема?</w:t>
      </w:r>
    </w:p>
    <w:p>
      <w:r>
        <w:br/>
        <w:t>— Зрозуміло, — сказав Станіслав.</w:t>
      </w:r>
    </w:p>
    <w:p>
      <w:r>
        <w:br/>
        <w:t>Він зібрав зі столу і почав мити посуд.</w:t>
      </w:r>
    </w:p>
    <w:p>
      <w:r>
        <w:br/>
        <w:t>— Давайте я вам допоможу, — сказала Регіна. — Я це зроблю краще.</w:t>
      </w:r>
    </w:p>
    <w:p>
      <w:r>
        <w:br/>
        <w:t>— Ви гостя, — сказав Станіслав. — Крім того, я не розумію, чому ви умієте мити посуд краще, ніж я? Ви спеціально цьому вчилися?</w:t>
      </w:r>
    </w:p>
    <w:p>
      <w:r>
        <w:br/>
        <w:t>Він не жартував. Він просто цікавився.</w:t>
      </w:r>
    </w:p>
    <w:p>
      <w:r>
        <w:br/>
        <w:t>— Ні, — засміялася Регіна. — Я дотримуюся традиції.</w:t>
      </w:r>
    </w:p>
    <w:p>
      <w:r>
        <w:br/>
        <w:t>— Ви не відповіли мені про койку, — сказав Станіслав.</w:t>
      </w:r>
    </w:p>
    <w:p>
      <w:r>
        <w:br/>
        <w:t>— Я дуже люблю спати нагорі, — сказала Регіна.</w:t>
      </w:r>
    </w:p>
    <w:p>
      <w:r>
        <w:br/>
        <w:t>— Цим ви зняли з моїх плечей велику проблему, — сказав Станіслав. — Я відкрию вам правду — я боюся спати нагорі. Боюся впасти.</w:t>
      </w:r>
    </w:p>
    <w:p>
      <w:r>
        <w:br/>
        <w:t>І знову незрозуміло — жартує чи дуже серйозний. Де у нього грань між гумором і наївністю?</w:t>
      </w:r>
    </w:p>
    <w:p>
      <w:r>
        <w:br/>
        <w:t>— Я не впаду, — в тон йому відповіла Регіна.</w:t>
      </w:r>
    </w:p>
    <w:p>
      <w:r>
        <w:br/>
        <w:t>— Якщо ви не заперечуєте, я б тепер трохи попрацював, — сказав Станіслав.</w:t>
      </w:r>
    </w:p>
    <w:p>
      <w:r>
        <w:br/>
        <w:t>— Зрозуміло. У вас не знайдеться якоїсь жіночої роботи для мене?</w:t>
      </w:r>
    </w:p>
    <w:p>
      <w:r>
        <w:br/>
        <w:t>— Що ви має на увазі під жіночою роботою?</w:t>
      </w:r>
    </w:p>
    <w:p>
      <w:r>
        <w:br/>
        <w:t>— Штопка, шиття, прання...</w:t>
      </w:r>
    </w:p>
    <w:p>
      <w:r>
        <w:br/>
        <w:t>— Онде, на полиці, останні номери "Біологічного вісника Ваяли". Ви їх, напевно, ще не бачили.</w:t>
      </w:r>
    </w:p>
    <w:p>
      <w:r>
        <w:br/>
        <w:t>— Ні. Ви їх привезли з собою?</w:t>
      </w:r>
    </w:p>
    <w:p>
      <w:r>
        <w:br/>
        <w:t>— Погортайте. Напевно, це найкращий вид жіночої роботи.</w:t>
      </w:r>
    </w:p>
    <w:p>
      <w:r>
        <w:br/>
        <w:t>Регіна неуважно переглядала номери журналу, безсоромно покреслені, зі знаками окликів на полях, із заломленими кутами сторінок...</w:t>
      </w:r>
    </w:p>
    <w:p>
      <w:r>
        <w:br/>
        <w:t>— Ви цікавитеся і біологією?</w:t>
      </w:r>
    </w:p>
    <w:p>
      <w:r>
        <w:br/>
        <w:t>— Помірно, — сказав Станіслав. — Це плоди діяльності мого брата. Він працює на Ваялі, прилітав до мене і залишив.</w:t>
      </w:r>
    </w:p>
    <w:p>
      <w:r>
        <w:br/>
        <w:t>— Тоді зрозуміло, — сказала Регіна. — Не у вашому характері так поводитися з журналами.</w:t>
      </w:r>
    </w:p>
    <w:p>
      <w:r>
        <w:br/>
        <w:t>— Це не залежить від характеру, — заперечив Станіслав. — Братові так зручніше.</w:t>
      </w:r>
    </w:p>
    <w:p>
      <w:r>
        <w:br/>
        <w:t>— Але не вам.</w:t>
      </w:r>
    </w:p>
    <w:p>
      <w:r>
        <w:br/>
        <w:t>— Не мені.</w:t>
      </w:r>
    </w:p>
    <w:p>
      <w:r>
        <w:br/>
        <w:t>"Сімейна сцена, — подумала раптом Регіна. — Він за робочим столом, вона в кріслі. За вікнами буря, безсила порушити затишок і спокій... І що за нісенітниці лізуть у голову?"</w:t>
      </w:r>
    </w:p>
    <w:p>
      <w:r>
        <w:br/>
        <w:t>— Хочете, я вас пострижу?</w:t>
      </w:r>
    </w:p>
    <w:p>
      <w:r>
        <w:br/>
        <w:t>— Що?</w:t>
      </w:r>
    </w:p>
    <w:p>
      <w:r>
        <w:br/>
        <w:t>Станіслав не відразу зміг переключитися — вочевидь, пропозиція надійшла недоречна. Похитав головою.</w:t>
      </w:r>
    </w:p>
    <w:p>
      <w:r>
        <w:br/>
        <w:t>— Якщо буде потрібно, — сказав він, — сам впораюся. Вам нудно?</w:t>
      </w:r>
    </w:p>
    <w:p>
      <w:r>
        <w:br/>
        <w:t>Регіна хотіла було погодитися, але тут-таки пригадала, як Станіслав ставиться до нудьги.</w:t>
      </w:r>
    </w:p>
    <w:p>
      <w:r>
        <w:br/>
        <w:t>— Ні, що ви, — сказала вона. — Де моя сумка з лишайниками? Напевно, від них нічого не залишилося.</w:t>
      </w:r>
    </w:p>
    <w:p>
      <w:r>
        <w:br/>
        <w:t>— Я її поставив у тамбурі. Дістати?</w:t>
      </w:r>
    </w:p>
    <w:p>
      <w:r>
        <w:br/>
        <w:t>— Не треба. Я вам постараюся більше не заважати.</w:t>
      </w:r>
    </w:p>
    <w:p>
      <w:r>
        <w:br/>
        <w:t>— Заважайте, — сказав Станіслав. — Я нічого не маю проти. Мені приємно, що ви до мене прийшли.</w:t>
      </w:r>
    </w:p>
    <w:p>
      <w:r>
        <w:br/>
        <w:t>До вечора буря раптово вщухла. Станіслав сказав, що треба вийти подивитися, чи надійно стоїть всюдихід.</w:t>
      </w:r>
    </w:p>
    <w:p>
      <w:r>
        <w:br/>
        <w:t>— Ви відвезете мене? — запитала Регіна.</w:t>
      </w:r>
    </w:p>
    <w:p>
      <w:r>
        <w:br/>
        <w:t>— Ні. За годину, а може раніше, буря розгуляється куди сильніше. Ми зараз з вами потрапили в око тайфуну. Вам доводилося чути про таке?</w:t>
      </w:r>
    </w:p>
    <w:p>
      <w:r>
        <w:br/>
        <w:t>— Це самий центр бурі? Око тайфуну — це чомусь пов'язано у мене з Конрадом, Едгаром По...</w:t>
      </w:r>
    </w:p>
    <w:p>
      <w:r>
        <w:br/>
        <w:t>— Вітер у снастях, зламана грот-щогла, в другому трюмі помпи не справляються з течею...</w:t>
      </w:r>
    </w:p>
    <w:p>
      <w:r>
        <w:br/>
        <w:t>— Правильно. А можна з вами вийти назовні?</w:t>
      </w:r>
    </w:p>
    <w:p>
      <w:r>
        <w:br/>
        <w:t>— Я буду радий. Тільки дозвольте мені самому перевірити ваші балони.</w:t>
      </w:r>
    </w:p>
    <w:p>
      <w:r>
        <w:br/>
        <w:t>— Ви злопам'ятний.</w:t>
      </w:r>
    </w:p>
    <w:p>
      <w:r>
        <w:br/>
        <w:t>— Я обережний.</w:t>
      </w:r>
    </w:p>
    <w:p>
      <w:r>
        <w:br/>
        <w:t>Вони сиділи на великому плоскому камені біля входу в пост. Було дуже тихо, лише над низинами висіла, ніяк не могла влягтися сиза у вечірньому повітрі курява. Відблиски призахідного сонця ковзали по округлому заборолу шолома і, потрапляючи в сірі очі Станіслава, перетворювали зіниці на маленькі круглі прозорі озера.</w:t>
      </w:r>
    </w:p>
    <w:p>
      <w:r>
        <w:br/>
        <w:t>Він сказав:</w:t>
      </w:r>
    </w:p>
    <w:p>
      <w:r>
        <w:br/>
        <w:t>— Коли я отримав звістку з бази, що ви загубилися в моєму районі, то спочатку розсердився. Даруйте, але саме так — розсердився. Ну хіба ж можна: узяти легкий флаєр і вирушити в Пустелю, коли в будь-яку мить може початися буря? А буря така, що з доброї волі я б і на сто метрів від поста не відійшов... Ні, я розповідаю не для того, щоб викликати у вас розкаяння. Навпаки, я винен у тому, що був грубий. А потім ви прийшли до мене, і я зрадів тому, що ви тут.</w:t>
      </w:r>
    </w:p>
    <w:p>
      <w:r>
        <w:br/>
        <w:t>Сонце зникло за краєм стіни куряви, стало темно. Порив вітру підхопив жменю піску і кинув його в обличчя Регіні. Піщинки вискнули, дряпаючи забороло шолома.</w:t>
      </w:r>
    </w:p>
    <w:p>
      <w:r>
        <w:br/>
        <w:t>— Час ховатися, — сказав Станіслав і простяг їй руку.</w:t>
      </w:r>
    </w:p>
    <w:p>
      <w:r>
        <w:br/>
        <w:t>Регіна зрозуміла, що чекала цього. Щоб він простяг їй руку. Вона не могла відчути теплоту його долоні, але це не так важливо...</w:t>
      </w:r>
    </w:p>
    <w:p>
      <w:r>
        <w:br/>
        <w:t>У тамбурі, кладучи на полицю шолом, Регіна запитала:</w:t>
      </w:r>
    </w:p>
    <w:p>
      <w:r>
        <w:br/>
        <w:t>— Ви любите свою роботу?</w:t>
      </w:r>
    </w:p>
    <w:p>
      <w:r>
        <w:br/>
        <w:t>— Навряд чи це питання любові або нелюбові, — сказав Станіслав. — Але, очевидно, я отримую задоволення від процесу дослідження.</w:t>
      </w:r>
    </w:p>
    <w:p>
      <w:r>
        <w:br/>
        <w:t>— І від результатів?</w:t>
      </w:r>
    </w:p>
    <w:p>
      <w:r>
        <w:br/>
        <w:t>Його обличчя було зовсім близько. У напівтемряві тамбура очі були світлішими від шкіри. Регіна мимоволі підняла руку і доторкнулася кінчиками пальців до щоки Станіслава.</w:t>
      </w:r>
    </w:p>
    <w:p>
      <w:r>
        <w:br/>
        <w:t>Його очі розширилися здивовано.</w:t>
      </w:r>
    </w:p>
    <w:p>
      <w:r>
        <w:br/>
        <w:t>— Пробачте, — сказала Регіна. — Я ненавмисно.</w:t>
      </w:r>
    </w:p>
    <w:p>
      <w:r>
        <w:br/>
        <w:t>— Ненавмисно?</w:t>
      </w:r>
    </w:p>
    <w:p>
      <w:r>
        <w:br/>
        <w:t>Він посміхнувся. І додав:</w:t>
      </w:r>
    </w:p>
    <w:p>
      <w:r>
        <w:br/>
        <w:t>— Я гадав, що забруднив щоку. Або ви смітинку зняли...</w:t>
      </w:r>
    </w:p>
    <w:p>
      <w:r>
        <w:br/>
        <w:t>— Вважайте, що смітинку.</w:t>
      </w:r>
    </w:p>
    <w:p>
      <w:r>
        <w:br/>
        <w:t>Регіна кинула на полицю рукавички.</w:t>
      </w:r>
    </w:p>
    <w:p>
      <w:r>
        <w:br/>
        <w:t>— Вечерею займаюся я, — сказала вона. — Можу я за вами подоглядати?</w:t>
      </w:r>
    </w:p>
    <w:p>
      <w:r>
        <w:br/>
        <w:t>— Навряд, — сказав Станіслав, відчиняючи внутрішні двері. — Це нерозумно. Мені легше самому зробити вечерю, аніж розповідати, де що лежить.</w:t>
      </w:r>
    </w:p>
    <w:p>
      <w:r>
        <w:br/>
        <w:t>І звичайно, він наполіг на своєму.</w:t>
      </w:r>
    </w:p>
    <w:p>
      <w:r>
        <w:br/>
        <w:t>Вночі Регіна довго не могла заснути.</w:t>
      </w:r>
    </w:p>
    <w:p>
      <w:r>
        <w:br/>
        <w:t>Маленька каютка — спальний відсік, — здавалося, пливла по бурхливому морю. Якщо прикласти до стіни долоню, то відчуєш, як б'ються об стіну хвилі піску і вітру. З верхньої койки видно освітлений прямокутник дверей і кут столу, за яким працює Станіслав. Ось він відкинув голову, перегортає сторінку, піднялася рука, поправила лампу. Ось він поглянув у бік Регіни — він не бачить її, не знає, що зустрівся з нею очима. Прислухається, чи спить вона. Покликати його? Навіщо? А може, він здогадається, прийде, скаже їй "на добраніч", можна буде опустити руку і знайти у темряві його пальці... Він знову відвернувся, присунув до себе спектрограф. Він не прийде побажати їй на добраніч, хіба це прийнято, коли у тебе випадковий гість, чичако, який заблукав і який зникне разом із бурею? Остання думка раптом розсердила Регіну нерівноправ'ям почуттів. "Не думай дурниць", — наказала вона собі і відвернулася до стіни. Але поки не заснула, намагалася уявити собі, що зараз робить Станіслав. Прокинулася вона пізно. Станіслав не став її будити.</w:t>
      </w:r>
    </w:p>
    <w:p>
      <w:r>
        <w:br/>
        <w:t>— Виспалися? — запитав він, почувши, що вона зіскочила з койки.</w:t>
      </w:r>
    </w:p>
    <w:p>
      <w:r>
        <w:br/>
        <w:t>За ілюмінаторами мчить жовта імла. Круглий годинник над робочим столом показує 11.34. Регіна затрималася в житловому відсіку, згадуючи, де щітка для волосся, — найменше на світі їй хотілося з'являтися перед Станіславом скуйовдженою, як щеня після бійки. Але щітка лежить біля мийки, в тому відсіку...</w:t>
      </w:r>
    </w:p>
    <w:p>
      <w:r>
        <w:br/>
        <w:t>Широка долоня Станіслава виникла в проймі дверей. На долоні лежала щітка.</w:t>
      </w:r>
    </w:p>
    <w:p>
      <w:r>
        <w:br/>
        <w:t>Станіслав сказав з-за дверей:</w:t>
      </w:r>
    </w:p>
    <w:p>
      <w:r>
        <w:br/>
        <w:t>— Я піду приберу в тамбурі. Повернуся через десять хвилин. Щоб до цього часу ви були у повному порядку і готові снідати. Ви їсте манну кашу?</w:t>
      </w:r>
    </w:p>
    <w:p>
      <w:r>
        <w:br/>
        <w:t>— Їм! Обожнюю! — сказала Регіна, приймаючи щітку і з солодкою безнадією розуміючи, що шалено, безнадійно закохана в цього ввічливого сухаря...</w:t>
      </w:r>
    </w:p>
    <w:p>
      <w:r>
        <w:br/>
        <w:t>* * *</w:t>
      </w:r>
    </w:p>
    <w:p>
      <w:r>
        <w:br/>
        <w:t>— А потім що? — Стас закурив, і Станіслав, що не любив тютюнового диму, кашлянув, розгонячи дим перед особою.</w:t>
      </w:r>
    </w:p>
    <w:p>
      <w:r>
        <w:br/>
        <w:t>— Вона прожила у мене в курнику ще два дні. Вірніше, два з половиною дні.</w:t>
      </w:r>
    </w:p>
    <w:p>
      <w:r>
        <w:br/>
        <w:t>— Скінчилася буря?</w:t>
      </w:r>
    </w:p>
    <w:p>
      <w:r>
        <w:br/>
        <w:t>— Ні. Мимо йшов великий всюдихід. Вони завернули до нас і взяли Регіну.</w:t>
      </w:r>
    </w:p>
    <w:p>
      <w:r>
        <w:br/>
        <w:t>— І що вона сказала на прощання?</w:t>
      </w:r>
    </w:p>
    <w:p>
      <w:r>
        <w:br/>
        <w:t>— Нічого. Вона ввічливо попрощалася. Як і прийнято. Подякувала мені за гостинність.</w:t>
      </w:r>
    </w:p>
    <w:p>
      <w:r>
        <w:br/>
        <w:t>— І все?</w:t>
      </w:r>
    </w:p>
    <w:p>
      <w:r>
        <w:br/>
        <w:t>— Вона була сердита на мене.</w:t>
      </w:r>
    </w:p>
    <w:p>
      <w:r>
        <w:br/>
        <w:t>— Чому?</w:t>
      </w:r>
    </w:p>
    <w:p>
      <w:r>
        <w:br/>
        <w:t>— Мені здається, в глибині душі вона вважала, що я навмисно викликав усюдихід, щоб спекатися її.</w:t>
      </w:r>
    </w:p>
    <w:p>
      <w:r>
        <w:br/>
        <w:t>— А ти викликав усюдихід?</w:t>
      </w:r>
    </w:p>
    <w:p>
      <w:r>
        <w:br/>
        <w:t>— Ні, я тут абсолютно ні при чому. Але якби я міг викликати його, я б це зробив. Так що її здогадки були недалекі від істини.</w:t>
      </w:r>
    </w:p>
    <w:p>
      <w:r>
        <w:br/>
        <w:t>— Ти злякався?</w:t>
      </w:r>
    </w:p>
    <w:p>
      <w:r>
        <w:br/>
        <w:t>— Мені було шкода дівчинку.</w:t>
      </w:r>
    </w:p>
    <w:p>
      <w:r>
        <w:br/>
        <w:t>— Вона не дівчинка. Вона доросла людина. Їй надійшов час полюбити. І тут трапився ти. Не дуже гарний, але цілком самостійний чоловік, притому рятівник. Ти ж не проявляв жодної ініціативи: безвідмовний капкан.</w:t>
      </w:r>
    </w:p>
    <w:p>
      <w:r>
        <w:br/>
        <w:t>— Не намагайся здатися циніком.</w:t>
      </w:r>
    </w:p>
    <w:p>
      <w:r>
        <w:br/>
        <w:t>— Я не намагаюся. Це не цинізм, брате. Це констатація факту. Цілком імовірно, що, побач вона тебе тут, на Ваялі, пройшла б мимо, не звернувши уваги. Таких чоловіків, як ми, тут тисячі.</w:t>
      </w:r>
    </w:p>
    <w:p>
      <w:r>
        <w:br/>
        <w:t>— Вона бувала на Ваялі, вона виросла на Землі. Але полюбила мене.</w:t>
      </w:r>
    </w:p>
    <w:p>
      <w:r>
        <w:br/>
        <w:t>— Вона про тебе вже забула.</w:t>
      </w:r>
    </w:p>
    <w:p>
      <w:r>
        <w:br/>
        <w:t>— Ні.</w:t>
      </w:r>
    </w:p>
    <w:p>
      <w:r>
        <w:br/>
        <w:t>Станіслав дістав листа, простягнув його братові.</w:t>
      </w:r>
    </w:p>
    <w:p>
      <w:r>
        <w:br/>
        <w:t>Стас розгорнув його і відзначив:</w:t>
      </w:r>
    </w:p>
    <w:p>
      <w:r>
        <w:br/>
        <w:t>— Банальний почерк.</w:t>
      </w:r>
    </w:p>
    <w:p>
      <w:r>
        <w:br/>
        <w:t>— Не в почерку річ, — терпляче сказав Станіслав.</w:t>
      </w:r>
    </w:p>
    <w:p>
      <w:r>
        <w:br/>
        <w:t>Стас недбало пробіг очима рядки, перевернув лист на другий бік — чи не написано там чогось.</w:t>
      </w:r>
    </w:p>
    <w:p>
      <w:r>
        <w:br/>
        <w:t>— Що ж, — сказав він нарешті, — дуже зворушливо.</w:t>
      </w:r>
    </w:p>
    <w:p>
      <w:r>
        <w:br/>
        <w:t>— І все?</w:t>
      </w:r>
    </w:p>
    <w:p>
      <w:r>
        <w:br/>
        <w:t>— Що ж іще я можу сказати? Не я вселяв їй ці почуття.</w:t>
      </w:r>
    </w:p>
    <w:p>
      <w:r>
        <w:br/>
        <w:t>— Ти жартуєш?</w:t>
      </w:r>
    </w:p>
    <w:p>
      <w:r>
        <w:br/>
        <w:t>— Ні, я серйозний.</w:t>
      </w:r>
    </w:p>
    <w:p>
      <w:r>
        <w:br/>
        <w:t>— Часом я не знаю, коли ти жартуєш, а коли серйозний. Я бачив її очі, коли ми прощалися. Вона писала щиро.</w:t>
      </w:r>
    </w:p>
    <w:p>
      <w:r>
        <w:br/>
        <w:t>— Ні на хвилину в цьому не сумніваюся. Та і не мої сумніви тебе турбують.</w:t>
      </w:r>
    </w:p>
    <w:p>
      <w:r>
        <w:br/>
        <w:t>— Ні, не вони. Але, присягаюся тобі, я не робив ніяких кроків для того, щоб...</w:t>
      </w:r>
    </w:p>
    <w:p>
      <w:r>
        <w:br/>
        <w:t>— Спокусити її?</w:t>
      </w:r>
    </w:p>
    <w:p>
      <w:r>
        <w:br/>
        <w:t>— Цього разу ти жартуєш.</w:t>
      </w:r>
    </w:p>
    <w:p>
      <w:r>
        <w:br/>
        <w:t>— Жартую.</w:t>
      </w:r>
    </w:p>
    <w:p>
      <w:r>
        <w:br/>
        <w:t>Станіслав підвівся з крісла і підійшов до вікна. Там списами піднімалися хмарочоси Ваяли, на тлі великого червоного сонця роєм мошкари мигтіли флаєри. Станіслав наблизив обличчя до скла, дивлячись униз, у прірву вулиці.</w:t>
      </w:r>
    </w:p>
    <w:p>
      <w:r>
        <w:br/>
        <w:t>— Послухай, брате, — сказав Стас. — Ти безсилий їй допомогти. І, присягаюся тобі, мине тиждень, місяць, вона утішиться, вона молода і про все забуде. Тож нехай тебе не мучать докори сумління. Я повторюю: їй прийшов час полюбити, і ти вчасно трапився їй на шляху.</w:t>
      </w:r>
    </w:p>
    <w:p>
      <w:r>
        <w:br/>
        <w:t>— Ти не бачив її, — сказав Станіслав. — Вона дуже мила і розумна. Вона щира. Мені дуже шкода її.</w:t>
      </w:r>
    </w:p>
    <w:p>
      <w:r>
        <w:br/>
        <w:t>— Іншому на твоєму місці я запропонував би на ній одружитися.</w:t>
      </w:r>
    </w:p>
    <w:p>
      <w:r>
        <w:br/>
        <w:t>— Знову жартуєш?</w:t>
      </w:r>
    </w:p>
    <w:p>
      <w:r>
        <w:br/>
        <w:t>Станіслав різко обернувся. Густі чорні брови зійшлися до перенісся однією зламаною чорною лінією.</w:t>
      </w:r>
    </w:p>
    <w:p>
      <w:r>
        <w:br/>
        <w:t>— Ти сердишся, Цезарю, — сказав Стас. — Отже, ти не правий.</w:t>
      </w:r>
    </w:p>
    <w:p>
      <w:r>
        <w:br/>
        <w:t>— Ти повинен побачити її, — сказав Станіслав.</w:t>
      </w:r>
    </w:p>
    <w:p>
      <w:r>
        <w:br/>
        <w:t>— Я чекав цього прохання.</w:t>
      </w:r>
    </w:p>
    <w:p>
      <w:r>
        <w:br/>
        <w:t>Брови Стаса зійшлися в таку ж чорну зламану лінію. Ті ж сірі очі з секунду витримували погляд андроїда, метнулись убік, рука з довгими плоскими пальцями відшукала на столі пачку сигарет.</w:t>
      </w:r>
    </w:p>
    <w:p>
      <w:r>
        <w:br/>
        <w:t>— Не пали, — сказав Станіслав. — Я не люблю цього. Мені шкідливо.</w:t>
      </w:r>
    </w:p>
    <w:p>
      <w:r>
        <w:br/>
        <w:t>— Ти успадкував мої достоїнства, але знаєш, чого тобі не вистачає, щоб стати людиною?</w:t>
      </w:r>
    </w:p>
    <w:p>
      <w:r>
        <w:br/>
        <w:t>— Знаю. Чув. Недоліків.</w:t>
      </w:r>
    </w:p>
    <w:p>
      <w:r>
        <w:br/>
        <w:t>— Я повторююся.</w:t>
      </w:r>
    </w:p>
    <w:p>
      <w:r>
        <w:br/>
        <w:t>— Так. Часом я замислююся про жорстокість людей. Ні, не окремих індивідів, а людей в цілому. Я розумію, що, створюючи андроїда, ви йдете шляхом найменшого опору — максимальне дублювання оригіналу. Чудового, видатного оригіналу. І забуваєте про недоліки. Забуваєте про те, що я не лише неповноцінний, але й настільки досконалий, що усвідомлюю свою неповноцінність. Мені осоружне марнославство біоконструкторів. Я маю бути примітивнішим. Біоробот, і край. Робот, від слова "робота".</w:t>
      </w:r>
    </w:p>
    <w:p>
      <w:r>
        <w:br/>
        <w:t>— Станіславе, не намагайся бути несправедливим до людей.</w:t>
      </w:r>
    </w:p>
    <w:p>
      <w:r>
        <w:br/>
        <w:t>— Чому я несправедливий?</w:t>
      </w:r>
    </w:p>
    <w:p>
      <w:r>
        <w:br/>
        <w:t>— Тому що ти людина.</w:t>
      </w:r>
    </w:p>
    <w:p>
      <w:r>
        <w:br/>
        <w:t>— Андроїд. Майже людина, притому без недоліків.</w:t>
      </w:r>
    </w:p>
    <w:p>
      <w:r>
        <w:br/>
        <w:t>— Гаразд, андроїд. Візьми листа назад. Він адресований тобі.</w:t>
      </w:r>
    </w:p>
    <w:p>
      <w:r>
        <w:br/>
        <w:t>— Невже ти досі не зрозумів, що не мені, а тобі. Я ж не можу відчувати любові...</w:t>
      </w:r>
    </w:p>
    <w:p>
      <w:r>
        <w:br/>
        <w:t>— А ти замислювався, яка близька до любові жалість?</w:t>
      </w:r>
    </w:p>
    <w:p>
      <w:r>
        <w:br/>
        <w:t>— Жалість — функція мозку. Це доступно навіть моєму, напівелектронному, мозкові.</w:t>
      </w:r>
    </w:p>
    <w:p>
      <w:r>
        <w:br/>
        <w:t>Стас загасив сигарету.</w:t>
      </w:r>
    </w:p>
    <w:p>
      <w:r>
        <w:br/>
        <w:t>— Вона пише, що чекає тебе...</w:t>
      </w:r>
    </w:p>
    <w:p>
      <w:r>
        <w:br/>
        <w:t>— Так.</w:t>
      </w:r>
    </w:p>
    <w:p>
      <w:r>
        <w:br/>
        <w:t>— Хоч би на хвилину...</w:t>
      </w:r>
    </w:p>
    <w:p>
      <w:r>
        <w:br/>
        <w:t>— Так.</w:t>
      </w:r>
    </w:p>
    <w:p>
      <w:r>
        <w:br/>
        <w:t>— Біля входу в зоопарк...</w:t>
      </w:r>
    </w:p>
    <w:p>
      <w:r>
        <w:br/>
        <w:t>— Так.</w:t>
      </w:r>
    </w:p>
    <w:p>
      <w:r>
        <w:br/>
        <w:t>— А на скільки відсотків твоя філіпіка проти жорстокого людства була театральною виставою?</w:t>
      </w:r>
    </w:p>
    <w:p>
      <w:r>
        <w:br/>
        <w:t>— Не більше ніж на десять відсотків, — посміхнувся Станіслав. — Не більше. І не хмурся, брате. Я не брешу. Це мені не до снаги.</w:t>
      </w:r>
    </w:p>
    <w:p>
      <w:r>
        <w:br/>
        <w:t>— Ну вже що-що...</w:t>
      </w:r>
    </w:p>
    <w:p>
      <w:r>
        <w:br/>
        <w:t>Станіслав сказав:</w:t>
      </w:r>
    </w:p>
    <w:p>
      <w:r>
        <w:br/>
        <w:t>— Вона буде там через десять хвилин. Ти тільки встигнеш дійти до зоопарку.</w:t>
      </w:r>
    </w:p>
    <w:p>
      <w:r>
        <w:br/>
        <w:t>— Як ти все розрахував, — сказав Стас. — Я б не зміг.</w:t>
      </w:r>
    </w:p>
    <w:p>
      <w:r>
        <w:br/>
        <w:t>— У тебе немає потреби примушувати свій оригінал діяти по-людськи.</w:t>
      </w:r>
    </w:p>
    <w:p>
      <w:r>
        <w:br/>
        <w:t>— Як я її впізнаю?</w:t>
      </w:r>
    </w:p>
    <w:p>
      <w:r>
        <w:br/>
        <w:t>— Вона тебе сама впізнає.</w:t>
      </w:r>
    </w:p>
    <w:p>
      <w:r>
        <w:br/>
        <w:t>— І все-таки?</w:t>
      </w:r>
    </w:p>
    <w:p>
      <w:r>
        <w:br/>
        <w:t>— Твоє серце тобі підкаже.</w:t>
      </w:r>
    </w:p>
    <w:p>
      <w:r>
        <w:br/>
        <w:t>— Твоє ж не підказало?</w:t>
      </w:r>
    </w:p>
    <w:p>
      <w:r>
        <w:br/>
        <w:t>— Воно не могло підказати. Воно майже синтетичне. Зате я функціоную надійніше від тебе. Як нирка? Болить?</w:t>
      </w:r>
    </w:p>
    <w:p>
      <w:r>
        <w:br/>
        <w:t>— Трохи.</w:t>
      </w:r>
    </w:p>
    <w:p>
      <w:r>
        <w:br/>
        <w:t>— Трансплантація займе три дні.</w:t>
      </w:r>
    </w:p>
    <w:p>
      <w:r>
        <w:br/>
        <w:t>— У мене немає цих трьох днів.</w:t>
      </w:r>
    </w:p>
    <w:p>
      <w:r>
        <w:br/>
        <w:t>— Я тебе заміню. Я в найближчий тиждень вільний.</w:t>
      </w:r>
    </w:p>
    <w:p>
      <w:r>
        <w:br/>
        <w:t>Стас накинув куртку.</w:t>
      </w:r>
    </w:p>
    <w:p>
      <w:r>
        <w:br/>
        <w:t>— Ні, — Станіслав підійшов до нього, — візьми мою.</w:t>
      </w:r>
    </w:p>
    <w:p>
      <w:r>
        <w:br/>
        <w:t>— Ти боїшся, що вона мене не впізнає?</w:t>
      </w:r>
    </w:p>
    <w:p>
      <w:r>
        <w:br/>
        <w:t>— Їй приємно буде побачити мене... тобто тебе в старій куртці.</w:t>
      </w:r>
    </w:p>
    <w:p>
      <w:r>
        <w:br/>
        <w:t>— Ну й знавець жіночого серця!</w:t>
      </w:r>
    </w:p>
    <w:p>
      <w:r>
        <w:br/>
        <w:t>Стас відчинив двері в коридор. І зупинився.</w:t>
      </w:r>
    </w:p>
    <w:p>
      <w:r>
        <w:br/>
        <w:t>— Слухай, а що я їй скажу?</w:t>
      </w:r>
    </w:p>
    <w:p>
      <w:r>
        <w:br/>
        <w:t>— Вибачся, що був зайнятий... ну, скажи що-небудь. Можеш навіть розчарувати її в нас. Тільки не кривдь.</w:t>
      </w:r>
    </w:p>
    <w:p>
      <w:r>
        <w:br/>
        <w:t>— Жалієш?</w:t>
      </w:r>
    </w:p>
    <w:p>
      <w:r>
        <w:br/>
        <w:t>— Йди-йди. Я б на твоєму місці не вагався.</w:t>
      </w:r>
    </w:p>
    <w:p>
      <w:r>
        <w:br/>
        <w:t>— Регіна?</w:t>
      </w:r>
    </w:p>
    <w:p>
      <w:r>
        <w:br/>
        <w:t>— Так, так, Регіна. У неї світле волосся, пряме світле...</w:t>
      </w:r>
    </w:p>
    <w:p>
      <w:r>
        <w:br/>
        <w:t>Стас пішов до ліфта.</w:t>
      </w:r>
    </w:p>
    <w:p>
      <w:r>
        <w:br/>
        <w:t>Станіслав сів у крісло, неуважно витягнув з пачки сигарету. Подивився на неї, немов не міг зміркувати, що робити з цією штукою, потім тицьнув сигарету до рота, клацнув запальничкою. Закашлявся і розплющив сигарету в попільничці.</w:t>
      </w:r>
    </w:p>
    <w:p>
      <w:r>
        <w:br/>
        <w:t>— Бережіть складові частини, — пробурчав він чиїмось чужим голосом. — Вони вам надані не для пустощів.</w:t>
      </w:r>
    </w:p>
    <w:p>
      <w:r>
        <w:br/>
        <w:t>Він подивився на годинник.</w:t>
      </w:r>
    </w:p>
    <w:p>
      <w:r>
        <w:br/>
        <w:t>Стас уже біля входу в зоопарк.</w:t>
      </w:r>
    </w:p>
    <w:p>
      <w:r>
        <w:br/>
        <w:t>Станіслав знову підвівся, підійшов до вікна і, упершись чолом у скло, дивився вниз і праворуч, у темну зелень паркової зони. Наче міг розгледіти когось за три кілометри. Нічого він, звичайно, не побачив. Повернувся до столу, розкурив ще одну сигарету і затягнувся. А коли відкашлявся — затягнувся ще раз.</w:t>
      </w:r>
    </w:p>
    <w:p>
      <w:r>
        <w:br/>
        <w:t>© ФАНТАСТИКА — 80. — М.: Молодая гвардия, 1981, 368 с.</w:t>
      </w:r>
    </w:p>
    <w:p>
      <w:r>
        <w:br/>
        <w:t>© ГЕНИК Віталій, переклад з російської, 2008.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Чичако в Пустелі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