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хто зміркує?</w:t>
      </w:r>
    </w:p>
    <w:p>
      <w:r>
        <w:br/>
        <w:t xml:space="preserve"> Чи хто зміркує, що є в світі зрада?&lt;br /&gt;</w:t>
        <w:br/>
        <w:t>Ніхто на світі ще не зміркував того.&lt;br /&gt;</w:t>
        <w:br/>
        <w:t>Казали старі, що то від бога Лада, —&lt;br /&gt;</w:t>
        <w:br/>
        <w:t>Коли ж то є так, то я не вірю в бога.</w:t>
      </w:r>
    </w:p>
    <w:p>
      <w:r>
        <w:br/>
        <w:t>Підпаля ти дім — ти другий побудуєш,&lt;br /&gt;</w:t>
        <w:br/>
        <w:t>Возьмуть тобі честь — ти другої дістанеш,&lt;br /&gt;</w:t>
        <w:br/>
        <w:t>Затратя твій вік — по смерті ти не чуєш;&lt;br /&gt;</w:t>
        <w:br/>
        <w:t>А зрадя тебе — твердов ти скелев станеш.</w:t>
      </w:r>
    </w:p>
    <w:p>
      <w:r>
        <w:br/>
        <w:t>Та коби скелев, то ще би нічого, —&lt;br /&gt;</w:t>
        <w:br/>
        <w:t>Зробили би з тя кумира або плиту.&lt;br /&gt;</w:t>
        <w:br/>
        <w:t>Да — ніж бо в серце!.. О, не вірю я в бога!&lt;br /&gt;</w:t>
        <w:br/>
        <w:t>Мене ме за гріх, я го за біль судити.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хто зміркує?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