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Чесне слово</w:t>
      </w:r>
    </w:p>
    <w:p>
      <w:r>
        <w:br/>
        <w:t xml:space="preserve"> &lt;p&gt;Мені дуже шкода, що я не можу нам сказати, як звуть цього чоловічка і де він живе, і хто його тато і мама. В сутінках я навіть не встиг як слід роздивитися його обличчя. Я тільки пам'ятаю, що ніс у нього був у ластовинні і що штанці в нього були коротенькі й трималися не на ремінці, а на таких шлейочках, які перекидаються через плечі і застібаються десь на животі.</w:t>
      </w:r>
    </w:p>
    <w:p>
      <w:r>
        <w:br/>
        <w:t>Якось улітку я зайшов у садок — я не знаю, як він зветься — на Васильєвському острові, коло білої церкви. Була у мене з собою цікава книжка, я засидівся, зачитався і не помітив, як настав вечір. Коли в очах у мене зарябіло і читати стало зовсім важко, я швидко згорнув книжку, підвівся і пішов до виходу.</w:t>
      </w:r>
    </w:p>
    <w:p>
      <w:r>
        <w:br/>
        <w:t>Сад уже спорожнів, на вулицях мигтіли вогники, і десь за деревами лунав дзвоник сторожа.</w:t>
      </w:r>
    </w:p>
    <w:p>
      <w:r>
        <w:br/>
        <w:t>Я боявся, що сад зачинять, і йшов дуже швидко.</w:t>
      </w:r>
    </w:p>
    <w:p>
      <w:r>
        <w:br/>
        <w:t>Раптом я зупинився. Мені вчулося, ніби десь збоку, за кущами, хтось плаче.</w:t>
      </w:r>
    </w:p>
    <w:p>
      <w:r>
        <w:br/>
        <w:t>Я звернув на бічну доріжку — там білів у темряві невеличкий цегляний будиночок, які бувають в усіх міських садах, якась будка чи сторожка. А біля її стіни стояв маленький хлопчик років семи-восьми і. схиливши голову, голосно й невтішно плакав.</w:t>
      </w:r>
    </w:p>
    <w:p>
      <w:r>
        <w:br/>
        <w:t>Я підійшов і озвався до нього.</w:t>
      </w:r>
    </w:p>
    <w:p>
      <w:r>
        <w:br/>
        <w:t>— Що з тобою, хлопчику?</w:t>
      </w:r>
    </w:p>
    <w:p>
      <w:r>
        <w:br/>
        <w:t>Він одразу, наче по команді, перестав плакати, підняв голову, глянув на мене і сказав:</w:t>
      </w:r>
    </w:p>
    <w:p>
      <w:r>
        <w:br/>
        <w:t>— Нічого.</w:t>
      </w:r>
    </w:p>
    <w:p>
      <w:r>
        <w:br/>
        <w:t>— Як це нічого? Тебе хто скривдив?</w:t>
      </w:r>
    </w:p>
    <w:p>
      <w:r>
        <w:br/>
        <w:t>— Ніхто.</w:t>
      </w:r>
    </w:p>
    <w:p>
      <w:r>
        <w:br/>
        <w:t>— То чого ж ти плачеш?</w:t>
      </w:r>
    </w:p>
    <w:p>
      <w:r>
        <w:br/>
        <w:t>Йому ще важко було говорити, він ще не проковтнув усі сльози, ще схлипував, гикав, шморгав носом.</w:t>
      </w:r>
    </w:p>
    <w:p>
      <w:r>
        <w:br/>
        <w:t>— Давай пішли, — сказав я йому. — Глянь, уже пізно, вже сад зачиняють...</w:t>
      </w:r>
    </w:p>
    <w:p>
      <w:r>
        <w:br/>
        <w:t>І я хотів узяти хлопчика за руку. Але хлопчик швидко відсмикнув руку і сказав:</w:t>
      </w:r>
    </w:p>
    <w:p>
      <w:r>
        <w:br/>
        <w:t>— Не можу.</w:t>
      </w:r>
    </w:p>
    <w:p>
      <w:r>
        <w:br/>
        <w:t>— Що не можеш?</w:t>
      </w:r>
    </w:p>
    <w:p>
      <w:r>
        <w:br/>
        <w:t>— Іти не можу.</w:t>
      </w:r>
    </w:p>
    <w:p>
      <w:r>
        <w:br/>
        <w:t>— Як? Чому? Що з тобою?</w:t>
      </w:r>
    </w:p>
    <w:p>
      <w:r>
        <w:br/>
        <w:t>— Нічого,—сказав хлопчик.</w:t>
      </w:r>
    </w:p>
    <w:p>
      <w:r>
        <w:br/>
        <w:t>— Ти що — хворий?</w:t>
      </w:r>
    </w:p>
    <w:p>
      <w:r>
        <w:br/>
        <w:t>— Ні,—сказав він. —Здоровий.</w:t>
      </w:r>
    </w:p>
    <w:p>
      <w:r>
        <w:br/>
        <w:t>— То чому ж ти йти не можеш?</w:t>
      </w:r>
    </w:p>
    <w:p>
      <w:r>
        <w:br/>
        <w:t>— Я вартовий, — сказав він.</w:t>
      </w:r>
    </w:p>
    <w:p>
      <w:r>
        <w:br/>
        <w:t>— Як вартовий? Який вартовий?</w:t>
      </w:r>
    </w:p>
    <w:p>
      <w:r>
        <w:br/>
        <w:t>— Та що ви — не розумієте? Ми граємося.</w:t>
      </w:r>
    </w:p>
    <w:p>
      <w:r>
        <w:br/>
        <w:t>— Та з ким же ти граєшся? Хлопчик помовчав, зітхнув і сказав:</w:t>
      </w:r>
    </w:p>
    <w:p>
      <w:r>
        <w:br/>
        <w:t>— Не знаю. Тут я, признатися, подумав, що, напевне, хлопчик все-таки хворий і що в нього з головою не все гаразд.</w:t>
      </w:r>
    </w:p>
    <w:p>
      <w:r>
        <w:br/>
        <w:t>— Послухай, — сказав я йому. —Що ти кажеш? Як же це так? Граєшся і не знаєш Із ким?</w:t>
      </w:r>
    </w:p>
    <w:p>
      <w:r>
        <w:br/>
        <w:t>— Так, сказав хлопчик. —Не знаю. Я на лаві сидів, а тут якісь великі хлопці підходять і кажуть: "Хочеш гратись у війну?" Я кажу: "Хочу". Почали гратися. Мені кажуть! "Ти сержант". Один великий хлопчик — він Тимошенком був, маршалом... Він привів мене сюди й каже: "Тут у нас пороховий склад. А ти будеш вартовим Стій тут, поки я тебе не зміню". Я кажу: "Добре". А він каже: "Дай чесне слово, що не підеш звідси".</w:t>
      </w:r>
    </w:p>
    <w:p>
      <w:r>
        <w:br/>
        <w:t>— Ну?</w:t>
      </w:r>
    </w:p>
    <w:p>
      <w:r>
        <w:br/>
        <w:t>— От я й сказав: "Чесне слово, не піду".</w:t>
      </w:r>
    </w:p>
    <w:p>
      <w:r>
        <w:br/>
        <w:t>— То й що?</w:t>
      </w:r>
    </w:p>
    <w:p>
      <w:r>
        <w:br/>
        <w:t>— Так от. Стою, стою, а вони не йдуть.</w:t>
      </w:r>
    </w:p>
    <w:p>
      <w:r>
        <w:br/>
        <w:t>— Так! — посміхнувся я. —А давно вони тебе сюди поставили?</w:t>
      </w:r>
    </w:p>
    <w:p>
      <w:r>
        <w:br/>
        <w:t>— Ще завидна.</w:t>
      </w:r>
    </w:p>
    <w:p>
      <w:r>
        <w:br/>
        <w:t>— Так де ж вони?</w:t>
      </w:r>
    </w:p>
    <w:p>
      <w:r>
        <w:br/>
        <w:t>Хлопчик знову зітхнув і сказав:</w:t>
      </w:r>
    </w:p>
    <w:p>
      <w:r>
        <w:br/>
        <w:t>— Я думаю, вони пішли.</w:t>
      </w:r>
    </w:p>
    <w:p>
      <w:r>
        <w:br/>
        <w:t>— Як пішли?</w:t>
      </w:r>
    </w:p>
    <w:p>
      <w:r>
        <w:br/>
        <w:t>— Забули.</w:t>
      </w:r>
    </w:p>
    <w:p>
      <w:r>
        <w:br/>
        <w:t>— То чого ж ти стоїш?</w:t>
      </w:r>
    </w:p>
    <w:p>
      <w:r>
        <w:br/>
        <w:t>— Я чесне слово сказав...</w:t>
      </w:r>
    </w:p>
    <w:p>
      <w:r>
        <w:br/>
        <w:t>Я вже хотів засміятися, але потім схаменувся і подумав, що це зовсім не смішно і що хлопчик каже цілком правильно. Якщо дав чесне слово, то треба стояти, що б там не трапилось — хоч лопни. А гра це чи не гра—однаково.</w:t>
      </w:r>
    </w:p>
    <w:p>
      <w:r>
        <w:br/>
        <w:t>— От так історія вийшла! — сказав я йому. — Що ж ти робитимеш?</w:t>
      </w:r>
    </w:p>
    <w:p>
      <w:r>
        <w:br/>
        <w:t>— Не знаю, — сказав хлопчик і знову заплакав.</w:t>
      </w:r>
    </w:p>
    <w:p>
      <w:r>
        <w:br/>
        <w:t>Мені дуже хотілося йому якось допомогти. Але що я міг зробити? Іти шукати цих дурних хлоп'ят, які поставили його на варту, взяли з нього чесне слово, а самі втекли додому? Та де ж їх тепер знайдеш, тих хлоп'ят? Вони вже, мабуть, повечеряли і спати лягли, і десяті сни бачать. А людина на варті стоїть. В темряві. І голодна, мабуть.</w:t>
      </w:r>
    </w:p>
    <w:p>
      <w:r>
        <w:br/>
        <w:t>— Ти, напевне, їсти хочеш? — запитав я в нього.</w:t>
      </w:r>
    </w:p>
    <w:p>
      <w:r>
        <w:br/>
        <w:t>— Так, — сказав він, — хочу.</w:t>
      </w:r>
    </w:p>
    <w:p>
      <w:r>
        <w:br/>
        <w:t>— Так от що,—сказав я, подумавши. —Ти валяй біжи додому, повечеряй, а я поки що за тебе постою тут.</w:t>
      </w:r>
    </w:p>
    <w:p>
      <w:r>
        <w:br/>
        <w:t>— Та, — сказав хлопчик, — а хіба це можна?</w:t>
      </w:r>
    </w:p>
    <w:p>
      <w:r>
        <w:br/>
        <w:t>— Чому ж не можна?</w:t>
      </w:r>
    </w:p>
    <w:p>
      <w:r>
        <w:br/>
        <w:t>— Ви ж не військовий.</w:t>
      </w:r>
    </w:p>
    <w:p>
      <w:r>
        <w:br/>
        <w:t>Я почухав потилицю і сказав:</w:t>
      </w:r>
    </w:p>
    <w:p>
      <w:r>
        <w:br/>
        <w:t>— Правильно. Нічого не вийде. Я навіть не можу зняти тебе з варти. Це може зробити тільки військовий, тільки начальник...</w:t>
      </w:r>
    </w:p>
    <w:p>
      <w:r>
        <w:br/>
        <w:t>І тут раптом у мене з'явилася щаслива думка. Я подумав, якщо звільнити хлопчика від чесного слова, зняти його з варти може тільки військовий, так у чому ж річ? Треба, значить, іти шукати військового.</w:t>
      </w:r>
    </w:p>
    <w:p>
      <w:r>
        <w:br/>
        <w:t>Я нічого не сказав хлопчикові, тільки промовив: "Почекай хвилиночку", а сам, не гаючи часу, побіг до виходу.</w:t>
      </w:r>
    </w:p>
    <w:p>
      <w:r>
        <w:br/>
        <w:t>Ворота ще не були зачинені, ще сторож ходив десь у найдальших закутках саду і додзвонював там своїм дзвоником.</w:t>
      </w:r>
    </w:p>
    <w:p>
      <w:r>
        <w:br/>
        <w:t>Я став біля воріт, чекаючи, чи не пройде мимо який-небудь лейтенант або хоча б рядовий червоноармієць. Але, як на лихо, жоден військовий не показувався на вулиці. От майнули були на тому боці вулиці якісь чорні шинелі, я зрадів, подумав, що то військові моряки, перебіг вулицю і побачив, що це не моряки, а хлоп'ята-ремісники. Пройшов високий залізничник у дуже красивій шинелі з яскравими малиновими нашивками. Але й залізничник з його чудовою шинеллю мені також тої хвилини був ні до чого.</w:t>
      </w:r>
    </w:p>
    <w:p>
      <w:r>
        <w:br/>
        <w:t>Я вже хотів ні в сих ні в тих повертатися до саду, як раптом побачив за рогом, на трамвайній зупинці захисний командирський кашкет з блакитною кавалерійською околичкою. Здається, що ніколи в житті я так не радів, як зрадів тої миті. Стрімголов я побіг до зупинки. І раптом, не встиг добігти, бачу — до зупинки підходить трамвай, і командир, молодий кавалерійський майор, разом з усією публікою збирається просунутися до вагона.</w:t>
      </w:r>
    </w:p>
    <w:p>
      <w:r>
        <w:br/>
        <w:t>Захекавшись, я підбіг до нього, схопив за руку і закричав:</w:t>
      </w:r>
    </w:p>
    <w:p>
      <w:r>
        <w:br/>
        <w:t>— Товаришу майор! Почекайте! Товаришу майор...</w:t>
      </w:r>
    </w:p>
    <w:p>
      <w:r>
        <w:br/>
        <w:t>Він оглянувся, здивовано на мене подивився і сказав:</w:t>
      </w:r>
    </w:p>
    <w:p>
      <w:r>
        <w:br/>
        <w:t>— В чому річ?</w:t>
      </w:r>
    </w:p>
    <w:p>
      <w:r>
        <w:br/>
        <w:t>— Бачите, в чому річ,—сказав я. — Тут у саду, біля будки, на варті стоїть хлопчик. Він не може піти звідти, він дав чесне слово. Він дуже маленький... Він плаче...</w:t>
      </w:r>
    </w:p>
    <w:p>
      <w:r>
        <w:br/>
        <w:t>Командир глянув на мене перелякано. Напевне, він теж подумав, що я хворий і в мене з головою не все гаразд.</w:t>
      </w:r>
    </w:p>
    <w:p>
      <w:r>
        <w:br/>
        <w:t>— До чого ж тут я?—сказав він.</w:t>
      </w:r>
    </w:p>
    <w:p>
      <w:r>
        <w:br/>
        <w:t>Трамвай його відійшов, і він дивився на мене дуже сердито.</w:t>
      </w:r>
    </w:p>
    <w:p>
      <w:r>
        <w:br/>
        <w:t>Але коли я трохи докладніше з'ясував йому, в чому річ, він не став довго думати і відразу ж сказав.</w:t>
      </w:r>
    </w:p>
    <w:p>
      <w:r>
        <w:br/>
        <w:t>— Ходімо, ходімо. Звичайно! Чом же ви мені зразу не сказали?</w:t>
      </w:r>
    </w:p>
    <w:p>
      <w:r>
        <w:br/>
        <w:t>Коли ми підійшли до саду, сторож чіпляв на ворота замок. Я попросив його кілька хвилин почекати, сказав, що в саду у мене залишився хлопчик, і ми з майором побігли в глиб саду.</w:t>
      </w:r>
    </w:p>
    <w:p>
      <w:r>
        <w:br/>
        <w:t>У темряві ми ледве відшукали білу будку. Хлопчик стояв на тому самому місці, де я його залишив, і знову, але тепер дуже тихо, плакав. Я озвався до нього. Він зрадів, навіть скрикнув з радощів, а я сказав:</w:t>
      </w:r>
    </w:p>
    <w:p>
      <w:r>
        <w:br/>
        <w:t>— Так от, я привів начальника.</w:t>
      </w:r>
    </w:p>
    <w:p>
      <w:r>
        <w:br/>
        <w:t>Побачивши командира, хлопчик якось випростався, виструнчився і став на кілька сантиметрів вищий.</w:t>
      </w:r>
    </w:p>
    <w:p>
      <w:r>
        <w:br/>
        <w:t>— Товаришу вартовий, — сказав йому командир. — Яке ви маєте звання?</w:t>
      </w:r>
    </w:p>
    <w:p>
      <w:r>
        <w:br/>
        <w:t>— Я сержант,—сказав хлопчик.</w:t>
      </w:r>
    </w:p>
    <w:p>
      <w:r>
        <w:br/>
        <w:t>— Товаришу сержант, наказую залишити довірений вам пост.</w:t>
      </w:r>
    </w:p>
    <w:p>
      <w:r>
        <w:br/>
        <w:t>Хлопчик помовчав, посопів носом і сказав: А у вас яке звання? Я не бачу...</w:t>
      </w:r>
    </w:p>
    <w:p>
      <w:r>
        <w:br/>
        <w:t>— Я майор,—сказав командир.</w:t>
      </w:r>
    </w:p>
    <w:p>
      <w:r>
        <w:br/>
        <w:t>І тоді хлопчик приклав руку до широкого козирка своєї сіренької кепки і сказав:</w:t>
      </w:r>
    </w:p>
    <w:p>
      <w:r>
        <w:br/>
        <w:t>— Єсть, товаришу майор: наказано залишити пост.</w:t>
      </w:r>
    </w:p>
    <w:p>
      <w:r>
        <w:br/>
        <w:t>І сказав він це так дзвінко і так вправно, що ми обидва не витримали й зареготалися. І хлопчик теж весело і з полегкістю засміявся.</w:t>
      </w:r>
    </w:p>
    <w:p>
      <w:r>
        <w:br/>
        <w:t>Не встигли ми втрьох вийти з саду, як за нами грюкнули ворота і сторож кілька разів повернув у замку ключ.</w:t>
      </w:r>
    </w:p>
    <w:p>
      <w:r>
        <w:br/>
        <w:t>Майор простяг хлопчикові руку:</w:t>
      </w:r>
    </w:p>
    <w:p>
      <w:r>
        <w:br/>
        <w:t>— Молодець, товаришу сержант! — сказав він.—З тебе вийде справжній воїн. До побачення!</w:t>
      </w:r>
    </w:p>
    <w:p>
      <w:r>
        <w:br/>
        <w:t>Хлопчик щось пробурмотів і сказав:</w:t>
      </w:r>
    </w:p>
    <w:p>
      <w:r>
        <w:br/>
        <w:t>— До побачення...</w:t>
      </w:r>
    </w:p>
    <w:p>
      <w:r>
        <w:br/>
        <w:t>А майор віддав нам обом честь і, побачивши, що знову підходить його трамвай, побіг</w:t>
      </w:r>
    </w:p>
    <w:p>
      <w:r>
        <w:br/>
        <w:t>до зупинки.</w:t>
      </w:r>
    </w:p>
    <w:p>
      <w:r>
        <w:br/>
        <w:t>Я теж попрощався з хлопчиком і потис</w:t>
      </w:r>
    </w:p>
    <w:p>
      <w:r>
        <w:br/>
        <w:t>йому руку.</w:t>
      </w:r>
    </w:p>
    <w:p>
      <w:r>
        <w:br/>
        <w:t>— Може, тебе провести? — спитав я в нього.</w:t>
      </w:r>
    </w:p>
    <w:p>
      <w:r>
        <w:br/>
        <w:t>— Ні, я близько живу. Я не боюсь, — сказав хлопчик.</w:t>
      </w:r>
    </w:p>
    <w:p>
      <w:r>
        <w:br/>
        <w:t>Я подивився на його маленький веснянкуватий ніс і подумав, що йому справді нема чого боятися. Хлопчик, у якого така міцна воля і таке тверде слово, не злякається темряви, не злякається хуліганів, не злякається й страшніших речей.</w:t>
      </w:r>
    </w:p>
    <w:p>
      <w:r>
        <w:br/>
        <w:t>А коли він виросте... Ще не відомо, ким</w:t>
      </w:r>
    </w:p>
    <w:p>
      <w:r>
        <w:br/>
        <w:t>він буде, коли виросте, але ким би він не був,</w:t>
      </w:r>
    </w:p>
    <w:p>
      <w:r>
        <w:br/>
        <w:t>можна поручитися, що це буде справжня людина.</w:t>
      </w:r>
    </w:p>
    <w:p>
      <w:r>
        <w:br/>
        <w:t>Я подумав так, і мені стало дуже приємно. Що я познайомився з цим хлопчиком.</w:t>
      </w:r>
    </w:p>
    <w:p>
      <w:r>
        <w:br/>
        <w:t>І я ще раз міцно і з задоволенням потис йому руку.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Чесне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