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Червоний жупан</w:t>
      </w:r>
    </w:p>
    <w:p>
      <w:r>
        <w:br/>
        <w:t xml:space="preserve"> &lt;p&gt;Зимового ранку під’їжджав я до однієї з якутських управ (рід нашої волості). Сивувасте світлечко розливалось по пухкому снігові, над покрівлями кількох руських хатин звивався привітний димок, клубками розсипаючись у повітрі. Зморені коні ледве перебирали ногами,— я їхав під недорід: сіна не косили, скотина дотяглась до краю і падала серед дороги. Скрізь мене вражала бідота, скрізь передо мною вставали картини нелюдського існування, скоро я заходив до якутської юрти (міське житло — хлів, обмазаний кізяками, з товстими крижаними вікнами) або стрівався з тубільцями. Брудні вищ усякої можливості, з остудженими носами та щоками, понайбільше сліпі або косі,— отакими були переважно мої перші знайомці. Серце стискалося на вид країни — суворої та нещасної.</w:t>
      </w:r>
    </w:p>
    <w:p>
      <w:r>
        <w:br/>
        <w:t>Ось заманячив на пригорі якийсь хмурий, обдертий будинок; загавкали собаки.</w:t>
      </w:r>
    </w:p>
    <w:p>
      <w:r>
        <w:br/>
        <w:t>— Школа! — звернувся до мене в тій хвилі мій візник.— А от і управа! — додав він, показуючи рукою на другий будинок — ще дужче обдертий та невиглядний Услід за тим візник моторно виплигнув із саней — приїхали. Я позирнув на управу: вітер грюкав пошматованою вивіскою об стіну, рвав дошки з криші; від усього подихало сном та пусткою. В управі, проте, повставали: оклецькуватий писар з якутів зітхав, протираючи очі; його помічник шамотів паперами; до кухні набирались людці, що все були такі ж голодрані та замурзані, яких уже мені доводилось бачити. Писар повітав мене з добродушною ласкою, що так подобала його годованій постаті; господарка, досить принадна молода якутка, турбувалась коло самовара. Любо пригрітись у затишку після цілих тисяч верстов лихого подорожування по сльоті або холоді; любо нарешті зобачити близький кінець настогидних митарств, хоча б тебе навіть провадили до пекла,— любо принаймні на одну-дві години... а там... змучена думка не сягає далеко, переболілі кості прагнуть відпочинку, щоб завтра защеміти ще дужче, ще гірше... Незабаром і мій шлях кінчиться; часом аж страшно було згадати про те... Але в ту мить я тільки бажав погрітись, перепочити... Кухлик, другий чаю покріпили мене трохи; приємна теплінь розливалася по задублому тілу... Забутися б від усього, набратися сил після стількох літ задухи, самоти, розпуки, хороб; забутися б... Так де!.. Передо мною появляється скулений, сухий, в лахмітті дідусь-якут, покірно схиляє голову і починає кланятись раз за разом. Я не знав, до чого воно йдеться.</w:t>
      </w:r>
    </w:p>
    <w:p>
      <w:r>
        <w:br/>
        <w:t>— Тойон, тойон! (Пане, пане!) — повторяв дідусь, кланяючись.</w:t>
      </w:r>
    </w:p>
    <w:p>
      <w:r>
        <w:br/>
        <w:t>Він став щось висловлювати по-якутськи швидко та палко, але що, я не міг розібрати. Одно хіба я зрозумів відразу: що це був не звичайний старець-прохач, яких незліченна сила поміж якутами, а що тут, певно, криється якась "образа", ремство на людей або долю, словом — що-небудь схоже. Мені здалося навіть, що обличчя дідусеве не раз мінилося, а на віях тремтіли каплини сліз.</w:t>
      </w:r>
    </w:p>
    <w:p>
      <w:r>
        <w:br/>
        <w:t>— В чому річ? Чого йому треба?</w:t>
      </w:r>
    </w:p>
    <w:p>
      <w:r>
        <w:br/>
        <w:t>Писар і кілька інших зареготались.</w:t>
      </w:r>
    </w:p>
    <w:p>
      <w:r>
        <w:br/>
        <w:t>— Шалений... до всіх в’язне... вештаючий... Чимало тут таких... Баратур, баратур! (Гайда!) — гнав писар "вештаючого".</w:t>
      </w:r>
    </w:p>
    <w:p>
      <w:r>
        <w:br/>
        <w:t>— Та з якої ж ради він до всякого в’язне?</w:t>
      </w:r>
    </w:p>
    <w:p>
      <w:r>
        <w:br/>
        <w:t>— Ет... Не забалакаєш з ним... сам не тямить, чого йому треба; ремствує на всіх і все... дурниці верзе... Чимало тут таких... про сіно... про ставки... про недоїмки... дурниці, одно слово, верзе... Баратур, баратур, акари! (Гайда, гайда, дурню!)</w:t>
      </w:r>
    </w:p>
    <w:p>
      <w:r>
        <w:br/>
        <w:t>Прохач заморгав очима і, зігнутий, пригноблений, пішов нерівною, хиткою ходою до дверей. Почувся гамір серед люду,— сміялися, очевидячки, з "безглуздого", той мовчав понуро, напружено, від часу заглядаючи крізь двері.</w:t>
      </w:r>
    </w:p>
    <w:p>
      <w:r>
        <w:br/>
        <w:t>— Баратур, баратур, Червоний Жупан!.. Його, бачте, Червоним Жупаном величають у нас,— додав писар, звертаючись до мене.</w:t>
      </w:r>
    </w:p>
    <w:p>
      <w:r>
        <w:br/>
        <w:t>Червоний Жупан, видно, не хотів вгамуватись, стовбичив край порога, усе поглядуючи на наш бік.</w:t>
      </w:r>
    </w:p>
    <w:p>
      <w:r>
        <w:br/>
        <w:t>Запрягли коненят, і я виїхав з управи. Минуло з тиждень. Я опинився "на місці", верстов сто за управою, в невеличкій якутській юрті; зацікавлені якути просто не давали мені спокою спочатку. Одного ранку, коли я ще був у ліжку, передо мною знову станув скулений, сумний, "вештаючий" Червоний Жупан. Знову поклони, знову палкі несподівані зливи — немов просьби, немов ремства, немов бог знає й що... Я нічогісінько не розумів по-прежньому; я чув, що не маю чим помогти, а що помогти було б треба,— помогти не шматком хліба або пучкою чаю, а чимось іншим, більш дійсним. Довго силкувався пересвідчити мене в чомусь Червоний Жупан, довго дивився на мене журно та докірливо і вийшов — смутний, невдоволений. Таке повторювалося кілька разів. Потроху я обізнався і з особою Червоного Жупана, і з його "шаленством". Червоний Жупан жив самотою, а колись у нього малась дружина і дітки. Був то якут середнього достатку — мав юрту, десятків два худоби, сіножатку, словом, усе, без чого якут-господар стає "барахсаном" (сіромахою). Але ось усяке лихо посунулося на голову Червоного Жупана: жінка вмерла з родин, дрібнят роздав по людях, де вони спочатку посліпли, а потім також перемерли. До управи налетів вихром якийсь урядник-слідчий, і Червоного Жупана докупи з іншими потягли на його грізні очі. Тут Жупанові виголосили досить зрозуміло, що він кілька літ не платить податків, а мусить вистачити безодмовно... Даремно божився та присягався Червоний Жупан, що до остатньої копійчини все вносив князеві (так якути величають своїх старостів),— квитків у Жупана не лишилося, а староста (о, тямуща людина отой староста!) "знать не знає, відати не відає". Продав Жупан дещо з худібчини, збув за безцінь роками придбане сінце: все загарбав оте один з управських глитаїв, що пильно сидів на сторожі, сплативши частину незліченної недоїмки Жупанової. І почали осідати злидні сірому Жупана, почав він підпадати з року в рік, поки не зробився старцем без повороту; юрта його розвалилась, нової будувати не став,— дарма праця... До того на Жупана почало щось находити... Зажурився Жупан над своєю гіркою долею і заплакав; ніхто не бачив, правда, його сліз, але багацько людців чули, як виспівував Жупан, їдучи на бику верхи, про своє тяжке життя, виспівував про худобу та сіно, що вже їх нема й не буде, жалівся на неправду людську; то справді були ридання душі — ображеної та наболілої. Потім Жупана мов вода змела: згинув кудись і пропадав безвісти; довгенько щось не було, як ось виявився і здивував людей своїм несподіваним шаленством. Жупан вишукував спосіб зарадити лихій долі таких, як сам, бідарів: треба було тільки спустити одно чимале озеро в річку,— от вам і сіножаті, і все... Прочумайся, голото; послухай, що тобі радять... Думка ця тупо засіла в мозку знищеного [2] Жупана і не давала спокою. Насамперед він удався з нею до голови та князів (старостів), а потім звернувся і до звичайного сірого люду. Насміхами та знущанням відповіли Жупанові... Даремно розмовляв Жупан про свої мари-привиди: снились йому, буцім вийшов з озера водяний дух у поставі бика і став битися з духом суходолу, що також у бичачій поставі пасся по луці; страшенно билися, але нарешті дух суходолу поборов духа водяного; даремно Жупан бачив у тім привиді вказуючий палець божий,— все оставалося голосом серед пустині.</w:t>
      </w:r>
    </w:p>
    <w:p>
      <w:r>
        <w:br/>
        <w:t>Почув Жупан, що до управи приїхав "улахан тойон" (великий пан) справник — і зараз до його; кланяється, просить; очі горять блиском надії та відради... на жаль, передвчасної. Вислухав пан і зареготався.</w:t>
      </w:r>
    </w:p>
    <w:p>
      <w:r>
        <w:br/>
        <w:t>— Піп, бігме, піп; просто хоч у проповідники... оце так дідусь... і де в бога впійметься... Ризи б тобі, та й годі... Тривай лишень...</w:t>
      </w:r>
    </w:p>
    <w:p>
      <w:r>
        <w:br/>
        <w:t>Погрібся пан у скриньці, пошукав нашвидкуруч і витягує нічний червоний жупан.</w:t>
      </w:r>
    </w:p>
    <w:p>
      <w:r>
        <w:br/>
        <w:t>— Оце тобі, попе, й ризи — не треба кращих... Козак, вдягни його!</w:t>
      </w:r>
    </w:p>
    <w:p>
      <w:r>
        <w:br/>
        <w:t>І покотився з реготу. Вдягли дідуся в панське убрання. Боже, скільки сміху було та знущання!</w:t>
      </w:r>
    </w:p>
    <w:p>
      <w:r>
        <w:br/>
        <w:t>— Червоний Жупан! Червоний Жупан! — загриміло по всіх кутках управи,— і прилипло те ймення навіки. Понурив голову Червоний Жупан; бачить, що не дійти йому "правди", поклонився низько і вийшов. Тиск люду гнався за ним.</w:t>
      </w:r>
    </w:p>
    <w:p>
      <w:r>
        <w:br/>
        <w:t>— Гей, бийте у дзвони... служба буде... попа нового настановили...— і жорстокі гигашки покривали ті грубі діткливі жарти.</w:t>
      </w:r>
    </w:p>
    <w:p>
      <w:r>
        <w:br/>
        <w:t>І побрів собі Жупан один зі своєю думкою — незрозумілий, оганьбований. Але те його не зраджувало. Ні одного тойона (пана) не пропускав Жупан, щоб не висловитись перед ним, не поділитись думкою, не попрохати запомоги. До владики його не пустили; тоді Жупан почав перепитувати крізь вікно і був допущений.</w:t>
      </w:r>
    </w:p>
    <w:p>
      <w:r>
        <w:br/>
        <w:t>— Безглуздий, ваше преосвященство! — доклав якийсь тойон управський; владика махнув рукою,— і вивели Жупана без нічого.</w:t>
      </w:r>
    </w:p>
    <w:p>
      <w:r>
        <w:br/>
        <w:t>Не залишив Жупан підмовляти до своєї думки і звичайних людців, подавав просьби до всяких осіб, але все по-дурному. Жупан зробився "притчею во языцех".</w:t>
      </w:r>
    </w:p>
    <w:p>
      <w:r>
        <w:br/>
        <w:t>Раз якось я підійшов до річки... Був кінець серпня. На березі метушились люди: насипали хлібом та картоплею пліт, щоб гнати в город.</w:t>
      </w:r>
    </w:p>
    <w:p>
      <w:r>
        <w:br/>
        <w:t>Крик, галас, біганина. Серед плоту я зобачив і Червоного Жупана — він був зворушений, виявляв нетерплячку, галасував до гурту. Я підійшов — поздоровкався. Червоний Жупан покидав наші краї: ціле літечко він прокосив у якута, хазяїна плота, щоб той довіз його при нагоді до города; відти Червоний Жупан зваживсь іти пішки, Христовим іменем, аж до Якутська, все з тією ж думкою, щоб запомогти бідарям.</w:t>
      </w:r>
    </w:p>
    <w:p>
      <w:r>
        <w:br/>
        <w:t>Він був певний, що його діло — праве і що не може відмовити йому "справжнє начальство".</w:t>
      </w:r>
    </w:p>
    <w:p>
      <w:r>
        <w:br/>
        <w:t>Лаштування скінчилось,— пліт попхався за водою.</w:t>
      </w:r>
    </w:p>
    <w:p>
      <w:r>
        <w:br/>
        <w:t>Звичайно скулений, Червоний Жупан стояв тепер випрямившись посеред плоту і міцним голосом давав порядок. Ніхто не слухав його, не звертав жодної уваги, але те йому було байдуже, не спиняло нітрохи,— на душі легко і любо. Мимоволі пригадалися мені "безглузді" пошукачі усяких правд серед нашого знедоленого люду,— і з тяжким почуванням я покинув берег.</w:t>
      </w:r>
    </w:p>
    <w:p>
      <w:r>
        <w:br/>
        <w:t>Червоного Жупана я не бачив більш...</w:t>
      </w:r>
    </w:p>
    <w:p>
      <w:r>
        <w:br/>
        <w:t>1894 року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Червоний жупан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