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вечір</w:t>
      </w:r>
    </w:p>
    <w:p>
      <w:r>
        <w:br/>
        <w:t xml:space="preserve"> &lt;p&gt;А то ще було так.</w:t>
      </w:r>
    </w:p>
    <w:p>
      <w:r>
        <w:br/>
        <w:t>Надходив весняний, запашний вечір напередодні храмового свята. В селі дзвонили до вечерні, богомольні баби світили по хатах лампадки, а на цвинтарі готували величезні казани для храмового меду. Навпроти церкви коло школи гурт школярів, докінчуючи суботник, працював у саду й на городі і разом змагався із церковним настроєм, що, здавалось, висів над селом туманом. Тільки долетить до вуха вечоровий дзвін, одразу їм здається, що все навкруги одміняється: засмердить ладаном, зачадить свічками, понесе попами та кадилами. Навіть легенькі рожеві хмаринки в небі здадуться тими горщиками з медом, що варять у них баби на храмах для старців та попів. Кинуться діти щиро за сапи, заспівають усі в один гурт: "Долой, долой монахов..." Налетить весняний вітерець, трусне на голови школярам весняним з дерева цвітом, запахне яблунями, й церковна обмара помало зникне.</w:t>
      </w:r>
    </w:p>
    <w:p>
      <w:r>
        <w:br/>
        <w:t>Аж ось загуло по селу щось грізне: "Коло церкви... до церкви..." І стала насувати хмара, чорна й брудна. Школярі покинули сапи й пошуміли, схвильовані до церкви. Весняний вітрець, що товаришував з ними, затесавшись у гурт, піддавав духу, свистів в уші: "Глядіть, товариші, не піддавайтесь!.. Ми їм..."</w:t>
      </w:r>
    </w:p>
    <w:p>
      <w:r>
        <w:br/>
        <w:t>В селі гомін, біготня. Баби й молодиці, на ходу застібаючись, нашвидку витираючи руки, так хурчали спідницями, що можна було подумати, ніби там під крамом замість ніг у них були, пробачте, коров'ячі ратиці: аж земля стугоніла. Бігли всі до цвинтаря. їх перепиняли:</w:t>
      </w:r>
    </w:p>
    <w:p>
      <w:r>
        <w:br/>
        <w:t>— Що там? Що то?</w:t>
      </w:r>
    </w:p>
    <w:p>
      <w:r>
        <w:br/>
        <w:t>— Чудо! Чудо! Чудо проявилося. Приїхав до нас звідкілясь на храм безногий каліка, грає на струнах із простого валу. Грішні нічого не чують, а праведні, що шанують свято, ходять до церкви і роздають милостиню, держать пости, чують райські звуки.</w:t>
      </w:r>
    </w:p>
    <w:p>
      <w:r>
        <w:br/>
        <w:t>— Коло церкви, кажете?</w:t>
      </w:r>
    </w:p>
    <w:p>
      <w:r>
        <w:br/>
        <w:t>— Коло церкви.</w:t>
      </w:r>
    </w:p>
    <w:p>
      <w:r>
        <w:br/>
        <w:t>Кидають відра, кидають огонь у печах, летять.</w:t>
      </w:r>
    </w:p>
    <w:p>
      <w:r>
        <w:br/>
        <w:t>Коло цвинтаря стояв натовп. У середині натовпу в своїй халабуді, на возі, сидів каліка, попідруки закутаний подушками та ряднами. На виду він — молодий, з весняною смагою на червоних щоках, з голеними по-новому вусами. Він справді невміло держав у руках скрипку й водив абияк смичком по валових струнах. Ніяких звуків не було чути, звичайно, а замість звуків мімікою і очима "святий" доводив тільки, що грав він якусь церковну мелодію. Тиша була мертва. Люди стояли, як скеля. Більшість' здивовано, крадькома перезирались, ніби перепитуючи одно одного. Чоловіки — ті одверто "баранами" дивились на каліку, ніяково лупаючи очима.</w:t>
      </w:r>
    </w:p>
    <w:p>
      <w:r>
        <w:br/>
        <w:t>По один бік воза стояв, як на, варті, брат каліки — височенний дядько-бородань, обличчям дуже схожий на каліку, він раз по раз хльоскав батогом на дітей, одганяючи їх, як горобців од проса. Школярі ордою налягали з такими жадібно-допитливими очима, що зразу було видно: допусти цих вандалів ближче — і все чудо вони зразу зведуть нанівець.</w:t>
      </w:r>
    </w:p>
    <w:p>
      <w:r>
        <w:br/>
        <w:t>А по другий бік халабуди вартувала цікава молодичка з червоним чогось носом. Ця інформувала православних докладніше. Кидаючи одночасно зажерливі, хижі погляди в халабуду, коли туди хто-небудь клав шматок полотна, крашанки чи кидав мідяка у квітчасту глиняну мисочку миргородського виробу, вона разом з тим стиха розповідала декому з бабів про те, як позбувся каліка ніг.</w:t>
      </w:r>
    </w:p>
    <w:p>
      <w:r>
        <w:br/>
        <w:t>На молодиці була старовинна плахта, голова її була вив'язана по-старосвітському, проте "опрацьовувала" селянські голови вона не гірше якої язикатої черниці, навіть цитуючи з святого письма: "А хто має віри хоч із зерно горчишне і скаже горі сій: перейди туди! — і вона перейде..." Деякі з селян приходили, сміючись з веселим блиском в очах — дослухались, знизували плечима, і в очі їм вступав туман.</w:t>
      </w:r>
    </w:p>
    <w:p>
      <w:r>
        <w:br/>
        <w:t>Ось старий дід з люлькою в руках і під чаркою. Він ще не знає, в чім річ, весело підморгує музиці, підбадьорює його, голосно на весь майдан:</w:t>
      </w:r>
    </w:p>
    <w:p>
      <w:r>
        <w:br/>
        <w:t>— Що ж ти граєш, що й не чути тебе? Ти такої утни, щоб аж...</w:t>
      </w:r>
    </w:p>
    <w:p>
      <w:r>
        <w:br/>
        <w:t>— Це! Чи!.. Гу-гу-гу!.. — зашуміло, засвистіло, загуло кругом нього. Звідусіль уп'ялися в нього очі, злісні, як оси. Безліч рук сіпає за поли, за рукава. Дід одступає назад, боязко озирається, стиха когось розпитує, і очі його стають великі й лякані... Ставало чогось моторошно.</w:t>
      </w:r>
    </w:p>
    <w:p>
      <w:r>
        <w:br/>
        <w:t>Прибігли засапані школярі, почали було:</w:t>
      </w:r>
    </w:p>
    <w:p>
      <w:r>
        <w:br/>
        <w:t>— Що ви їх слухаєте? То ж дурисвіти. Треба роздивитись, який це каліка... Може, це такий каліка, що на нього треба гукнуть міліціонера.</w:t>
      </w:r>
    </w:p>
    <w:p>
      <w:r>
        <w:br/>
        <w:t>Так де там!</w:t>
      </w:r>
    </w:p>
    <w:p>
      <w:r>
        <w:br/>
        <w:t>Люди поверталися до дітей спинами, і цілий дощ мідяків демонстративно брязкотів у мисочку, виявляючи одночасно і віру в святого, і обурення до молодих безбожників.</w:t>
      </w:r>
    </w:p>
    <w:p>
      <w:r>
        <w:br/>
        <w:t>Постояли, послухали.</w:t>
      </w:r>
    </w:p>
    <w:p>
      <w:r>
        <w:br/>
        <w:t>— Дядю, а чого ж це не чути, що він там грає? — ввічливо й лукаво питали вони величезного дядька.</w:t>
      </w:r>
    </w:p>
    <w:p>
      <w:r>
        <w:br/>
        <w:t>Той хмурив брови.</w:t>
      </w:r>
    </w:p>
    <w:p>
      <w:r>
        <w:br/>
        <w:t>— Котрі праведні, ті чують! — казав той і зразу ж доводив це на ділі, підтягуючи за мовчазною скрипкою якогось великоднього тропаря.</w:t>
      </w:r>
    </w:p>
    <w:p>
      <w:r>
        <w:br/>
        <w:t>А святий музика все витинав щось смичком і пучками на мовчазних струнах і, як дикунський шаман, крутив білками очей.</w:t>
      </w:r>
    </w:p>
    <w:p>
      <w:r>
        <w:br/>
        <w:t>Зрештою дехто із "праведних жен" взялися хусточками витирати очі. Кругом зашепотіли: "Почули! Почули!..", залупотіли потьмареними очима, як дерево листом. Аж стемніло навкруги. Навіть з'явився острах.</w:t>
      </w:r>
    </w:p>
    <w:p>
      <w:r>
        <w:br/>
        <w:t>Діти стояли задумані, пригнічені своїм безсиллям перед дикою і темною силою. Далі один жвавіший школярик рішуче труснув головою і промовив до вартового дядька:</w:t>
      </w:r>
    </w:p>
    <w:p>
      <w:r>
        <w:br/>
        <w:t>— Дядю! Ви таке чуєте, а я — ось яке! — Він затриндикав на губах і пішов по курному шляху навприсядки:</w:t>
      </w:r>
    </w:p>
    <w:p>
      <w:r>
        <w:br/>
        <w:t>Ой, гоп, та помалу,</w:t>
      </w:r>
    </w:p>
    <w:p>
      <w:r>
        <w:br/>
        <w:t>Та пошила штани з валу...</w:t>
      </w:r>
    </w:p>
    <w:p>
      <w:r>
        <w:br/>
        <w:t>На дерев'яних обличчях у чоловіків блиснули осмішки — зашипіли жінки, погасили. Деякі з їх хрестились і накликали на голови дітей небесну кару: "А, побив би вас грім божий!"</w:t>
      </w:r>
    </w:p>
    <w:p>
      <w:r>
        <w:br/>
        <w:t>І раптом щось глухо загуло, справді десь гримів весняний грім, радісний і грізний... Далі, щось тягнучи за собою, прошумів задиханий, медовий вітерець, такий пройдисвіт, за-</w:t>
      </w:r>
    </w:p>
    <w:p>
      <w:r>
        <w:br/>
        <w:t>пашний і ласкавий, що так і хотілося впіймати його за бархотиновий хвостик. Слідом за ним, важко перехитуючись з одного боку на другий, закурений, у соломі, з порваним залізним на шиї ланцюгом важко мчав із страхітливим ревом, мов кований з міді, бугай. Загрозливо пригинаючи до землі голову, він сунув просто до цвинтаря у натовп. На ходу часом він незграбно кокетував своєю могучою силою: легесенько приторкнеться рогом до острішка — і вгору з тріском летіло паліччя, гній, курява.</w:t>
      </w:r>
    </w:p>
    <w:p>
      <w:r>
        <w:br/>
        <w:t>Кивне привітно головою коло якогось хліва, і од того привітання на душі хололо: цілий ріг од хліва хурчав додолу глиною, цеглою і піском. Знали цього бугая в селі — не одного покалічив.</w:t>
      </w:r>
    </w:p>
    <w:p>
      <w:r>
        <w:br/>
        <w:t>Все живе летіло перед ним, як пух. Гострий, радісний і зляканий пролунав над майданом дитячий лемент.</w:t>
      </w:r>
    </w:p>
    <w:p>
      <w:r>
        <w:br/>
        <w:t>— Тікайте! Бугай одірвався!</w:t>
      </w:r>
    </w:p>
    <w:p>
      <w:r>
        <w:br/>
        <w:t>Ніби бомба розірвалась. Увесь натовп, всі святі і грішні — все розлетілось, як тріски. У цвинтар, на ограду, на дерева. Всю вербу, що одиноко росла над колодязем, аж до самих верхів ніби велетенська обліпила гусінь. Хто не вспів утекти — скам'янів на місці. Все завмерло. Проте переполох на цей раз був даремний. Зрівнялось страховище, бликнуло тудисюди червоними, п'яними вирлами, пройшло, в доброму гуморі, своєю дорогою, нікому не заподіявши лиха. Все скам'яніле почало одживати: сміх, гомін, радість.</w:t>
      </w:r>
    </w:p>
    <w:p>
      <w:r>
        <w:br/>
        <w:t>Баби вже почали було:</w:t>
      </w:r>
    </w:p>
    <w:p>
      <w:r>
        <w:br/>
        <w:t>— Бачте, це ради святої людини він не вдарив нікого... Бог так дав...</w:t>
      </w:r>
    </w:p>
    <w:p>
      <w:r>
        <w:br/>
        <w:t>— Заждіть, а де ж той святий? — хтось запитав, стурбований. Справді, в будці каліки не було. Аж зирк на вербу хтось із школярів:</w:t>
      </w:r>
    </w:p>
    <w:p>
      <w:r>
        <w:br/>
        <w:t>— А ото ж не він?</w:t>
      </w:r>
    </w:p>
    <w:p>
      <w:r>
        <w:br/>
        <w:t>На мить усе замовкає. Далі раптом загримів усього натовпу регіт:</w:t>
      </w:r>
    </w:p>
    <w:p>
      <w:r>
        <w:br/>
        <w:t>— От тобі й каліка! Казали — безногий, а в нього, дивіться, які циби.— Знов вибух реготу.</w:t>
      </w:r>
    </w:p>
    <w:p>
      <w:r>
        <w:br/>
        <w:t>Зверху на вербі, злодійкувато поводячи очима, справді сидів, попустивши довгі цибаті ноги з гілки, святий музика. Здавалось, справді — перелетів крилами.</w:t>
      </w:r>
    </w:p>
    <w:p>
      <w:r>
        <w:br/>
        <w:t>Під час переполоху ніхто не звернув уваги, який жах викликав у нього на обличчі бугай, як він засовався був на возі, підіймаючи руки, мов дитина, і, побачивши, що тепер кожне дбає тільки за себе, як він ухопився за полудрабок і "в два счета", по-солдатському, так вилетів із будки, що тільки затріщав маленький візок, як ізопалу, розштовхуючи і перекидаючи людей, вмить вилетів на вербу, вище, ніж сам думав. Тепер він бачив, що погарячився, і не знав, що робити. Злазити з верби йому не було ніякої охоти.</w:t>
      </w:r>
    </w:p>
    <w:p>
      <w:r>
        <w:br/>
        <w:t>Школярі кинулись дружно в атаку на чоловіків:</w:t>
      </w:r>
    </w:p>
    <w:p>
      <w:r>
        <w:br/>
        <w:t>— Ага! Ага! Оце у вас всі такі святі?</w:t>
      </w:r>
    </w:p>
    <w:p>
      <w:r>
        <w:br/>
        <w:t>— Не чортові тобі баби... тьху!</w:t>
      </w:r>
    </w:p>
    <w:p>
      <w:r>
        <w:br/>
        <w:t>Баби, од сорому червоні, як раки, сердито блискали очима то на того, то на другого, шукаючи, на кого б напастися, і зрештою вкрили мокрим рядном того ж таки каліку, підвівши голови на вербу:</w:t>
      </w:r>
    </w:p>
    <w:p>
      <w:r>
        <w:br/>
        <w:t>— З отакою пикою ото б я їздив людям очі дерти? А робить!.. Ану, злазь!..</w:t>
      </w:r>
    </w:p>
    <w:p>
      <w:r>
        <w:br/>
        <w:t>Справа поверталася для святих погано. Родичі святого, побачивши, що непереливки, раптом повернули конячку і почали гнати.</w:t>
      </w:r>
    </w:p>
    <w:p>
      <w:r>
        <w:br/>
        <w:t>— Ньо! Ньо! Щоб тобі здохла! — Самі тим часом поверталися назад, накивували на вербу до святого головою і махали німо руками, щоб доганяв їх.</w:t>
      </w:r>
    </w:p>
    <w:p>
      <w:r>
        <w:br/>
        <w:t>Святий довго водив очима, як сірко в човні, то пускаючи їх униз, то знову їх боязко здіймаючи. Зрештою наважився і раптом стрибнув із трьохсажневої високості на курний шлях у пісок, перекинувся, схопився, підтяг штани і тільки закурів услід за халабудою.</w:t>
      </w:r>
    </w:p>
    <w:p>
      <w:r>
        <w:br/>
        <w:t>Школярі качалися од сміху. Реготу було до сліз. Навіть старі баби, немочні й зморщені, з сердитими під очима мішками, навіть і їм непрохані осмішки болісно кривили губи:</w:t>
      </w:r>
    </w:p>
    <w:p>
      <w:r>
        <w:br/>
        <w:t>— От проява, прости господи...</w:t>
      </w:r>
    </w:p>
    <w:p>
      <w:r>
        <w:br/>
        <w:t>Прибіг спітнілий міліціонер, оглядається:</w:t>
      </w:r>
    </w:p>
    <w:p>
      <w:r>
        <w:br/>
        <w:t>— Нема вже? Шкода! А що хіба? Недавно цей каліка грав на цюю ж скрипку в Яреськах на ярмарку. Теревені розводили; горіла десь церков, а він рятував святої Параскеви чудотворну ікону та й позбувся ніг... Тоді уві сні явилася йому свята Параскева й напутила взяти скрипку, начепити струни з валу і йти з нею на люди... Там їх були заарештували — випрохались, божилися, більше не будуть, аж бач...</w:t>
      </w:r>
    </w:p>
    <w:p>
      <w:r>
        <w:br/>
        <w:t>Оповідача оступив густий натовп:</w:t>
      </w:r>
    </w:p>
    <w:p>
      <w:r>
        <w:br/>
        <w:t>— А що то за люди?</w:t>
      </w:r>
    </w:p>
    <w:p>
      <w:r>
        <w:br/>
        <w:t>— А люди вони такі: був дім під бляхою, держали пивну, мали пнів триста бджіл, воли, корови, леваду з святою криницею... Куркулі з-під Хорола.</w:t>
      </w:r>
    </w:p>
    <w:p>
      <w:r>
        <w:br/>
        <w:t>Дехто аж об поли ударився руками:</w:t>
      </w:r>
    </w:p>
    <w:p>
      <w:r>
        <w:br/>
        <w:t>— Наздогнати їх!</w:t>
      </w:r>
    </w:p>
    <w:p>
      <w:r>
        <w:br/>
        <w:t>Наздоганяти було пізно. Халабуда геть-геть уже летіла, як птиця, перехиляючись з одного боку на другий. Розхристаний вітер підпихав її ззаду ногами, головою, коліньми...</w:t>
      </w:r>
    </w:p>
    <w:p>
      <w:r>
        <w:br/>
        <w:t>Школярі вертались щасливі, шапки їм збиті набакир, обличчя веселі: чадна церковна обмара зникла з села разом із брудною будкою. На душі стало легко, мов чорна хмара розійшлась над головою.</w:t>
      </w:r>
    </w:p>
    <w:p>
      <w:r>
        <w:br/>
        <w:t>Продув весняний вітрець, шугнув він до тих над західдю сонця рожевих хмар, що здавалися, ніби то баби варили храмові обіди, злетів, поперекидав горщики із бузиновим киселем. Далі ухопив метлище й порозвозив геть на півнеба червоно-фіолетові круги. Потім почав трусити мітлою над землею, і фосфоричним світлом заіскрилося в ставку поміж зеленою осокою* загорівся у шибках, у безверхій хаті на краю села.</w:t>
      </w:r>
    </w:p>
    <w:p>
      <w:r>
        <w:br/>
        <w:t>Подумав і почав мастити в бузиновий кисіль сонце заходяще, як корж, і впала тоді на землю червона од західдя мла, і настав червоний вечір. І в очах у всіх, хто йшов або їхав проти сонця, і в замріяних очах дівчини, що вийшла до перелазу, і в задуманих, притомлених пастухових, що гнав корови з поля, і навіть в очах мовчазних корів — в усіх їх одсвічували проти сонця переможні, радісні червоні прапорці. Замовк храмовий нудотний дзвін. В червоній вечірній стумі довго ще носили школярі воду з яру на город і кропили лійками капустяну розсаду до вечірньої зорі, як до свічки.</w:t>
      </w:r>
    </w:p>
    <w:p>
      <w:r>
        <w:br/>
        <w:t>А десь поміж ситником, де латками виблискувала вода, червона, як вино, на все село кумкали жаби в золоті глеки, мов школярі-перваки вичитували цілим класом, роздільно, старанно, слово за словом, як першу лекцію або вечірню молитву: "Долой... долой... монахов...".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