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прапор</w:t>
      </w:r>
    </w:p>
    <w:p>
      <w:r>
        <w:br/>
        <w:t xml:space="preserve"> За Чернявським — Л. Яворенко.&lt;br /&gt;</w:t>
        <w:br/>
        <w:t>ЧЕРВОНИЙ ПРАПОР.</w:t>
      </w:r>
    </w:p>
    <w:p>
      <w:r>
        <w:br/>
        <w:t>Кати навикли поливати&lt;br /&gt;</w:t>
        <w:br/>
        <w:t>Країну кров’ю і слізьми,&lt;br /&gt;</w:t>
        <w:br/>
        <w:t>Але як ітрипде день відплати, —&lt;br /&gt;</w:t>
        <w:br/>
        <w:t>Судити будемо їх ми!&lt;br /&gt;</w:t>
        <w:br/>
        <w:t>Хай росте,хай гримить вільний спів.&lt;br /&gt;</w:t>
        <w:br/>
        <w:t>Наш прапор плине понад трони,&lt;br /&gt;</w:t>
        <w:br/>
        <w:t>Він несе пімсти грім, люду гнів.&lt;br /&gt;</w:t>
        <w:br/>
        <w:t>І вільний він сїє сїв,&lt;br /&gt;</w:t>
        <w:br/>
        <w:t>А колїром увесь червоний:&lt;br /&gt;</w:t>
        <w:br/>
        <w:t>На ньому кров робітників!&lt;br /&gt;</w:t>
        <w:br/>
        <w:t>На ньому кров робітників!</w:t>
      </w:r>
    </w:p>
    <w:p>
      <w:r>
        <w:br/>
        <w:t>Кати силкують ся кайдани&lt;br /&gt;</w:t>
        <w:br/>
        <w:t>Тіце міцнїщпмп зробить,&lt;br /&gt;</w:t>
        <w:br/>
        <w:t>Та з тюрм усіх — руїна стане,&lt;br /&gt;</w:t>
        <w:br/>
        <w:t>І тільки добре буде жить!&lt;br /&gt;</w:t>
        <w:br/>
        <w:t>І тільки добре буде жить!&lt;br /&gt;</w:t>
        <w:br/>
        <w:t>Хай росте, хай гримить, і т. д.</w:t>
      </w:r>
    </w:p>
    <w:p>
      <w:r>
        <w:br/>
        <w:t>Вже лад старий схитнувсь і лада,&lt;br /&gt;</w:t>
        <w:br/>
        <w:t>Життя нове його змете, —&lt;br /&gt;</w:t>
        <w:br/>
        <w:t>Робити ме гуртом громада&lt;br /&gt;</w:t>
        <w:br/>
        <w:t>і все, що зробить, — спільне те!&lt;br /&gt;</w:t>
        <w:br/>
        <w:t>1 все, що зробить, — спільне те!&lt;br /&gt;</w:t>
        <w:br/>
        <w:t>Хай росте, хай гримить, і т. д.</w:t>
      </w:r>
    </w:p>
    <w:p>
      <w:r>
        <w:br/>
        <w:t>Гей разом, братя, всі до бою&lt;br /&gt;</w:t>
        <w:br/>
        <w:t>Щоб думка всіх одна вела!&lt;br /&gt;</w:t>
        <w:br/>
        <w:t>Де ж найде хто такую зброю,&lt;br /&gt;</w:t>
        <w:br/>
        <w:t>Щоб вільний люд зломить могла?&lt;br /&gt;</w:t>
        <w:br/>
        <w:t>Щоб вільний люд зломить могла?&lt;br /&gt;</w:t>
        <w:br/>
        <w:t>Хай росте, хай гримить, і т. д.</w:t>
      </w:r>
    </w:p>
    <w:p>
      <w:r>
        <w:br/>
        <w:t>Тиранів геть із глитаями!&lt;br /&gt;</w:t>
        <w:br/>
        <w:t>Хай згине рабський сьвіт старий!&lt;br /&gt;</w:t>
        <w:br/>
        <w:t>Сотворим вільними руками&lt;br /&gt;</w:t>
        <w:br/>
        <w:t>Нове життя і лад новий!&lt;br /&gt;</w:t>
        <w:br/>
        <w:t>Нове життя і лад новий!&lt;br /&gt;</w:t>
        <w:br/>
        <w:t>Хай росте, хай гримить, і т. 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прапор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