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Червоні маки</w:t>
      </w:r>
    </w:p>
    <w:p>
      <w:r>
        <w:br/>
        <w:t xml:space="preserve"> &lt;p&gt;Старість уже стукала в двері, а жінка все сумувала, що немає в неї дітей. І небо, і земля з кожною весною молодіють, множиться риба у воді, птахи в повітрі, всі вулиці й будинки повні дітей, тільки в її оселі не чути ні дитячого сміху, ні дитячого плачу.</w:t>
      </w:r>
    </w:p>
    <w:p>
      <w:r>
        <w:br/>
        <w:t>З невтішними думками лягла жінка спати, і наснилося їй поле маків. Над ним холодне і чисте небо, й навкіл ані душі — лише червоні маки хитають своїми голівками. Таких маків вона зроду-віку не бачила! Вдалині червоне поле маків зливалося з голубим небом, і там наче сяяла веселка, що зійшла на землю, а поблизу танцюристки в червоних спідничках на високих ніжках вилися, кружляли в танці — все поле пішло в танок.</w:t>
      </w:r>
    </w:p>
    <w:p>
      <w:r>
        <w:br/>
        <w:t>— Глянь-но, є уже й доспілі! — вигукнула жінка і назбирала цілий оберемок макових голівок. "Візьму з собою!" — подумала вона і, мов на крилах, полетіла з оберемком маків у руках. Її не дивувало, що вона раптом полетіла, і не турбувало, куди вона летить. Вона не відчувала ні страху, ні власної ваги, як зненацька почувся тоненький голосок:</w:t>
      </w:r>
    </w:p>
    <w:p>
      <w:r>
        <w:br/>
        <w:t>— Не стискуй нас так міцно!</w:t>
      </w:r>
    </w:p>
    <w:p>
      <w:r>
        <w:br/>
        <w:t>"Хто це? — Жінка роззирнулася навколо себе, глянула вниз — ніде нікого.— Видно, почулося!" — вирішила вона, проте голосок повторив своє прохання. Подивилася жінка туди, звідки голос линув, і бачить: з маківок, вона тримала в оберемку, показуються крихітні дитячі голівки. Оченята сяють, личка всміхаються. Помалу одне за одним видряпалися дітлахи зі свого ув'язнення, стріпнули червоними крильцями і полетіли до землі. Ось їх уже цілий рій. Жінці так хотілося утримати, спіймати хоч одного, проте вони, як вітер, прослизали в неї між пальців і, стріпуючи крильцями, зникали. Залишилася в її руках тільки одна нерозкрита маківка, аж ось і вона тріснула й три пари сяючих оченят глянули на жінку. Як сонце, світилися їхні личка, оченятка промінилися. "Хоча б хто-небудь залишився зі мною",— зітхнула жінка і стулила долоні, щоб їх затримати, але всі троє прослизнули між її пальців і полетіли.</w:t>
      </w:r>
    </w:p>
    <w:p>
      <w:r>
        <w:br/>
        <w:t>Над маковим полем, скільки сягав погляд, пурхала і кружляла зграя крихітних усміхнених дітлахів. Як дзвінко вони сміялися! І, наче піддражнюючи, кружляли побіля самої голови жінки!</w:t>
      </w:r>
    </w:p>
    <w:p>
      <w:r>
        <w:br/>
        <w:t>Хотіла вона хоч одного малюка наздогнати, але де там! Що швидше вона летіла, то хутчіше даленіли діти. Ось уже всі вони й розлетілися. З подивом бачить жінка порожнє небо і розхвильоване вітром червоне поле маків. Од розчарування й жаху вона зойкнула й прокинулася. По її щоці покотилася сльоза. Жінка підняла руку, щоб витерти її, коли зненацька тоненький голосок пропищав:</w:t>
      </w:r>
    </w:p>
    <w:p>
      <w:r>
        <w:br/>
        <w:t>— Пусти, я сам!</w:t>
      </w:r>
    </w:p>
    <w:p>
      <w:r>
        <w:br/>
        <w:t>— Хто ти? Що сам? — Жінка оглянулася довкола, але в кімнаті нікого не було.</w:t>
      </w:r>
    </w:p>
    <w:p>
      <w:r>
        <w:br/>
        <w:t>— Я твій син! — знову пропищав хтось, і на руці, яку жінка піднесла до щоки, вона відчула ледь помітну вагу. Вгледівшись, побачила на ній сльозу. Несподівано сльоза розполовинилася і з неї вийшов хлопчик, маленький і жвавий, але такий прозорий, що крізь нього можна було дивитися, мов крізь скельце. Він увесь блищав і мінився, наче крапелька роси, і весело усміхався. Жінка від радості аж підскочила. А тоді захвилювалася: що ж їдять такі маленькі дітки? Як оберегти таку крихітку від холоду?</w:t>
      </w:r>
    </w:p>
    <w:p>
      <w:r>
        <w:br/>
        <w:t>Стала жінка годувати свого малюка найсмачнішим, що тільки могла вигадати, одягала його в найм'якші й найтепліші тканини. Хлопчик ріс, але й далі був тоненький і прозорий, наче водяна рослина.</w:t>
      </w:r>
    </w:p>
    <w:p>
      <w:r>
        <w:br/>
        <w:t>"Нічого, подужчає,— шепотіла сама до себе жінка.— Ще міцніший від інших буде!"</w:t>
      </w:r>
    </w:p>
    <w:p>
      <w:r>
        <w:br/>
        <w:t>"А вже який рузумненький і гарний на вроду!" — гордо показувала вона сина родичам, знайомим і дивилася їм у очі, сподіваючись побачити в них захоплення. Але люди зніяковіло відводили очі, здвигали плечима і йшли собі, не кажучи й слова. Лише в очах матері хлопчик був розумний і гожий. Всі інші бачили в ньому маленького хирлявого калічку. Проте жінка вірила в свого сина. І навіть мріяла, що колись він здійснить неймовірне. Недаремно ж він народився так незвично — із сльози!</w:t>
      </w:r>
    </w:p>
    <w:p>
      <w:r>
        <w:br/>
        <w:t>Малюк сторонився дітей. Він почував себе серед них, у школі й на подвір'ї, як серед злих, жорстоких велетнів. Один раз він зі сльозами на очах відмовився йти до школи.</w:t>
      </w:r>
    </w:p>
    <w:p>
      <w:r>
        <w:br/>
        <w:t>— З мене там усі сміються, глумляться, а то й б'ють. Не можу я більше ходити до школи, мамо! — сказав він, низько схиливши голову.</w:t>
      </w:r>
    </w:p>
    <w:p>
      <w:r>
        <w:br/>
        <w:t>Але жінка й тут не відступила.</w:t>
      </w:r>
    </w:p>
    <w:p>
      <w:r>
        <w:br/>
        <w:t>— Підведи голову і йди до школи,— суворо наказала вона.— Ти кращий і розумніший від усіх. Будуть тебе штовхати — і ти штовхай! Вдарить хто-небудь — іти його вдар! — Жінка погладила хлопчика по голові, обсмикнула на ньому піджачок і довго дивилася, як він ішов униз вулицею.</w:t>
      </w:r>
    </w:p>
    <w:p>
      <w:r>
        <w:br/>
        <w:t>Нерішуче наближався хлопчик до школи. Нерішуче відповів ударом на удар. І — о диво! — діти полишили його в спокої, перестали зачіпати й збиткуватися.</w:t>
      </w:r>
    </w:p>
    <w:p>
      <w:r>
        <w:br/>
        <w:t>Тепер настала нова гризота: не давалися йому письмо і читання. Голос учителя дзижчав у вухах надокучливою мухою, він чув його, а зрозуміти нічого не міг.</w:t>
      </w:r>
    </w:p>
    <w:p>
      <w:r>
        <w:br/>
        <w:t>— Мамо, ніколи мені цього не навчитися,— сказав він і сердито відкинув книжку, але жінка нагнулася, підняла її й знову поклала перед сином.</w:t>
      </w:r>
    </w:p>
    <w:p>
      <w:r>
        <w:br/>
        <w:t>— Навчишся! Неодмінно навчишся! Ти все можеш, адже ти народився із сльози.— Жінка пригорнула хлопчика до себе, зазирнула йому в очі й усміхнулася: — Ніколи не забувай про це.</w:t>
      </w:r>
    </w:p>
    <w:p>
      <w:r>
        <w:br/>
        <w:t>І ось уже хлопчик читає, пише, розуміє пояснення вчителя. Усі дива світу відкрилися перед ним, як величезна, з любов'ю написана книга. Особливо легко давалися йому таємниці трав і таємниці доброго слова. Він був переконаний, що нема на світі такого лиха, яке не можна збороти тим чи тим. Тож не дивно, що в дім хлопчика, народженого із сльози, стали приходити люди просити ліків од хворощів або смутку.</w:t>
      </w:r>
    </w:p>
    <w:p>
      <w:r>
        <w:br/>
        <w:t>Пішла по довколишніх селах слава про хлопчика, народженого із сльози. Тим часом він уже юнаком став, але, як і раніше, був тоненький і прозорий, наче тільки собі не міг нічим допомогти. Дівчата дивилися на нього, ніби він скляний, або і взагалі не поверталися в його бік: жодна не всміхнеться, руки не подасть. Хлопці ставилися до нього ще суворіше. "З горобця орел не виросте!" — насмішкувато повторювали вони вподобану приказку. Юнак готовий був проклясти свою долю, а мати опускала очі додолу, вперше відчуваючи своє безсилля. Раз вона встала ще вдосвіта й пішла шукати порятунку від цієї напасті.</w:t>
      </w:r>
    </w:p>
    <w:p>
      <w:r>
        <w:br/>
        <w:t>— Що робити? — питала вона і дерево, і потік, і зірку, і жабу.— Де знайти щастя синові? — бідкалася вона, аж поки її голосіння надокучило Східному вітрові й він мовив:</w:t>
      </w:r>
    </w:p>
    <w:p>
      <w:r>
        <w:br/>
        <w:t>— Своє щастя твій син повинен сам відшукати. Ти замість нього цього не зробиш, ліпше зійди на Сонячну гору і попрохай поради у Матері Сонця. Якщо й вона не знає, де щастя твого сина, значить, ніхто цього не відає!</w:t>
      </w:r>
    </w:p>
    <w:p>
      <w:r>
        <w:br/>
        <w:t>Східний вітер помчав за хмарами, а жінка пішла шукати Сонячну гору. Кого не питала, ніхто не знав, де ця гора, однак жінка далі шукала. По колючках і камінню, через льодовики й розжарені пустелі йшла вона, зносячи біль, голод, спрагу.</w:t>
      </w:r>
    </w:p>
    <w:p>
      <w:r>
        <w:br/>
        <w:t>Нарешті дісталася до Сонячної гори. Так і пашіє від неї живим вогнем, палахкоче гарячим полум'ям. Через те й нога людини ніколи сюди не ступала. Однак жінка не злякалася, і, хоча вогонь безжально пік їй ноги і шкіра на ступнях потріскалась, вона піднялася на самісіньку вершину. Сонце щойно вийшло з моря.</w:t>
      </w:r>
    </w:p>
    <w:p>
      <w:r>
        <w:br/>
        <w:t>— Ти як сюди потрапила? — здивувалася Мати Сонця.— Хто тебе сюди приніс? Чого ти хочеш?</w:t>
      </w:r>
    </w:p>
    <w:p>
      <w:r>
        <w:br/>
        <w:t>— Сама прийшла,— відповіла мати.— А хочу я щастя для свого сина!</w:t>
      </w:r>
    </w:p>
    <w:p>
      <w:r>
        <w:br/>
        <w:t>— Ти не можеш добути для нього щастя! — Мати Сонця журливо похитала головою.— Щастя його в дівчині, в очах якої квіти розквітають, а дівчина та зачарована в полі маків. Щоб син твій знайшов її, ти повинна зникнути, тобі треба буде голими руками в сонячну піч жар кидати, поки Сонце навкруг Землі обійде,— суворо пояснила Мати Сонця.— Краще повертайся додому. Надто дорога ціна за щастя твого сина!</w:t>
      </w:r>
    </w:p>
    <w:p>
      <w:r>
        <w:br/>
        <w:t>Похнюпила жінка голову, задумалася, а потім і каже:</w:t>
      </w:r>
    </w:p>
    <w:p>
      <w:r>
        <w:br/>
        <w:t>— Я згодна заплатити таку ціну!</w:t>
      </w:r>
    </w:p>
    <w:p>
      <w:r>
        <w:br/>
        <w:t>— Але май на увазі, ти більше не будеш з ним жити.</w:t>
      </w:r>
    </w:p>
    <w:p>
      <w:r>
        <w:br/>
        <w:t>— А як я дізнаюся, що він щасливий?</w:t>
      </w:r>
    </w:p>
    <w:p>
      <w:r>
        <w:br/>
        <w:t>— Ти побачиш його! — Голос Матері Сонця затремтів.— Але він тебе не побачить. Він повірить, що ти померла, і, щасливий, забуде про тебе. Ну, то як? Згодна?</w:t>
      </w:r>
    </w:p>
    <w:p>
      <w:r>
        <w:br/>
        <w:t>— Згодна! — зітхнула жінка і голими руками взяла першу пригорщу розжареного вугілля.</w:t>
      </w:r>
    </w:p>
    <w:p>
      <w:r>
        <w:br/>
        <w:t>Як пекло! Як було боляче! З долоней, як пелюстки маку, падали клаптики шкіри. Вона дивилася, як вони опускаються на землю і перетворюються там у червоні маки, але ні разу не застогнала. З кожним днем маків ставало все більше. Ось вони встелили все поле. "Наче в моєму сні",— подумала жінка. І раптом бачить, як одна квіточка починає рости, рости, ось уже всіх у полі переросла, і виходить з неї дівчина з квітками в очах, з усмішкою на вустах і йде до джерела тією самою дорогою, якою йшла жінка.</w:t>
      </w:r>
    </w:p>
    <w:p>
      <w:r>
        <w:br/>
        <w:t>— Скінчилася твоя служба! Можеш бути вільна...— Мати Сонця торкнула жінку за плече, і вона відчула, що стала невагома й прозора. Обернувшись легкою, як яблуневий цвіт, хмаринкою, підштовхувана Східним вітром, полетіла вона слідом за дівчиною, що народилася з маку.</w:t>
      </w:r>
    </w:p>
    <w:p>
      <w:r>
        <w:br/>
        <w:t>Вона опускалася все нижче й нижче, поки пізнала рідні краї і рідну домівку. До неї долинув радісний сміх, і вона зрозуміла, що Мати Сонця не обдурила її. Вона аж затремтіла від нетерпіння, так їй хотілося швидше побачити свого сина!</w:t>
      </w:r>
    </w:p>
    <w:p>
      <w:r>
        <w:br/>
        <w:t>А побачивши його, не повірила власним очам. Невже це він? Невже цей усміхнений, дужий юнак — її кволий, вічно сумний син? Мати, яка стала хмаринкою, спустилася ще нижче: це був справді її син. І очі, й усе його лице всміхалося! Від щастя жінка заплакала, а юнак здивовано підвів голову. От уже дивно дивнеє! В чистому голубому небі пливе — в променях сонця — сріблиста хмаринка, а з неї зриваються краплі дощу. Коли ж вони падають на землю, то кожна з них перетворюється у великий червоний мак. Миттю навкруги дому зачервоніло поле маків, наче пожежа спалахнула. Світла хмарка висіла нерухомо над землею, і все під нею поволі переймалося лагідною тишею. Даремно вітер намагався забрати хмаринку з собою. Вона не піддавалася ні вітрам, ні негодам.</w:t>
      </w:r>
    </w:p>
    <w:p>
      <w:r>
        <w:br/>
        <w:t>Подеколи на світанку чи в сутінках люди бачили, що хмаринка опускається так низько, наче хоче зазирнути у віконце матері. Хто знає, може, це їм привиділося, а може, й насправді так було. Безсумнівно лише те, що ніде в світі не було таких великих і таких червоних маків і не було на землі людини, яка б знала таємниці трав краще за хлопчика, народженого із сльози.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Червоні маки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