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Червоне світило</w:t>
      </w:r>
    </w:p>
    <w:p>
      <w:r>
        <w:br/>
        <w:t xml:space="preserve"> Шарль Леконт де Ліль&lt;br /&gt;</w:t>
        <w:br/>
        <w:t>Червоне світило</w:t>
      </w:r>
    </w:p>
    <w:p>
      <w:r>
        <w:br/>
        <w:t>Перекладач: М. Орест</w:t>
      </w:r>
    </w:p>
    <w:p>
      <w:r>
        <w:br/>
        <w:t>&lt;blockquote&gt;І буде в безодні неба велике червоне&lt;br /&gt;</w:t>
        <w:br/>
        <w:t>світило на ім'я Сагіль.&lt;br /&gt;</w:t>
        <w:br/>
        <w:t>Раббі Абен-Езра&lt;br /&gt;</w:t>
        <w:br/>
        <w:t>&lt;/blockquote&gt;</w:t>
      </w:r>
    </w:p>
    <w:p>
      <w:r>
        <w:br/>
        <w:t>В безмірності німій лиш хвилі летаргічні,&lt;br /&gt;</w:t>
        <w:br/>
        <w:t>Заливши неживий материків простір,&lt;br /&gt;</w:t>
        <w:br/>
        <w:t>Здимаються, немов громаддя чорних гір;&lt;br /&gt;</w:t>
        <w:br/>
        <w:t>Палає лиш Сагіль у тьмі ночей трагічній&lt;br /&gt;</w:t>
        <w:br/>
        <w:t>І в води втуплює скривавлений свій зір.</w:t>
      </w:r>
    </w:p>
    <w:p>
      <w:r>
        <w:br/>
        <w:t>В цій прірві без буття, в цім безкраї суворім,&lt;br /&gt;</w:t>
        <w:br/>
        <w:t>В недвижності глухій цих голих самотин&lt;br /&gt;</w:t>
        <w:br/>
        <w:t>Грізнuй Сагіль горить. Останній свідок, він&lt;br /&gt;</w:t>
        <w:br/>
        <w:t>Всесвітній сон своїм кривавим стежить зором,&lt;br /&gt;</w:t>
        <w:br/>
        <w:t>І з ним понуріша стає пітьма пучин.</w:t>
      </w:r>
    </w:p>
    <w:p>
      <w:r>
        <w:br/>
        <w:t>Ненависть, біль, любов, хист, розпач і тривога,&lt;br /&gt;</w:t>
        <w:br/>
        <w:t>Те, що обожнюють і мріють, те, що лжить,&lt;br /&gt;</w:t>
        <w:br/>
        <w:t>Земля і Небо — все пропало, зникло вмить,&lt;br /&gt;</w:t>
        <w:br/>
        <w:t>І над забутим сном Людинного й Живого,&lt;br /&gt;</w:t>
        <w:br/>
        <w:t>Криваве сяєво ллючи, Сагіль стоїть.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Червоне світило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