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 троянда</w:t>
      </w:r>
    </w:p>
    <w:p>
      <w:r>
        <w:br/>
        <w:t xml:space="preserve"> Там, де синя Десна&lt;br /&gt;</w:t>
        <w:br/>
        <w:t>між лугами струмить,&lt;br /&gt;</w:t>
        <w:br/>
        <w:t>у дрімучім бору&lt;br /&gt;</w:t>
        <w:br/>
        <w:t>біла хатка стоїть.</w:t>
      </w:r>
    </w:p>
    <w:p>
      <w:r>
        <w:br/>
        <w:t>В тій хатинці жила&lt;br /&gt;</w:t>
        <w:br/>
        <w:t>лісникова сім'я —&lt;br /&gt;</w:t>
        <w:br/>
        <w:t>жінка й син-одинак,&lt;br /&gt;</w:t>
        <w:br/>
        <w:t>Васильок на ім'я.</w:t>
      </w:r>
    </w:p>
    <w:p>
      <w:r>
        <w:br/>
        <w:t>Васильок, Васильок...&lt;br /&gt;</w:t>
        <w:br/>
        <w:t>В нього — русий чубок,&lt;br /&gt;</w:t>
        <w:br/>
        <w:t>синьо очі цвітуть,&lt;br /&gt;</w:t>
        <w:br/>
        <w:t>як весною льонок.</w:t>
      </w:r>
    </w:p>
    <w:p>
      <w:r>
        <w:br/>
        <w:t>Вишиванка на нім&lt;br /&gt;</w:t>
        <w:br/>
        <w:t>у барвистих квітках...&lt;br /&gt;</w:t>
        <w:br/>
        <w:t>Ось він крадеться в ліс&lt;br /&gt;</w:t>
        <w:br/>
        <w:t>по звіриних стежка тг</w:t>
      </w:r>
    </w:p>
    <w:p>
      <w:r>
        <w:br/>
        <w:t>Ліс тривожно шумить,&lt;br /&gt;</w:t>
        <w:br/>
        <w:t>важко стогне, квилить,—&lt;br /&gt;</w:t>
        <w:br/>
        <w:t>десь далеко глуха&lt;br /&gt;</w:t>
        <w:br/>
        <w:t>канонада гримить.</w:t>
      </w:r>
    </w:p>
    <w:p>
      <w:r>
        <w:br/>
        <w:t>Всюди чорні рови,&lt;br /&gt;</w:t>
        <w:br/>
        <w:t>пахне димом земля.&lt;br /&gt;</w:t>
        <w:br/>
        <w:t>На зелених кущах&lt;br /&gt;</w:t>
        <w:br/>
        <w:t>сірий порох, мов тля.</w:t>
      </w:r>
    </w:p>
    <w:p>
      <w:r>
        <w:br/>
        <w:t>А над ними стоять&lt;br /&gt;</w:t>
        <w:br/>
        <w:t>сосни, жовті, як мідь,—&lt;br /&gt;</w:t>
        <w:br/>
        <w:t>від снарядів і куль&lt;br /&gt;</w:t>
        <w:br/>
        <w:t>без гілля й верховіть.</w:t>
      </w:r>
    </w:p>
    <w:p>
      <w:r>
        <w:br/>
        <w:t>Тут недавно гули,&lt;br /&gt;</w:t>
        <w:br/>
        <w:t>лютували бої,&lt;br /&gt;</w:t>
        <w:br/>
        <w:t>тут криваві текли&lt;br /&gt;</w:t>
        <w:br/>
        <w:t>по землі ручаї...</w:t>
      </w:r>
    </w:p>
    <w:p>
      <w:r>
        <w:br/>
        <w:t>Васильок тихо йде&lt;br /&gt;</w:t>
        <w:br/>
        <w:t>по горбах, по ярах,&lt;br /&gt;</w:t>
        <w:br/>
        <w:t>прислухається вій,&lt;br /&gt;</w:t>
        <w:br/>
        <w:t>як сполоханий птах.</w:t>
      </w:r>
    </w:p>
    <w:p>
      <w:r>
        <w:br/>
        <w:t>Раптом десь пролунав&lt;br /&gt;</w:t>
        <w:br/>
        <w:t>збоку стогін глухий.&lt;br /&gt;</w:t>
        <w:br/>
        <w:t>Скам'янів у кущах&lt;br /&gt;</w:t>
        <w:br/>
        <w:t>з ляку хлопчик малий.</w:t>
      </w:r>
    </w:p>
    <w:p>
      <w:r>
        <w:br/>
        <w:t>Озирнувся — солдат&lt;br /&gt;</w:t>
        <w:br/>
        <w:t>під сосною в траві:&lt;br /&gt;</w:t>
        <w:br/>
        <w:t>запеклися бинти,&lt;br /&gt;</w:t>
        <w:br/>
        <w:t>гімнастерка в крові.</w:t>
      </w:r>
    </w:p>
    <w:p>
      <w:r>
        <w:br/>
        <w:t>Під очима — синці,&lt;br /&gt;</w:t>
        <w:br/>
        <w:t>ні кровинки в лиці.&lt;br /&gt;</w:t>
        <w:br/>
        <w:t>Поряд заступ лежить,&lt;br /&gt;</w:t>
        <w:br/>
        <w:t>автомат у руці.</w:t>
      </w:r>
    </w:p>
    <w:p>
      <w:r>
        <w:br/>
        <w:t>Ворухнувся солдат,&lt;br /&gt;</w:t>
        <w:br/>
        <w:t>подивився кругом,&lt;br /&gt;</w:t>
        <w:br/>
        <w:t>чорні губи сухі&lt;br /&gt;</w:t>
        <w:br/>
        <w:t>облизав язиком.</w:t>
      </w:r>
    </w:p>
    <w:p>
      <w:r>
        <w:br/>
        <w:t>"Не лякайся, хлоп'я,&lt;br /&gt;</w:t>
        <w:br/>
        <w:t>підійди-но сюди!&lt;br /&gt;</w:t>
        <w:br/>
        <w:t>Бачиш — каска лежить:&lt;br /&gt;</w:t>
        <w:br/>
        <w:t>принеси в ній води!"</w:t>
      </w:r>
    </w:p>
    <w:p>
      <w:r>
        <w:br/>
        <w:t>Полетів Васильок&lt;br /&gt;</w:t>
        <w:br/>
        <w:t>в прохолодний ярок —&lt;br /&gt;</w:t>
        <w:br/>
        <w:t>там вода з джерела&lt;br /&gt;</w:t>
        <w:br/>
        <w:t>між травою текла.</w:t>
      </w:r>
    </w:p>
    <w:p>
      <w:r>
        <w:br/>
        <w:t>Зачерпнув — і приніс,&lt;br /&gt;</w:t>
        <w:br/>
        <w:t>дав солдатові пить.&lt;br /&gt;</w:t>
        <w:br/>
        <w:t>Той припав — аж вода&lt;br /&gt;</w:t>
        <w:br/>
        <w:t>по щоках дзюркотить...</w:t>
      </w:r>
    </w:p>
    <w:p>
      <w:r>
        <w:br/>
        <w:t>"Як тебе?" — "Васильок".&lt;br /&gt;</w:t>
        <w:br/>
        <w:t>"Васильок... Мій синок..."</w:t>
      </w:r>
    </w:p>
    <w:p>
      <w:r>
        <w:br/>
        <w:t>І солдатська сльоза&lt;br /&gt;</w:t>
        <w:br/>
        <w:t>впала в сірий пісок.</w:t>
      </w:r>
    </w:p>
    <w:p>
      <w:r>
        <w:br/>
        <w:t>Лоб холодний, мов лід,&lt;br /&gt;</w:t>
        <w:br/>
        <w:t>з нього капає піт,&lt;br /&gt;</w:t>
        <w:br/>
        <w:t>у очах голубих&lt;br /&gt;</w:t>
        <w:br/>
        <w:t>коливається світ...</w:t>
      </w:r>
    </w:p>
    <w:p>
      <w:r>
        <w:br/>
        <w:t>То від рани солдат&lt;br /&gt;</w:t>
        <w:br/>
        <w:t>догорав, догасав&lt;br /&gt;</w:t>
        <w:br/>
        <w:t>і, вмираючи, так&lt;br /&gt;</w:t>
        <w:br/>
        <w:t>Василькові сказав:</w:t>
      </w:r>
    </w:p>
    <w:p>
      <w:r>
        <w:br/>
        <w:t>"Я вмираю... А ти&lt;br /&gt;</w:t>
        <w:br/>
        <w:t>поховай тут мене!&lt;br /&gt;</w:t>
        <w:br/>
        <w:t>На могилі моїй&lt;br /&gt;</w:t>
        <w:br/>
        <w:t>дивоцвіт спалахне...</w:t>
      </w:r>
    </w:p>
    <w:p>
      <w:r>
        <w:br/>
        <w:t>Спалахне, як вогонь,&lt;br /&gt;</w:t>
        <w:br/>
        <w:t>наче кров, засія —&lt;br /&gt;</w:t>
        <w:br/>
        <w:t>в ньому щастя моє,&lt;br /&gt;</w:t>
        <w:br/>
        <w:t>в ньому сила моя!</w:t>
      </w:r>
    </w:p>
    <w:p>
      <w:r>
        <w:br/>
        <w:t>То троянда жива&lt;br /&gt;</w:t>
        <w:br/>
        <w:t>з мого серця зросте,&lt;br /&gt;</w:t>
        <w:br/>
        <w:t>первоцвітом ясним&lt;br /&gt;</w:t>
        <w:br/>
        <w:t>на. зорі зацвіте.</w:t>
      </w:r>
    </w:p>
    <w:p>
      <w:r>
        <w:br/>
        <w:t>Квітку ту чарівну&lt;br /&gt;</w:t>
        <w:br/>
        <w:t>ти зірви — й заховай,&lt;br /&gt;</w:t>
        <w:br/>
        <w:t>біля серця свого&lt;br /&gt;</w:t>
        <w:br/>
        <w:t>все життя зберігай!</w:t>
      </w:r>
    </w:p>
    <w:p>
      <w:r>
        <w:br/>
        <w:t>А як лихо спітка&lt;br /&gt;</w:t>
        <w:br/>
        <w:t>чи впадеш в боротьбі,&lt;br /&gt;</w:t>
        <w:br/>
        <w:t>то троянда моя&lt;br /&gt;</w:t>
        <w:br/>
        <w:t>допоможе тобі!</w:t>
      </w:r>
    </w:p>
    <w:p>
      <w:r>
        <w:br/>
        <w:t>Тільки, синку, вона&lt;br /&gt;</w:t>
        <w:br/>
        <w:t>має силу таку,&lt;br /&gt;</w:t>
        <w:br/>
        <w:t>що лише один раз&lt;br /&gt;</w:t>
        <w:br/>
        <w:t>помага на віку!</w:t>
      </w:r>
    </w:p>
    <w:p>
      <w:r>
        <w:br/>
        <w:t>Тож у неї проси&lt;br /&gt;</w:t>
        <w:br/>
        <w:t>допомоги тоді,&lt;br /&gt;</w:t>
        <w:br/>
        <w:t>як зарадити сам&lt;br /&gt;</w:t>
        <w:br/>
        <w:t>не зумієш біді!</w:t>
      </w:r>
    </w:p>
    <w:p>
      <w:r>
        <w:br/>
        <w:t>Пам'ятай-но про це!&lt;br /&gt;</w:t>
        <w:br/>
        <w:t>Не, забудь, Васильок!.&lt;br /&gt;</w:t>
        <w:br/>
        <w:t>Похилився солдат —&lt;br /&gt;</w:t>
        <w:br/>
        <w:t>і навіки замовк.</w:t>
      </w:r>
    </w:p>
    <w:p>
      <w:r>
        <w:br/>
        <w:t>Під очима — синці,&lt;br /&gt;</w:t>
        <w:br/>
        <w:t>ні кровинки в лиці,&lt;br /&gt;</w:t>
        <w:br/>
        <w:t>збоку заступ лежить,&lt;br /&gt;</w:t>
        <w:br/>
        <w:t>автомат у руці...</w:t>
      </w:r>
    </w:p>
    <w:p>
      <w:r>
        <w:br/>
        <w:t>Хлопець заступа взяв&lt;br /&gt;</w:t>
        <w:br/>
        <w:t>рити яму почав,&lt;br /&gt;</w:t>
        <w:br/>
        <w:t>а як вечір настав —&lt;br /&gt;</w:t>
        <w:br/>
        <w:t>в ній бійця поховав.</w:t>
      </w:r>
    </w:p>
    <w:p>
      <w:r>
        <w:br/>
        <w:t>І, стомившись, присів&lt;br /&gt;</w:t>
        <w:br/>
        <w:t>на дубовий пеньок,&lt;br /&gt;</w:t>
        <w:br/>
        <w:t>на коліна схиливсь —&lt;br /&gt;</w:t>
        <w:br/>
        <w:t>та й заснув Васильок.</w:t>
      </w:r>
    </w:p>
    <w:p>
      <w:r>
        <w:br/>
        <w:t>І незчувся, коли&lt;br /&gt;</w:t>
        <w:br/>
        <w:t>ніч нависла крилом,&lt;br /&gt;</w:t>
        <w:br/>
        <w:t>чорнота-самота&lt;br /&gt;</w:t>
        <w:br/>
        <w:t>причаїлась кругом.</w:t>
      </w:r>
    </w:p>
    <w:p>
      <w:r>
        <w:br/>
        <w:t>От чи спав, чи не спав&lt;br /&gt;</w:t>
        <w:br/>
        <w:t>прокидається він:&lt;br /&gt;</w:t>
        <w:br/>
        <w:t>в темноті — ні дерев,&lt;br /&gt;</w:t>
        <w:br/>
        <w:t>ні знайомих стежин.</w:t>
      </w:r>
    </w:p>
    <w:p>
      <w:r>
        <w:br/>
        <w:t>Лиш трояндовий кущ&lt;br /&gt;</w:t>
        <w:br/>
        <w:t>на могилі стоїть&lt;br /&gt;</w:t>
        <w:br/>
        <w:t>і троянда одна&lt;br /&gt;</w:t>
        <w:br/>
        <w:t>полум'яно, горить.</w:t>
      </w:r>
    </w:p>
    <w:p>
      <w:r>
        <w:br/>
        <w:t>Хлопець миттю устав,&lt;br /&gt;</w:t>
        <w:br/>
        <w:t>квітку з гілки зірвав.</w:t>
      </w:r>
    </w:p>
    <w:p>
      <w:r>
        <w:br/>
        <w:t>автомат на плече,&lt;br /&gt;</w:t>
        <w:br/>
        <w:t>мов дорослий, узяв.</w:t>
      </w:r>
    </w:p>
    <w:p>
      <w:r>
        <w:br/>
        <w:t>Та й додому мерщій&lt;br /&gt;</w:t>
        <w:br/>
        <w:t>полетів, як пташок,&lt;br /&gt;</w:t>
        <w:br/>
        <w:t>кучерявий чубок —&lt;br /&gt;</w:t>
        <w:br/>
        <w:t>Васильок, Васильок..</w:t>
      </w:r>
    </w:p>
    <w:p>
      <w:r>
        <w:br/>
        <w:t>* * *</w:t>
      </w:r>
    </w:p>
    <w:p>
      <w:r>
        <w:br/>
        <w:t>Йде він манівцями&lt;br /&gt;</w:t>
        <w:br/>
        <w:t>і годину, й другу...&lt;br /&gt;</w:t>
        <w:br/>
        <w:t>Та чомусь не видно&lt;br /&gt;</w:t>
        <w:br/>
        <w:t>ні Десни, ні лугу.</w:t>
      </w:r>
    </w:p>
    <w:p>
      <w:r>
        <w:br/>
        <w:t>Все якісь незнані&lt;br /&gt;</w:t>
        <w:br/>
        <w:t>гори та долини —&lt;br /&gt;</w:t>
        <w:br/>
        <w:t>ні тобі дороги,&lt;br /&gt;</w:t>
        <w:br/>
        <w:t>ні тобі стежини.</w:t>
      </w:r>
    </w:p>
    <w:p>
      <w:r>
        <w:br/>
        <w:t>Васильок спинився:&lt;br /&gt;</w:t>
        <w:br/>
        <w:t>видно, заблудився,&lt;br /&gt;</w:t>
        <w:br/>
        <w:t>серед ночі в лісі&lt;br /&gt;</w:t>
        <w:br/>
        <w:t>із дороги збився.</w:t>
      </w:r>
    </w:p>
    <w:p>
      <w:r>
        <w:br/>
        <w:t>Вийшов на поляну —&lt;br /&gt;</w:t>
        <w:br/>
        <w:t>мало що не плаче.&lt;br /&gt;</w:t>
        <w:br/>
        <w:t>Із-за лісу й сонце&lt;br /&gt;</w:t>
        <w:br/>
        <w:t>вже зійшло гаряче.</w:t>
      </w:r>
    </w:p>
    <w:p>
      <w:r>
        <w:br/>
        <w:t>Бризнуло вогнями&lt;br /&gt;</w:t>
        <w:br/>
        <w:t>попід небесами,&lt;br /&gt;</w:t>
        <w:br/>
        <w:t>в травах заіскрилось&lt;br /&gt;</w:t>
        <w:br/>
        <w:t>росами-сонцями.</w:t>
      </w:r>
    </w:p>
    <w:p>
      <w:r>
        <w:br/>
        <w:t>І згадав троянду&lt;br /&gt;</w:t>
        <w:br/>
        <w:t>Васильок червону:&lt;br /&gt;</w:t>
        <w:br/>
        <w:t>може, з лісового&lt;br /&gt;</w:t>
        <w:br/>
        <w:t>виведе полону?</w:t>
      </w:r>
    </w:p>
    <w:p>
      <w:r>
        <w:br/>
        <w:t>Та лише наміривсь&lt;br /&gt;</w:t>
        <w:br/>
        <w:t>вимовити слово,</w:t>
      </w:r>
    </w:p>
    <w:p>
      <w:r>
        <w:br/>
        <w:t>як шугнула думка&lt;br /&gt;</w:t>
        <w:br/>
        <w:t>в голову раптово.</w:t>
      </w:r>
    </w:p>
    <w:p>
      <w:r>
        <w:br/>
        <w:t>"Зачекай — троянда&lt;br /&gt;</w:t>
        <w:br/>
        <w:t>ту властивість має,&lt;br /&gt;</w:t>
        <w:br/>
        <w:t>що в біді найтяжчій&lt;br /&gt;</w:t>
        <w:br/>
        <w:t>раз допомагає!</w:t>
      </w:r>
    </w:p>
    <w:p>
      <w:r>
        <w:br/>
        <w:t>Як ти міг забути&lt;br /&gt;</w:t>
        <w:br/>
        <w:t>цю пересторогу?&lt;br /&gt;</w:t>
        <w:br/>
        <w:t>Краще сам попробуй&lt;br /&gt;</w:t>
        <w:br/>
        <w:t>розшукать дорогу!"</w:t>
      </w:r>
    </w:p>
    <w:p>
      <w:r>
        <w:br/>
        <w:t>А навколо — пуща&lt;br /&gt;</w:t>
        <w:br/>
        <w:t>і зелена тиша...&lt;br /&gt;</w:t>
        <w:br/>
        <w:t>Глянув на дерева,&lt;br /&gt;</w:t>
        <w:br/>
        <w:t>де кора світліша.</w:t>
      </w:r>
    </w:p>
    <w:p>
      <w:r>
        <w:br/>
        <w:t>І пішов на південь&lt;br /&gt;</w:t>
        <w:br/>
        <w:t>долами, горбами&lt;br /&gt;</w:t>
        <w:br/>
        <w:t>по колючій глиці&lt;br /&gt;</w:t>
        <w:br/>
        <w:t>босими ногами...</w:t>
      </w:r>
    </w:p>
    <w:p>
      <w:r>
        <w:br/>
        <w:t>* * Ф</w:t>
      </w:r>
    </w:p>
    <w:p>
      <w:r>
        <w:br/>
        <w:t>День і ніч минає,&lt;br /&gt;</w:t>
        <w:br/>
        <w:t>ранок наступає,&lt;br /&gt;</w:t>
        <w:br/>
        <w:t>а безлюдним хащам —&lt;br /&gt;</w:t>
        <w:br/>
        <w:t>ні кінця, ні краю!</w:t>
      </w:r>
    </w:p>
    <w:p>
      <w:r>
        <w:br/>
        <w:t>Васильок' підбився,&lt;br /&gt;</w:t>
        <w:br/>
        <w:t>Васильок стомився —&lt;br /&gt;</w:t>
        <w:br/>
        <w:t>під березу білу&lt;br /&gt;</w:t>
        <w:br/>
        <w:t>зморено схилився.</w:t>
      </w:r>
    </w:p>
    <w:p>
      <w:r>
        <w:br/>
        <w:t>Тільки — що це? В лісі&lt;br /&gt;</w:t>
        <w:br/>
        <w:t>десь вовки завили.&lt;br /&gt;</w:t>
        <w:br/>
        <w:t>Василькові ніжки&lt;br /&gt;</w:t>
        <w:br/>
        <w:t>дрібно затремтіли.</w:t>
      </w:r>
    </w:p>
    <w:p>
      <w:r>
        <w:br/>
        <w:t>Як урятуватись?&lt;br /&gt;</w:t>
        <w:br/>
        <w:t>Що робити має?&lt;br /&gt;</w:t>
        <w:br/>
        <w:t>Зирк — через поляну&lt;br /&gt;</w:t>
        <w:br/>
        <w:t>мчиться вовча зграя!</w:t>
      </w:r>
    </w:p>
    <w:p>
      <w:r>
        <w:br/>
        <w:t>Васильок стенувся;&lt;br /&gt;</w:t>
        <w:br/>
        <w:t>підстрибнув — із ляку&lt;br /&gt;</w:t>
        <w:br/>
        <w:t>видерся зненацька&lt;br /&gt;</w:t>
        <w:br/>
        <w:t>вгору на гілляку.</w:t>
      </w:r>
    </w:p>
    <w:p>
      <w:r>
        <w:br/>
        <w:t>І в ту мить передній&lt;br /&gt;</w:t>
        <w:br/>
        <w:t>підбіга вовчисько,&lt;br /&gt;</w:t>
        <w:br/>
        <w:t>клацає зубами,&lt;br /&gt;</w:t>
        <w:br/>
        <w:t>бо пожива близько.</w:t>
      </w:r>
    </w:p>
    <w:p>
      <w:r>
        <w:br/>
        <w:t>Звірі обступили&lt;br /&gt;</w:t>
        <w:br/>
        <w:t>ту березу білу —&lt;br /&gt;</w:t>
        <w:br/>
        <w:t>поповзли мурашки&lt;br /&gt;</w:t>
        <w:br/>
        <w:t>в Василька по тілу.</w:t>
      </w:r>
    </w:p>
    <w:p>
      <w:r>
        <w:br/>
        <w:t>Досить похитнутись,&lt;br /&gt;</w:t>
        <w:br/>
        <w:t>втратить рівновагу —&lt;br /&gt;</w:t>
        <w:br/>
        <w:t>поминай, як звали&lt;br /&gt;</w:t>
        <w:br/>
        <w:t>хлопця-бідо лагу!</w:t>
      </w:r>
    </w:p>
    <w:p>
      <w:r>
        <w:br/>
        <w:t>І згадав червону&lt;br /&gt;</w:t>
        <w:br/>
        <w:t>він троянду знову.&lt;br /&gt;</w:t>
        <w:br/>
        <w:t>"Треба попрохати&lt;br /&gt;</w:t>
        <w:br/>
        <w:t>квітку ту чудову!</w:t>
      </w:r>
    </w:p>
    <w:p>
      <w:r>
        <w:br/>
        <w:t>Хай вона до краю&lt;br /&gt;</w:t>
        <w:br/>
        <w:t>знищить вовчу зграю,&lt;br /&gt;</w:t>
        <w:br/>
        <w:t>бо така біда тут,&lt;br /&gt;</w:t>
        <w:br/>
        <w:t>що загинуть маю!"</w:t>
      </w:r>
    </w:p>
    <w:p>
      <w:r>
        <w:br/>
        <w:t>Та не встиг прохання&lt;br /&gt;</w:t>
        <w:br/>
        <w:t>вголос передати,&lt;br /&gt;</w:t>
        <w:br/>
        <w:t>як на думку спала&lt;br /&gt;</w:t>
        <w:br/>
        <w:t>заповідь солдата.</w:t>
      </w:r>
    </w:p>
    <w:p>
      <w:r>
        <w:br/>
        <w:t>"Чарівна троянда&lt;br /&gt;</w:t>
        <w:br/>
        <w:t>раз допомагає..."&lt;br /&gt;</w:t>
        <w:br/>
        <w:t>Та невже ж тут справді&lt;br /&gt;</w:t>
        <w:br/>
        <w:t>виходу немає?</w:t>
      </w:r>
    </w:p>
    <w:p>
      <w:r>
        <w:br/>
        <w:t>То не мудра штука —&lt;br /&gt;</w:t>
        <w:br/>
        <w:t>квітку попрохати.</w:t>
      </w:r>
    </w:p>
    <w:p>
      <w:r>
        <w:br/>
        <w:t>Ні, ти сам це лихо&lt;br /&gt;</w:t>
        <w:br/>
        <w:t>спробуй подолати!</w:t>
      </w:r>
    </w:p>
    <w:p>
      <w:r>
        <w:br/>
        <w:t>А вовки шаліють,&lt;br /&gt;</w:t>
        <w:br/>
        <w:t>затівають грище —&lt;br /&gt;</w:t>
        <w:br/>
        <w:t>скачуть, мов змагаються,&lt;br /&gt;</w:t>
        <w:br/>
        <w:t>хто підскочить вище.</w:t>
      </w:r>
    </w:p>
    <w:p>
      <w:r>
        <w:br/>
        <w:t>От розірвуть, кляті,&lt;br /&gt;</w:t>
        <w:br/>
        <w:t>хлопця на частини...&lt;br /&gt;</w:t>
        <w:br/>
        <w:t>Ні, він автомата&lt;br /&gt;</w:t>
        <w:br/>
        <w:t>дістає з-за спини!</w:t>
      </w:r>
    </w:p>
    <w:p>
      <w:r>
        <w:br/>
        <w:t>Опускає дуло,&lt;br /&gt;</w:t>
        <w:br/>
        <w:t>на собачку тисне —&lt;br /&gt;</w:t>
        <w:br/>
        <w:t>враз вогнем шугнуло&lt;br /&gt;</w:t>
        <w:br/>
        <w:t>в кодло лиховісне.</w:t>
      </w:r>
    </w:p>
    <w:p>
      <w:r>
        <w:br/>
        <w:t>Кулі невидимі&lt;br /&gt;</w:t>
        <w:br/>
        <w:t>дзизнули жорстоко,&lt;br /&gt;</w:t>
        <w:br/>
        <w:t>вожаку вп'ялися&lt;br /&gt;</w:t>
        <w:br/>
        <w:t>прямо в хиже око.</w:t>
      </w:r>
    </w:p>
    <w:p>
      <w:r>
        <w:br/>
        <w:t>Вовк аж завертівся —&lt;br /&gt;</w:t>
        <w:br/>
        <w:t>так, немов од сказу,&lt;br /&gt;</w:t>
        <w:br/>
        <w:t>і в кущі наосліп&lt;br /&gt;</w:t>
        <w:br/>
        <w:t>драпонув одразу.</w:t>
      </w:r>
    </w:p>
    <w:p>
      <w:r>
        <w:br/>
        <w:t>І тоді, рвонувши&lt;br /&gt;</w:t>
        <w:br/>
        <w:t>врозтіч на всі боки,&lt;br /&gt;</w:t>
        <w:br/>
        <w:t>всі вовцюги люті&lt;br /&gt;</w:t>
        <w:br/>
        <w:t>кинулись навтьоки.</w:t>
      </w:r>
    </w:p>
    <w:p>
      <w:r>
        <w:br/>
        <w:t>Стрибнув із берези&lt;br /&gt;</w:t>
        <w:br/>
        <w:t>й побіг Васильок...&lt;br /&gt;</w:t>
        <w:br/>
        <w:t>Аж бачить — на вітах&lt;br /&gt;</w:t>
        <w:br/>
        <w:t>висить проводок.</w:t>
      </w:r>
    </w:p>
    <w:p>
      <w:r>
        <w:br/>
        <w:t>На соснах, ялинах&lt;br /&gt;</w:t>
        <w:br/>
        <w:t>протягся вгорі,&lt;br /&gt;</w:t>
        <w:br/>
        <w:t>синіє, мов жилка,&lt;br /&gt;</w:t>
        <w:br/>
        <w:t>на жовтій корі.</w:t>
      </w:r>
    </w:p>
    <w:p>
      <w:r>
        <w:br/>
        <w:t>Мабуть, до ворожого&lt;br /&gt;</w:t>
        <w:br/>
        <w:t>штабу веде...&lt;br /&gt;</w:t>
        <w:br/>
        <w:t>Обличчя у хлопця&lt;br /&gt;</w:t>
        <w:br/>
        <w:t>рішуче, тверде.</w:t>
      </w:r>
    </w:p>
    <w:p>
      <w:r>
        <w:br/>
        <w:t>Він вийняв з кишені&lt;br /&gt;</w:t>
        <w:br/>
        <w:t>складаний свій ніж&lt;br /&gt;</w:t>
        <w:br/>
        <w:t>й подерся, як білка,&lt;br /&gt;</w:t>
        <w:br/>
        <w:t>па сосну скоріш.</w:t>
      </w:r>
    </w:p>
    <w:p>
      <w:r>
        <w:br/>
        <w:t>Чикнув —— і той провід,&lt;br /&gt;</w:t>
        <w:br/>
        <w:t>мов нитка, провис...&lt;br /&gt;</w:t>
        <w:br/>
        <w:t>Хлопчина поспішно&lt;br /&gt;</w:t>
        <w:br/>
        <w:t>спускається вниз.</w:t>
      </w:r>
    </w:p>
    <w:p>
      <w:r>
        <w:br/>
        <w:t>Та тільки ногами&lt;br /&gt;</w:t>
        <w:br/>
        <w:t>на землю ступив —&lt;br /&gt;</w:t>
        <w:br/>
        <w:t>зненацька хтось міцно&lt;br /&gt;</w:t>
        <w:br/>
        <w:t>за комір схопив.</w:t>
      </w:r>
    </w:p>
    <w:p>
      <w:r>
        <w:br/>
        <w:t>Рвонувся Василько —&lt;br /&gt;</w:t>
        <w:br/>
        <w:t>здригнувся, мов лист.&lt;br /&gt;</w:t>
        <w:br/>
        <w:t>Та добре тримає&lt;br /&gt;</w:t>
        <w:br/>
        <w:t>дозорець-фашист!</w:t>
      </w:r>
    </w:p>
    <w:p>
      <w:r>
        <w:br/>
        <w:t>Очища холодні,&lt;br /&gt;</w:t>
        <w:br/>
        <w:t>мов зимний туман.&lt;br /&gt;</w:t>
        <w:br/>
        <w:t>"Проклятий хлопчішка,&lt;br /&gt;</w:t>
        <w:br/>
        <w:t>ти єст партизан!"</w:t>
      </w:r>
    </w:p>
    <w:p>
      <w:r>
        <w:br/>
        <w:t>І швидко до штабу&lt;br /&gt;</w:t>
        <w:br/>
        <w:t>веде Василька.&lt;br /&gt;</w:t>
        <w:br/>
        <w:t>Тримає хлопчину&lt;br /&gt;</w:t>
        <w:br/>
        <w:t>чавунна рука.</w:t>
      </w:r>
    </w:p>
    <w:p>
      <w:r>
        <w:br/>
        <w:t>А хлопцеві думка&lt;br /&gt;</w:t>
        <w:br/>
        <w:t>у голову б'є:&lt;br /&gt;</w:t>
        <w:br/>
        <w:t>"Трояндо, здійсни-но&lt;br /&gt;</w:t>
        <w:br/>
        <w:t>бажання моє..."</w:t>
      </w:r>
    </w:p>
    <w:p>
      <w:r>
        <w:br/>
        <w:t>Та враз мов запнувся,&lt;br /&gt;</w:t>
        <w:br/>
        <w:t>цю думку прогнав,&lt;br /&gt;</w:t>
        <w:br/>
        <w:t>бо знову пораду&lt;br /&gt;</w:t>
        <w:br/>
        <w:t>солдатську згадав.</w:t>
      </w:r>
    </w:p>
    <w:p>
      <w:r>
        <w:br/>
        <w:t>"В троянди проси&lt;br /&gt;</w:t>
        <w:br/>
        <w:t>допомоги тоді,&lt;br /&gt;</w:t>
        <w:br/>
        <w:t>як сам не зумієш&lt;br /&gt;</w:t>
        <w:br/>
        <w:t>зарадить біді!"</w:t>
      </w:r>
    </w:p>
    <w:p>
      <w:r>
        <w:br/>
        <w:t>Невже ж це неволя,&lt;br /&gt;</w:t>
        <w:br/>
        <w:t>фашистська тюрма?&lt;br /&gt;</w:t>
        <w:br/>
        <w:t>А може, нічого&lt;br /&gt;</w:t>
        <w:br/>
        <w:t>страшного нема?</w:t>
      </w:r>
    </w:p>
    <w:p>
      <w:r>
        <w:br/>
        <w:t>Іде і міркує&lt;br /&gt;</w:t>
        <w:br/>
        <w:t>собі Васильок.&lt;br /&gt;</w:t>
        <w:br/>
        <w:t>А ззаду дозорець&lt;br /&gt;</w:t>
        <w:br/>
        <w:t>пантрує, як вовк.</w:t>
      </w:r>
    </w:p>
    <w:p>
      <w:r>
        <w:br/>
        <w:t>Приводить до штабу —&lt;br /&gt;</w:t>
        <w:br/>
        <w:t>і там вартовий&lt;br /&gt;</w:t>
        <w:br/>
        <w:t>штовхає хлопчину&lt;br /&gt;</w:t>
        <w:br/>
        <w:t>у льох земляний...</w:t>
      </w:r>
    </w:p>
    <w:p>
      <w:r>
        <w:br/>
        <w:t>* * *</w:t>
      </w:r>
    </w:p>
    <w:p>
      <w:r>
        <w:br/>
        <w:t>Васильок заточився,&lt;br /&gt;</w:t>
        <w:br/>
        <w:t>за поріг зачепився&lt;br /&gt;</w:t>
        <w:br/>
        <w:t>і по східцях донизу,&lt;br /&gt;</w:t>
        <w:br/>
        <w:t>мов клубок, покотився.</w:t>
      </w:r>
    </w:p>
    <w:p>
      <w:r>
        <w:br/>
        <w:t>Міг би шию звернути&lt;br /&gt;</w:t>
        <w:br/>
        <w:t>чи зламать собі спину,&lt;br /&gt;</w:t>
        <w:br/>
        <w:t>та міцні чиїсь руки&lt;br /&gt;</w:t>
        <w:br/>
        <w:t>підхопили хлопчину.</w:t>
      </w:r>
    </w:p>
    <w:p>
      <w:r>
        <w:br/>
        <w:t>"Хто ти?" В темряві чути&lt;br /&gt;</w:t>
        <w:br/>
        <w:t>стук гпрячого серця&lt;br /&gt;</w:t>
        <w:br/>
        <w:t>ти дші ока сіяють,&lt;br /&gt;</w:t>
        <w:br/>
        <w:t>моп діш світлі озерця.</w:t>
      </w:r>
    </w:p>
    <w:p>
      <w:r>
        <w:br/>
        <w:t>"Нисплі.ок я... Зарудний...&lt;br /&gt;</w:t>
        <w:br/>
        <w:t>ЛІсцика з Оболоні..."&lt;br /&gt;</w:t>
        <w:br/>
        <w:t>"Зпчскціі, то твій батько&lt;br /&gt;</w:t>
        <w:br/>
        <w:t>її шфти.пінськім загоні?"</w:t>
      </w:r>
    </w:p>
    <w:p>
      <w:r>
        <w:br/>
        <w:t>"Я не ліпно... Можливо...&lt;br /&gt;</w:t>
        <w:br/>
        <w:t>Бо иемп його дома..."&lt;br /&gt;</w:t>
        <w:br/>
        <w:t>"Ну якиіі вій? Високий?&lt;br /&gt;</w:t>
        <w:br/>
        <w:t>Русий чуб, ліс солома?"</w:t>
      </w:r>
    </w:p>
    <w:p>
      <w:r>
        <w:br/>
        <w:t>"Тик, мііі бптмсо білявий,&lt;br /&gt;</w:t>
        <w:br/>
        <w:t>чуб густий, кучерявий...&lt;br /&gt;</w:t>
        <w:br/>
        <w:t>Та ще пальця немає&lt;br /&gt;</w:t>
        <w:br/>
        <w:t>на руці " нього правій..."</w:t>
      </w:r>
    </w:p>
    <w:p>
      <w:r>
        <w:br/>
        <w:t>"Ну, це він, безперечно! —&lt;br /&gt;</w:t>
        <w:br/>
        <w:t>аж зрадів незнайомець.—&lt;br /&gt;</w:t>
        <w:br/>
        <w:t>А я — друг твого батька,&lt;br /&gt;</w:t>
        <w:br/>
        <w:t>Валентин Буреломець.</w:t>
      </w:r>
    </w:p>
    <w:p>
      <w:r>
        <w:br/>
        <w:t>Партизанам із штабу&lt;br /&gt;</w:t>
        <w:br/>
        <w:t>ніс важливі я вісті,&lt;br /&gt;</w:t>
        <w:br/>
        <w:t>та, на лихо, схопили&lt;br /&gt;</w:t>
        <w:br/>
        <w:t>мене в лісі фашисти.</w:t>
      </w:r>
    </w:p>
    <w:p>
      <w:r>
        <w:br/>
        <w:t>Катували нещадно:&lt;br /&gt;</w:t>
        <w:br/>
        <w:t>дерли шкуру на ремінь,&lt;br /&gt;</w:t>
        <w:br/>
        <w:t>на вогні припікали...&lt;br /&gt;</w:t>
        <w:br/>
        <w:t>Та мовчав я, мов кремінь!</w:t>
      </w:r>
    </w:p>
    <w:p>
      <w:r>
        <w:br/>
        <w:t>Не промовив ні слова...&lt;br /&gt;</w:t>
        <w:br/>
        <w:t>А як втратив свідомість,&lt;br /&gt;</w:t>
        <w:br/>
        <w:t>більш не били —до льоху&lt;br /&gt;</w:t>
        <w:br/>
        <w:t>швиргонули натомість.</w:t>
      </w:r>
    </w:p>
    <w:p>
      <w:r>
        <w:br/>
        <w:t>Там до мене долинув&lt;br /&gt;</w:t>
        <w:br/>
        <w:t>голос, наче з безодні:</w:t>
      </w:r>
    </w:p>
    <w:p>
      <w:r>
        <w:br/>
        <w:t>"Цей не скаже нічого...&lt;br /&gt;</w:t>
        <w:br/>
        <w:t>Розстріляти сьогодні!"</w:t>
      </w:r>
    </w:p>
    <w:p>
      <w:r>
        <w:br/>
        <w:t>Та не жаль мені гинуть:&lt;br /&gt;</w:t>
        <w:br/>
        <w:t>адже раз помирати!&lt;br /&gt;</w:t>
        <w:br/>
        <w:t>Жаль великий, що вісті&lt;br /&gt;</w:t>
        <w:br/>
        <w:t>не зумів передати!"</w:t>
      </w:r>
    </w:p>
    <w:p>
      <w:r>
        <w:br/>
        <w:t>Васильок стрепенувся.&lt;br /&gt;</w:t>
        <w:br/>
        <w:t>"Дядю, дядю! — гукає.—&lt;br /&gt;</w:t>
        <w:br/>
        <w:t>В мене квітка є дивна,&lt;br /&gt;</w:t>
        <w:br/>
        <w:t>що з біди виручає!"</w:t>
      </w:r>
    </w:p>
    <w:p>
      <w:r>
        <w:br/>
        <w:t>І поспішно троянду&lt;br /&gt;</w:t>
        <w:br/>
        <w:t>витягає червону —&lt;br /&gt;</w:t>
        <w:br/>
        <w:t>стало видно у льосі,&lt;br /&gt;</w:t>
        <w:br/>
        <w:t>мов одкрили заслону.</w:t>
      </w:r>
    </w:p>
    <w:p>
      <w:r>
        <w:br/>
        <w:t>"Поможи нам, трояндо,&lt;br /&gt;</w:t>
        <w:br/>
        <w:t>в цю найтяжчу хвилину..."&lt;br /&gt;</w:t>
        <w:br/>
        <w:t>Партизан Буреломець&lt;br /&gt;</w:t>
        <w:br/>
        <w:t>зупиняє хлопчину.</w:t>
      </w:r>
    </w:p>
    <w:p>
      <w:r>
        <w:br/>
        <w:t>"Ну, хіба це найтяжча?&lt;br /&gt;</w:t>
        <w:br/>
        <w:t>Зачекай!.. Ми потроху&lt;br /&gt;</w:t>
        <w:br/>
        <w:t>в глині нору прориєм&lt;br /&gt;</w:t>
        <w:br/>
        <w:t>і втечемо із льоху!</w:t>
      </w:r>
    </w:p>
    <w:p>
      <w:r>
        <w:br/>
        <w:t>Я вже цілу годину&lt;br /&gt;</w:t>
        <w:br/>
        <w:t>рию тут без упину..."&lt;br /&gt;</w:t>
        <w:br/>
        <w:t>І він знову руками&lt;br /&gt;</w:t>
        <w:br/>
        <w:t>став розкопувать глину.</w:t>
      </w:r>
    </w:p>
    <w:p>
      <w:r>
        <w:br/>
        <w:t>Глина кров'ю вкипає:&lt;br /&gt;</w:t>
        <w:br/>
        <w:t>з пальців нігті зриває...&lt;br /&gt;</w:t>
        <w:br/>
        <w:t>Та ось, врешті, сяйнуло&lt;br /&gt;</w:t>
        <w:br/>
        <w:t>небо синє, безкрає.</w:t>
      </w:r>
    </w:p>
    <w:p>
      <w:r>
        <w:br/>
        <w:t>Швидко вилізли з льоху:&lt;br /&gt;</w:t>
        <w:br/>
        <w:t>прилягли за накатом,&lt;br /&gt;</w:t>
        <w:br/>
        <w:t>бо стовбичить за рогом&lt;br /&gt;</w:t>
        <w:br/>
        <w:t>вартовий з автоматом.</w:t>
      </w:r>
    </w:p>
    <w:p>
      <w:r>
        <w:br/>
        <w:t>Буреломець підкрався,&lt;br /&gt;</w:t>
        <w:br/>
        <w:t>став позад вартового&lt;br /&gt;</w:t>
        <w:br/>
        <w:t>і кулак свій, мов гирю,&lt;br /&gt;</w:t>
        <w:br/>
        <w:t>опускає на нього.</w:t>
      </w:r>
    </w:p>
    <w:p>
      <w:r>
        <w:br/>
        <w:t>Той ні крикнув, ні охнув —&lt;br /&gt;</w:t>
        <w:br/>
        <w:t>на пісок повалився.&lt;br /&gt;</w:t>
        <w:br/>
        <w:t>Автомат в Буреломця&lt;br /&gt;</w:t>
        <w:br/>
        <w:t>у руках опинився.</w:t>
      </w:r>
    </w:p>
    <w:p>
      <w:r>
        <w:br/>
        <w:t>"Ну, Васильку, за мною!"&lt;br /&gt;</w:t>
        <w:br/>
        <w:t>І І помчали щосили.&lt;br /&gt;</w:t>
        <w:br/>
        <w:t>Враз неждано два німці&lt;br /&gt;</w:t>
        <w:br/>
        <w:t>їхню путь заступили.</w:t>
      </w:r>
    </w:p>
    <w:p>
      <w:r>
        <w:br/>
        <w:t>Полоснув Буреломець&lt;br /&gt;</w:t>
        <w:br/>
        <w:t>ворогів з автомата...&lt;br /&gt;</w:t>
        <w:br/>
        <w:t>Що робити? Тривога&lt;br /&gt;</w:t>
        <w:br/>
        <w:t>піднялася проклята!</w:t>
      </w:r>
    </w:p>
    <w:p>
      <w:r>
        <w:br/>
        <w:t>Ззаду крики, і тупіт,&lt;br /&gt;</w:t>
        <w:br/>
        <w:t>і гучна стрілянина...&lt;br /&gt;</w:t>
        <w:br/>
        <w:t>Не добігти до лісу:&lt;br /&gt;</w:t>
        <w:br/>
        <w:t>всюди гола рівнина.</w:t>
      </w:r>
    </w:p>
    <w:p>
      <w:r>
        <w:br/>
        <w:t>Та невже ж тут загинуть,&lt;br /&gt;</w:t>
        <w:br/>
        <w:t>не дійти до загону?&lt;br /&gt;</w:t>
        <w:br/>
        <w:t>Васильок свою квітку&lt;br /&gt;</w:t>
        <w:br/>
        <w:t>витягає червону.</w:t>
      </w:r>
    </w:p>
    <w:p>
      <w:r>
        <w:br/>
        <w:t>"Ну, трояндо, без тебе&lt;br /&gt;</w:t>
        <w:br/>
        <w:t>доведеться умерти..."&lt;br /&gt;</w:t>
        <w:br/>
        <w:t>Та його зупиняє&lt;br /&gt;</w:t>
        <w:br/>
        <w:t>Буреломець упертий.</w:t>
      </w:r>
    </w:p>
    <w:p>
      <w:r>
        <w:br/>
        <w:t>"Зачекай-но! Троянда&lt;br /&gt;</w:t>
        <w:br/>
        <w:t>ще тобі пригодиться!&lt;br /&gt;</w:t>
        <w:br/>
        <w:t>На ось кулю... В ній вісті...&lt;br /&gt;</w:t>
        <w:br/>
        <w:t>Мчи в Забір'я, мов птиця!</w:t>
      </w:r>
    </w:p>
    <w:p>
      <w:r>
        <w:br/>
        <w:t>Там віддай партизанам...&lt;br /&gt;</w:t>
        <w:br/>
        <w:t>Скажеш — від Буреломця...</w:t>
      </w:r>
    </w:p>
    <w:p>
      <w:r>
        <w:br/>
        <w:t>Ну, Васильку, щасливої"&lt;br /&gt;</w:t>
        <w:br/>
        <w:t>напучає він хлопця.</w:t>
      </w:r>
    </w:p>
    <w:p>
      <w:r>
        <w:br/>
        <w:t>А сам б'є з автомата&lt;br /&gt;</w:t>
        <w:br/>
        <w:t>із-за дуба старого...&lt;br /&gt;</w:t>
        <w:br/>
        <w:t>Васильок по долинці&lt;br /&gt;</w:t>
        <w:br/>
        <w:t>геть помчався від нього.</w:t>
      </w:r>
    </w:p>
    <w:p>
      <w:r>
        <w:br/>
        <w:t>* * *</w:t>
      </w:r>
    </w:p>
    <w:p>
      <w:r>
        <w:br/>
        <w:t>От він виходить&lt;br /&gt;</w:t>
        <w:br/>
        <w:t>із лісу на шлях.&lt;br /&gt;</w:t>
        <w:br/>
        <w:t>Пахне житами&lt;br /&gt;</w:t>
        <w:br/>
        <w:t>в безлюдних полях.</w:t>
      </w:r>
    </w:p>
    <w:p>
      <w:r>
        <w:br/>
        <w:t>Небо, як море,&lt;br /&gt;</w:t>
        <w:br/>
        <w:t>ясне та безкрає...&lt;br /&gt;</w:t>
        <w:br/>
        <w:t>Ніби і горя&lt;br /&gt;</w:t>
        <w:br/>
        <w:t>навколо немає.</w:t>
      </w:r>
    </w:p>
    <w:p>
      <w:r>
        <w:br/>
        <w:t>Раптом — у лузі,&lt;br /&gt;</w:t>
        <w:br/>
        <w:t>де трави зелені,&lt;br /&gt;</w:t>
        <w:br/>
        <w:t>хлопцю назустріч&lt;br /&gt;</w:t>
        <w:br/>
        <w:t>ідуть полонені.</w:t>
      </w:r>
    </w:p>
    <w:p>
      <w:r>
        <w:br/>
        <w:t>Очі блискучі,&lt;br /&gt;</w:t>
        <w:br/>
        <w:t>криваві бинти.&lt;br /&gt;</w:t>
        <w:br/>
        <w:t>Дехто і зовсім&lt;br /&gt;</w:t>
        <w:br/>
        <w:t>не може іти.</w:t>
      </w:r>
    </w:p>
    <w:p>
      <w:r>
        <w:br/>
        <w:t>Тут і солдати&lt;br /&gt;</w:t>
        <w:br/>
        <w:t>й матроси ідуть.&lt;br /&gt;</w:t>
        <w:br/>
        <w:t>Стогне під ними&lt;br /&gt;</w:t>
        <w:br/>
        <w:t>скривавлена путь.</w:t>
      </w:r>
    </w:p>
    <w:p>
      <w:r>
        <w:br/>
        <w:t>Хлопець, на німця&lt;br /&gt;</w:t>
        <w:br/>
        <w:t>поглянувши скоса,&lt;br /&gt;</w:t>
        <w:br/>
        <w:t>крайнього тихо&lt;br /&gt;</w:t>
        <w:br/>
        <w:t>питає матроса:</w:t>
      </w:r>
    </w:p>
    <w:p>
      <w:r>
        <w:br/>
        <w:t>"Дядю, куди вас?"&lt;br /&gt;</w:t>
        <w:br/>
        <w:t>"На страту, малий...&lt;br /&gt;</w:t>
        <w:br/>
        <w:t>Ми — комсомольський&lt;br /&gt;</w:t>
        <w:br/>
        <w:t>загін бойовий!"</w:t>
      </w:r>
    </w:p>
    <w:p>
      <w:r>
        <w:br/>
        <w:t>Дужий, мов явір,&lt;br /&gt;</w:t>
        <w:br/>
        <w:t>стрункий і смаглявий,&lt;br /&gt;</w:t>
        <w:br/>
        <w:t>глянув на хлопця,&lt;br /&gt;</w:t>
        <w:br/>
        <w:t>як батько ласкавий.</w:t>
      </w:r>
    </w:p>
    <w:p>
      <w:r>
        <w:br/>
        <w:t>Бинт — через груди —&lt;br /&gt;</w:t>
        <w:br/>
        <w:t>весь кров'ю промок...&lt;br /&gt;</w:t>
        <w:br/>
        <w:t>Став — аж хитнувся&lt;br /&gt;</w:t>
        <w:br/>
        <w:t>Ва си ль-Ва си льок.</w:t>
      </w:r>
    </w:p>
    <w:p>
      <w:r>
        <w:br/>
        <w:t>Це ж за годину&lt;br /&gt;</w:t>
        <w:br/>
        <w:t>їх, може, не стане —&lt;br /&gt;</w:t>
        <w:br/>
        <w:t>кулі пронижуть&lt;br /&gt;</w:t>
        <w:br/>
        <w:t>серця полум'яні.</w:t>
      </w:r>
    </w:p>
    <w:p>
      <w:r>
        <w:br/>
        <w:t>Звідки ж бадьорість,&lt;br /&gt;</w:t>
        <w:br/>
        <w:t>така в моряка?&lt;br /&gt;</w:t>
        <w:br/>
        <w:t>Звідки в них сила&lt;br /&gt;</w:t>
        <w:br/>
        <w:t>і мужність така?</w:t>
      </w:r>
    </w:p>
    <w:p>
      <w:r>
        <w:br/>
        <w:t>Йдуть вони гордо&lt;br /&gt;</w:t>
        <w:br/>
        <w:t>на страту...</w:t>
      </w:r>
    </w:p>
    <w:p>
      <w:r>
        <w:br/>
        <w:t>Зненацька&lt;br /&gt;</w:t>
        <w:br/>
        <w:t>пісня над ними&lt;br /&gt;</w:t>
        <w:br/>
        <w:t>злітає моряцька.</w:t>
      </w:r>
    </w:p>
    <w:p>
      <w:r>
        <w:br/>
        <w:t>"Раскинулось море широко,</w:t>
      </w:r>
    </w:p>
    <w:p>
      <w:r>
        <w:br/>
        <w:t>и волны бушуют вдали..."</w:t>
      </w:r>
    </w:p>
    <w:p>
      <w:r>
        <w:br/>
        <w:t>Ідуть невгасимі,</w:t>
      </w:r>
    </w:p>
    <w:p>
      <w:r>
        <w:br/>
        <w:t>ідуть нескоримі</w:t>
      </w:r>
    </w:p>
    <w:p>
      <w:r>
        <w:br/>
        <w:t>по рідній, по грізній землі!</w:t>
      </w:r>
    </w:p>
    <w:p>
      <w:r>
        <w:br/>
        <w:t>"Тихо! Замовкніть!" —&lt;br /&gt;</w:t>
        <w:br/>
        <w:t>горлають фашисти.&lt;br /&gt;</w:t>
        <w:br/>
        <w:t>Та пісня ще дужче&lt;br /&gt;</w:t>
        <w:br/>
        <w:t>гримить промениста.</w:t>
      </w:r>
    </w:p>
    <w:p>
      <w:r>
        <w:br/>
        <w:t>Оберначальник&lt;br /&gt;</w:t>
        <w:br/>
        <w:t>лютує, мов біс.&lt;br /&gt;</w:t>
        <w:br/>
        <w:t>Він повертає&lt;br /&gt;</w:t>
        <w:br/>
        <w:t>колону у ліс.</w:t>
      </w:r>
    </w:p>
    <w:p>
      <w:r>
        <w:br/>
        <w:t>В хащі зелені,&lt;br /&gt;</w:t>
        <w:br/>
        <w:t>під кручу звертає —&lt;br /&gt;</w:t>
        <w:br/>
        <w:t>там на поляні&lt;br /&gt;</w:t>
        <w:br/>
        <w:t>колону спиняє...</w:t>
      </w:r>
    </w:p>
    <w:p>
      <w:r>
        <w:br/>
        <w:t>* * *</w:t>
      </w:r>
    </w:p>
    <w:p>
      <w:r>
        <w:br/>
        <w:t>Васильок причаївсь&lt;br /&gt;</w:t>
        <w:br/>
        <w:t>під горою в кущах.&lt;br /&gt;</w:t>
        <w:br/>
        <w:t>Серденятко його&lt;br /&gt;</w:t>
        <w:br/>
        <w:t>тріпотало, як птах.</w:t>
      </w:r>
    </w:p>
    <w:p>
      <w:r>
        <w:br/>
        <w:t>Він здригнувся, коли&lt;br /&gt;</w:t>
        <w:br/>
        <w:t>чорні дула звелись.&lt;br /&gt;</w:t>
        <w:br/>
        <w:t>Пальці раптом самі&lt;br /&gt;</w:t>
        <w:br/>
        <w:t>у троянду вп'ялись.</w:t>
      </w:r>
    </w:p>
    <w:p>
      <w:r>
        <w:br/>
        <w:t>Думка блиснула враз:&lt;br /&gt;</w:t>
        <w:br/>
        <w:t>це ж настав такий час,&lt;br /&gt;</w:t>
        <w:br/>
        <w:t>що троянді пора&lt;br /&gt;</w:t>
        <w:br/>
        <w:t>свій оддати наказ!</w:t>
      </w:r>
    </w:p>
    <w:p>
      <w:r>
        <w:br/>
        <w:t>Васильок із землі&lt;br /&gt;</w:t>
        <w:br/>
        <w:t>підхопився — й помчав,&lt;br /&gt;</w:t>
        <w:br/>
        <w:t>ніби прапор ясний,&lt;br /&gt;</w:t>
        <w:br/>
        <w:t>вгору квітку підняв.</w:t>
      </w:r>
    </w:p>
    <w:p>
      <w:r>
        <w:br/>
        <w:t>Та фашист-офіцер&lt;br /&gt;</w:t>
        <w:br/>
        <w:t>люто вигукнув: "Геть!&lt;br /&gt;</w:t>
        <w:br/>
        <w:t>Бо інакше, щеня,&lt;br /&gt;</w:t>
        <w:br/>
        <w:t>і тобі буде смерть!"</w:t>
      </w:r>
    </w:p>
    <w:p>
      <w:r>
        <w:br/>
        <w:t>Підніма пістолет,&lt;br /&gt;</w:t>
        <w:br/>
        <w:t>хлопцю в груди ціля&lt;br /&gt;</w:t>
        <w:br/>
        <w:t>і шипить, мов змія:&lt;br /&gt;</w:t>
        <w:br/>
        <w:t>"Геть мерщій звідсіля!"</w:t>
      </w:r>
    </w:p>
    <w:p>
      <w:r>
        <w:br/>
        <w:t>Васильок, Васильок,&lt;br /&gt;</w:t>
        <w:br/>
        <w:t>кучерявий чубок,—&lt;br /&gt;</w:t>
        <w:br/>
        <w:t>попід серцем війнув&lt;br /&gt;</w:t>
        <w:br/>
        <w:t>крижаний холодок!</w:t>
      </w:r>
    </w:p>
    <w:p>
      <w:r>
        <w:br/>
        <w:t>Блиснув промінь скупий,&lt;br /&gt;</w:t>
        <w:br/>
        <w:t>вдарив постріл, як грім...&lt;br /&gt;</w:t>
        <w:br/>
        <w:t>Та моряк затулив&lt;br /&gt;</w:t>
        <w:br/>
        <w:t>хлопця тілом своїм.</w:t>
      </w:r>
    </w:p>
    <w:p>
      <w:r>
        <w:br/>
        <w:t>Він упав на траву&lt;br /&gt;</w:t>
        <w:br/>
        <w:t>Василькові до ніг.&lt;br /&gt;</w:t>
        <w:br/>
        <w:t>"Порятуйте ж його!" —&lt;br /&gt;</w:t>
        <w:br/>
        <w:t>тільки й вимовить зміг.</w:t>
      </w:r>
    </w:p>
    <w:p>
      <w:r>
        <w:br/>
        <w:t>Васильок нахиливсь,&lt;br /&gt;</w:t>
        <w:br/>
        <w:t>до матроса припав,&lt;br /&gt;</w:t>
        <w:br/>
        <w:t>а троянду свою&lt;br /&gt;</w:t>
        <w:br/>
        <w:t>над собою підняв.</w:t>
      </w:r>
    </w:p>
    <w:p>
      <w:r>
        <w:br/>
        <w:t>І вона у той час,&lt;br /&gt;</w:t>
        <w:br/>
        <w:t>мов почувши наказ,&lt;br /&gt;</w:t>
        <w:br/>
        <w:t>спалахнула вогнем,&lt;br /&gt;</w:t>
        <w:br/>
        <w:t>заіскрилася враз.</w:t>
      </w:r>
    </w:p>
    <w:p>
      <w:r>
        <w:br/>
        <w:t>З несподіванки всі&lt;br /&gt;</w:t>
        <w:br/>
        <w:t>остовпіли на мить.&lt;br /&gt;</w:t>
        <w:br/>
        <w:t>Стало тихо кругом.&lt;br /&gt;</w:t>
        <w:br/>
        <w:t>Тільки вітер шумить.</w:t>
      </w:r>
    </w:p>
    <w:p>
      <w:r>
        <w:br/>
        <w:t>Опустилися вниз&lt;br /&gt;</w:t>
        <w:br/>
        <w:t>у ворожих руках&lt;br /&gt;</w:t>
        <w:br/>
        <w:t>автомати стальні&lt;br /&gt;</w:t>
        <w:br/>
        <w:t>на міцних ременях.</w:t>
      </w:r>
    </w:p>
    <w:p>
      <w:r>
        <w:br/>
        <w:t>Офіцер же ціля&lt;br /&gt;</w:t>
        <w:br/>
        <w:t>прямо в квітку оту.&lt;br /&gt;</w:t>
        <w:br/>
        <w:t>Ні,— в голівку малу,&lt;br /&gt;</w:t>
        <w:br/>
        <w:t>ніби льон, золоту...</w:t>
      </w:r>
    </w:p>
    <w:p>
      <w:r>
        <w:br/>
        <w:t>Вдруге постріл гримить.&lt;br /&gt;</w:t>
        <w:br/>
        <w:t>Знову куля свистить...&lt;br /&gt;</w:t>
        <w:br/>
        <w:t>Тільки чом же фашист&lt;br /&gt;</w:t>
        <w:br/>
        <w:t>сам додолу летить?</w:t>
      </w:r>
    </w:p>
    <w:p>
      <w:r>
        <w:br/>
        <w:t>То із круч, із кущів,&lt;br /&gt;</w:t>
        <w:br/>
        <w:t>автомати тріщать.</w:t>
      </w:r>
    </w:p>
    <w:p>
      <w:r>
        <w:br/>
        <w:t>Вороги — хто куди —&lt;br /&gt;</w:t>
        <w:br/>
        <w:t>перелякані мчать.</w:t>
      </w:r>
    </w:p>
    <w:p>
      <w:r>
        <w:br/>
        <w:t>Та рятунку нема —&lt;br /&gt;</w:t>
        <w:br/>
        <w:t>кулі їм навздогін.&lt;br /&gt;</w:t>
        <w:br/>
        <w:t>То пішов на "ура"&lt;br /&gt;</w:t>
        <w:br/>
        <w:t>партизанський загін!..</w:t>
      </w:r>
    </w:p>
    <w:p>
      <w:r>
        <w:br/>
        <w:t>Полонені хлоп'я&lt;br /&gt;</w:t>
        <w:br/>
        <w:t>підняли на руках.&lt;br /&gt;</w:t>
        <w:br/>
        <w:t>Не в одного сльоза&lt;br /&gt;</w:t>
        <w:br/>
        <w:t>заблищала в очах.</w:t>
      </w:r>
    </w:p>
    <w:p>
      <w:r>
        <w:br/>
        <w:t>"Ми за долю твою,&lt;br /&gt;</w:t>
        <w:br/>
        <w:t>ми за землю свою&lt;br /&gt;</w:t>
        <w:br/>
        <w:t>відомстим ворогам&lt;br /&gt;</w:t>
        <w:br/>
        <w:t>у звитяжнім бою!"</w:t>
      </w:r>
    </w:p>
    <w:p>
      <w:r>
        <w:br/>
        <w:t>Васильок, Васильок,&lt;br /&gt;</w:t>
        <w:br/>
        <w:t>золотавий чубок,&lt;br /&gt;</w:t>
        <w:br/>
        <w:t>в тебе очі горять,&lt;br /&gt;</w:t>
        <w:br/>
        <w:t>ніби двійко зірок!</w:t>
      </w:r>
    </w:p>
    <w:p>
      <w:r>
        <w:br/>
        <w:t>Глянь — чия ж то хода&lt;br /&gt;</w:t>
        <w:br/>
        <w:t>богатирська така?&lt;br /&gt;</w:t>
        <w:br/>
        <w:t>То лісник-партизан&lt;br /&gt;</w:t>
        <w:br/>
        <w:t>поспіша до синка.</w:t>
      </w:r>
    </w:p>
    <w:p>
      <w:r>
        <w:br/>
        <w:t>У руках — автомат.&lt;br /&gt;</w:t>
        <w:br/>
        <w:t>І на зводі — курок.&lt;br /&gt;</w:t>
        <w:br/>
        <w:t>"Ти живий, мій малий,&lt;br /&gt;</w:t>
        <w:br/>
        <w:t>мій Васи ль-Ва си льок!"</w:t>
      </w:r>
    </w:p>
    <w:p>
      <w:r>
        <w:br/>
        <w:t>Теплі руки простяг,&lt;br /&gt;</w:t>
        <w:br/>
        <w:t>обнімає синка.&lt;br /&gt;</w:t>
        <w:br/>
        <w:t>В серці радість бурлить,&lt;br /&gt;</w:t>
        <w:br/>
        <w:t>як весняна ріка...</w:t>
      </w:r>
    </w:p>
    <w:p>
      <w:r>
        <w:br/>
        <w:t>Васильок з-за щоки&lt;br /&gt;</w:t>
        <w:br/>
        <w:t>пальцем кулю дістав.</w:t>
      </w:r>
    </w:p>
    <w:p>
      <w:r>
        <w:br/>
        <w:t>"Тут із штабу наказ —&lt;br /&gt;</w:t>
        <w:br/>
        <w:t>Буреломець прислав....</w:t>
      </w:r>
    </w:p>
    <w:p>
      <w:r>
        <w:br/>
        <w:t>Він його у загін&lt;br /&gt;</w:t>
        <w:br/>
        <w:t>сам доставить хотів,,&lt;br /&gt;</w:t>
        <w:br/>
        <w:t>та в нерівнім бою&lt;br /&gt;</w:t>
        <w:br/>
        <w:t>з ворогами згорів..."</w:t>
      </w:r>
    </w:p>
    <w:p>
      <w:r>
        <w:br/>
        <w:t>Раптом зирк — аж іде&lt;br /&gt;</w:t>
        <w:br/>
        <w:t>Буреломець живий,&lt;br /&gt;</w:t>
        <w:br/>
        <w:t>ще димить у руках&lt;br /&gt;</w:t>
        <w:br/>
        <w:t>автомат бойовий.</w:t>
      </w:r>
    </w:p>
    <w:p>
      <w:r>
        <w:br/>
        <w:t>Усміхається він&lt;br /&gt;</w:t>
        <w:br/>
        <w:t>і прискорює крок.&lt;br /&gt;</w:t>
        <w:br/>
        <w:t>"От і стрілися ми,&lt;br /&gt;</w:t>
        <w:br/>
        <w:t>Васильок, Васильок!"</w:t>
      </w:r>
    </w:p>
    <w:p>
      <w:r>
        <w:br/>
        <w:t>* * *</w:t>
      </w:r>
    </w:p>
    <w:p>
      <w:r>
        <w:br/>
        <w:t>А тим часом на ліс&lt;br /&gt;</w:t>
        <w:br/>
        <w:t>синій вечір упав.&lt;br /&gt;</w:t>
        <w:br/>
        <w:t>На поляні моряк&lt;br /&gt;</w:t>
        <w:br/>
        <w:t>перед строєм лежав.</w:t>
      </w:r>
    </w:p>
    <w:p>
      <w:r>
        <w:br/>
        <w:t>У бинтах, у крові,&lt;br /&gt;</w:t>
        <w:br/>
        <w:t>на траві-мураві,—&lt;br /&gt;</w:t>
        <w:br/>
        <w:t>тільки очі були,&lt;br /&gt;</w:t>
        <w:br/>
        <w:t>ніби зорі, живі.</w:t>
      </w:r>
    </w:p>
    <w:p>
      <w:r>
        <w:br/>
        <w:t>Та на грудях міцних&lt;br /&gt;</w:t>
        <w:br/>
        <w:t>безкозирка лежить,&lt;br /&gt;</w:t>
        <w:br/>
        <w:t>і троянда на ній,&lt;br /&gt;</w:t>
        <w:br/>
        <w:t>наче пломінь, горить.</w:t>
      </w:r>
    </w:p>
    <w:p>
      <w:r>
        <w:br/>
        <w:t>Поховали його&lt;br /&gt;</w:t>
        <w:br/>
        <w:t>при вечірній зорі&lt;br /&gt;</w:t>
        <w:br/>
        <w:t>у зеленім гаю&lt;br /&gt;</w:t>
        <w:br/>
        <w:t>на високій горі.</w:t>
      </w:r>
    </w:p>
    <w:p>
      <w:r>
        <w:br/>
        <w:t>І поклали вінок&lt;br /&gt;</w:t>
        <w:br/>
        <w:t>із соснових гілок...&lt;br /&gt;</w:t>
        <w:br/>
        <w:t>Витри сльози з очей,&lt;br /&gt;</w:t>
        <w:br/>
        <w:t>Васильок, Васильок!</w:t>
      </w:r>
    </w:p>
    <w:p>
      <w:r>
        <w:br/>
        <w:t>Бо матрос, коли жив,&lt;br /&gt;</w:t>
        <w:br/>
        <w:t>не ридав, не тужив —&lt;br /&gt;</w:t>
        <w:br/>
        <w:t>вік не довге життя,&lt;br /&gt;</w:t>
        <w:br/>
        <w:t>та красиве прожив!</w:t>
      </w:r>
    </w:p>
    <w:p>
      <w:r>
        <w:br/>
        <w:t>Тож не треба над ним&lt;br /&gt;</w:t>
        <w:br/>
        <w:t>ні тужіння, ні сліз!&lt;br /&gt;</w:t>
        <w:br/>
        <w:t>Глянь — трояндовий кущ&lt;br /&gt;</w:t>
        <w:br/>
        <w:t>з його серця проріс!</w:t>
      </w:r>
    </w:p>
    <w:p>
      <w:r>
        <w:br/>
        <w:t>І троянда одна&lt;br /&gt;</w:t>
        <w:br/>
        <w:t>на кущі розцвіла,&lt;br /&gt;</w:t>
        <w:br/>
        <w:t>як багряна зоря,&lt;br /&gt;</w:t>
        <w:br/>
        <w:t>що на сході зійшла.</w:t>
      </w:r>
    </w:p>
    <w:p>
      <w:r>
        <w:br/>
        <w:t>Не троянда — то кров,&lt;br /&gt;</w:t>
        <w:br/>
        <w:t>що пролита в бою&lt;br /&gt;</w:t>
        <w:br/>
        <w:t>за життя, за народ,&lt;br /&gt;</w:t>
        <w:br/>
        <w:t>за Вітчизну свою!</w:t>
      </w:r>
    </w:p>
    <w:p>
      <w:r>
        <w:br/>
        <w:t>Запальна, як весна,&lt;br /&gt;</w:t>
        <w:br/>
        <w:t>ніби прапор, ясна,&lt;br /&gt;</w:t>
        <w:br/>
        <w:t>тільки в мужніх серцях&lt;br /&gt;</w:t>
        <w:br/>
        <w:t>розквітає вона!</w:t>
      </w:r>
    </w:p>
    <w:p>
      <w:r>
        <w:br/>
        <w:t>І на приступ іде,&lt;br /&gt;</w:t>
        <w:br/>
        <w:t>і на подвиг веде,&lt;br /&gt;</w:t>
        <w:br/>
        <w:t>що б не трапилось там,—&lt;br /&gt;</w:t>
        <w:br/>
        <w:t>не відступить ніде!..</w:t>
      </w:r>
    </w:p>
    <w:p>
      <w:r>
        <w:br/>
        <w:t>А троянда в імлі&lt;br /&gt;</w:t>
        <w:br/>
        <w:t>червоніє, горить.&lt;br /&gt;</w:t>
        <w:br/>
        <w:t>Васильок на землі&lt;br /&gt;</w:t>
        <w:br/>
        <w:t>коло неї стоїть.</w:t>
      </w:r>
    </w:p>
    <w:p>
      <w:r>
        <w:br/>
        <w:t>— Нумо, синку, ходім,&lt;br /&gt;</w:t>
        <w:br/>
        <w:t>бо далека нам путь...&lt;br /&gt;</w:t>
        <w:br/>
        <w:t>~ Цих червоних троянд&lt;br /&gt;</w:t>
        <w:br/>
        <w:t>не забудь, не забудь!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 троянда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