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Через гори</w:t>
      </w:r>
    </w:p>
    <w:p>
      <w:r>
        <w:br/>
        <w:t xml:space="preserve"> &lt;p&gt;ЧЕРЕЗ ГОРИ</w:t>
      </w:r>
    </w:p>
    <w:p>
      <w:r>
        <w:br/>
        <w:t>На склон!. сугорба, що його, власне, перейшов, шумів глибокий смерековий ліс. Крізь темряву і хмари снігу, що зав'язали світ, сутеніли перед ним гори, одні вищі від одних, а такі грізні, такі незнані! Здалека бушував по них вітер, на їх шпилях роздиралися хмари і час до часу розганявся страшенний гук, як від удару грому,— то снігова опока зсувалася у пропасть. Днями і ночами ішов у ті гори, боровся з висотою і стрімкістю, з вітром і снігами, з темрявою і власними сумнівами і зневірою. І не знав, коли дійде до мети своєї дороги. Самотиною ішов, довкола нього не було живої душі, а йому все здавалося, що ліворуч нього за плечем ступає якась чорна тінь і час до часу нахиляє свій демонічний профіль до його лиця. І коли його нога поховзлася на примерзлім камені, а він хилився, аби вхопитися якого корчика, робив лівою рукою такий рух, якби хотів остерегти свого товариша від нещастя, і в ту мить відчував, що се, власне, він хотів трутити його у пропасть. І його здоймав такий страх, що серце хололо і переставало битися, а він задержувався і цілим розумом впевняв себе, що се витвір ночі і самоти, плід розбурханої уяви.</w:t>
      </w:r>
    </w:p>
    <w:p>
      <w:r>
        <w:br/>
        <w:t>Але в ту саму хвилю родилося в його душі велике бажання побачити перебуту дорогу. Полинути зтуженим оком на рівні долини, в ту голубу далечінь, аж там, де синє небо зливається із розмріяною землею. Повести оком по тих блаженних місцях, на яких жив, бодай здалека віднайти на них сліди щастя свого.</w:t>
      </w:r>
    </w:p>
    <w:p>
      <w:r>
        <w:br/>
        <w:t>Ще раз їх побачити, ще раз собі нагадати!</w:t>
      </w:r>
    </w:p>
    <w:p>
      <w:r>
        <w:br/>
        <w:t>Але пітьма зависла, як чорна дрижуча опона, і всі звізди загубилися в хмарах. Його зір вертався до нього утомлений і зболілий, а думка, продершися крізь хмари, блукала і лиш жаль йому приносила. З долини припливав до нього шум бору, гейби слово таємне, гейби гадка життя. Жодним словом він не годен би його сказати, жодним образом змалювати, але розумів його і чув, що воно жене його наперед...</w:t>
      </w:r>
    </w:p>
    <w:p>
      <w:r>
        <w:br/>
        <w:t>Обережно ступав перед себе, з трудом брів у сипкім снігу Раз-по-раз кора снігу заломлювалася, і він по коліна западався у сніг. Тут та там трафляв на острий обрив скали і дель-котів зі страху, аби не поховзнутися. Часами нога шубовстала поміж два камені, і тоді він западався по груди у сніг. Кілька таких кроків томили його над силу. До того вітер гнав з верхів і кидав йому в очі снігом, таким острим, як льодяні шпильоч-ки, що ранили його до крові. Він мусив жмурити очі і чув, як лице його усе холоне, усе стинається льодом.</w:t>
      </w:r>
    </w:p>
    <w:p>
      <w:r>
        <w:br/>
        <w:t>Серед того совпакання тратив у свідомості цілість своєї дороги і всі сили тіла і душі напружував, аби перейти ту одну гору.</w:t>
      </w:r>
    </w:p>
    <w:p>
      <w:r>
        <w:br/>
        <w:t>— Коби ще сю, ще сю...— шепотів до себе і боронився всіми силами перед якимись солодкими мріями, що, бог знає звідки, переходили через його голову і знову верталися усе живіші і виразніші.</w:t>
      </w:r>
    </w:p>
    <w:p>
      <w:r>
        <w:br/>
        <w:t>. Нарешті, вичерпаний до самого дна, вийшов на верх гори і хотів віддихнути повними грудьми. Перед ним стелилася повита снігом гірська високорівень, а за кілька стаїв маячіла крізь ніч і сніг, що без впину сипався з неба, друга висока гора. Повів здивованим оком, нагадав собі усе і без сили зсунувся на землю.</w:t>
      </w:r>
    </w:p>
    <w:p>
      <w:r>
        <w:br/>
        <w:t>Висока замкова кімната потопає в сумерках. Великі вікна дивляться на неї, як тусклі очі. На комині вогонь палахкає. Червоні відблиски кидаються на тіні, врізуються у них, подаються назад. Хтось там, в житті не бачений, у несвідомості вимріяний, сидить перед комином, а на лиці його граються світла і тіні.</w:t>
      </w:r>
    </w:p>
    <w:p>
      <w:r>
        <w:br/>
        <w:t>"Здалека, здалека приходжу до тебе і стаю перед твоїм порогом. Лице моє зневолене терпінням, тіло продрягле від студені, я з ніг валюся від утоми. І так мені гірко на світі. Тут щось давить мене — чи сни мої невисказані, чи сльози мої невиплакані? Дай, нехай зложу голову на твоїх колінах, покладь свою руку на моє чоло і кажи мені казку про щастя, про супокій, заклятий на звіздах..."</w:t>
      </w:r>
    </w:p>
    <w:p>
      <w:r>
        <w:br/>
        <w:t>Безмірна утома розкладалася, в тілі солодкою сонністю. Він чув, як душа його засипляе, як його свідомість рветься і відлітає від нього. Отже, останніми силами тіла двигнувся з землі і поплівся поляною під нову гору.</w:t>
      </w:r>
    </w:p>
    <w:p>
      <w:r>
        <w:br/>
        <w:t>Нехай там людям живеться, як можуть, найліпше. Він піде без скарги своєю дорогою. А чи дійде коли на ясні долини, чи під льодом засне сном без пробудження — на що питати?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Через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