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Черепаха</w:t>
      </w:r>
    </w:p>
    <w:p>
      <w:r>
        <w:br/>
        <w:t xml:space="preserve"> &lt;p&gt;Чапа дісталася нам неждано-негадано. Зайшов якогось дня тато до приятелів, а ті запитують:</w:t>
      </w:r>
    </w:p>
    <w:p>
      <w:r>
        <w:br/>
        <w:t>— Вам черепахи не треба? Подарували нам нещодавно одну...</w:t>
      </w:r>
    </w:p>
    <w:p>
      <w:r>
        <w:br/>
        <w:t>Тато одразу до телефону:</w:t>
      </w:r>
    </w:p>
    <w:p>
      <w:r>
        <w:br/>
        <w:t>— Ігорьок, нам ось черепаху пропонують,— гукає.— Візьмемо? Порадься з мамою і братом.</w:t>
      </w:r>
    </w:p>
    <w:p>
      <w:r>
        <w:br/>
        <w:t>Добре, що я сам удома був, бо хто знає, як би на те мама та Олег подивилися.</w:t>
      </w:r>
    </w:p>
    <w:p>
      <w:r>
        <w:br/>
        <w:t>— А яка черепаха — водяна чи сухопутна? — питаю для годиться.</w:t>
      </w:r>
    </w:p>
    <w:p>
      <w:r>
        <w:br/>
        <w:t>— Син запитує, яка черепаха,— чую, як тато перепитує у господарів.</w:t>
      </w:r>
    </w:p>
    <w:p>
      <w:r>
        <w:br/>
        <w:t>— Хто її знає. Голова гадюча, ноги з кігтями. Гидке створіння... Жила, кажуть, у пустелі.</w:t>
      </w:r>
    </w:p>
    <w:p>
      <w:r>
        <w:br/>
        <w:t>— Напевно, середньоазіатська,— висловлюю здогад.— Забирай, тату, додому те "гидке створіння"!</w:t>
      </w:r>
    </w:p>
    <w:p>
      <w:r>
        <w:br/>
        <w:t>Було це взимку. Тато приніс черепаху в портфелі, а щоб вона не замерзла на тридцятиградусному морозі, вкутав її у вовняну хустку.</w:t>
      </w:r>
    </w:p>
    <w:p>
      <w:r>
        <w:br/>
        <w:t>Черепаха справді виявилася середньоазіатською. Це ми з довідника уточнили. Панцир у неї був невисокий, жовтувато-бурого кольору, з темними плямами. Не стара, бо розміри її не перевищували дванадцяти сантиметрів, і не молода, оскільки, дізналися ми з того ж таки довідника, черепахи перестають рости, коли досягають вісімнадцяти — двадцяти сантиметрів завдовжки. їм тоді буває близько тридцяти років.</w:t>
      </w:r>
    </w:p>
    <w:p>
      <w:r>
        <w:br/>
        <w:t>Чап-чап, чап-чап! — черепаха кумедно переставляла лапи, злегка перевалюючись то на один, то на другий бік.</w:t>
      </w:r>
    </w:p>
    <w:p>
      <w:r>
        <w:br/>
        <w:t>— Давайте назвемо її Чапою,— запропонував я, і всі зі мною погодились.</w:t>
      </w:r>
    </w:p>
    <w:p>
      <w:r>
        <w:br/>
        <w:t>— А чим же її годувати? — запитала мама.</w:t>
      </w:r>
    </w:p>
    <w:p>
      <w:r>
        <w:br/>
        <w:t>Такі відомості теж були у довіднику: до раціону середньоазіатської черепахи входять ефемери, тобто однорічні рослини з коротким періодом розвитку, як-то наші веснянки, жовтозілля, вероніка тощо. Люблять черепахи соковиті рослини — салат і кульбабу, не відмовляються від м'якоті кавунів, динь, ласують капустою, морквою, яблуками.</w:t>
      </w:r>
    </w:p>
    <w:p>
      <w:r>
        <w:br/>
        <w:t>Кавунів та динь, на жаль, не знайшлося, а ось яблук і моркви було вдосталь. Олег нарізав їх маленькими шматочками, поклав на тарілку перед черепахою.</w:t>
      </w:r>
    </w:p>
    <w:p>
      <w:r>
        <w:br/>
        <w:t>— Голодна — з'їсть! — сказав.</w:t>
      </w:r>
    </w:p>
    <w:p>
      <w:r>
        <w:br/>
        <w:t>Та на ранок виявилося, що Чапа до їжі навіть не доторкнулася. Вирішили покласти ціле яблуко і таку ж морквину. В природних умовах, мовляв, ніхто не нарізає їй плодів на шматочки і не кладе на блюдечко.</w:t>
      </w:r>
    </w:p>
    <w:p>
      <w:r>
        <w:br/>
        <w:t>Чапа знехтувала і такою їжею.</w:t>
      </w:r>
    </w:p>
    <w:p>
      <w:r>
        <w:br/>
        <w:t>Довелося бігти на базар по зелень. Поклали перед Чапою гілочки петрушки, листя капусти. Їж!</w:t>
      </w:r>
    </w:p>
    <w:p>
      <w:r>
        <w:br/>
        <w:t>Чапа не їла.</w:t>
      </w:r>
    </w:p>
    <w:p>
      <w:r>
        <w:br/>
        <w:t>Помітили ми, що вона стає млявішою, рідко виглядає з-під панцира. Невже захворіла?</w:t>
      </w:r>
    </w:p>
    <w:p>
      <w:r>
        <w:br/>
        <w:t>— Спати вона хоче — ось що! Адже в цю пору її середньоазіатські родичі впадають у сплячку, а ми Чапі не даємо спокою. Не до їжі їй зараз! — здогадався тато.</w:t>
      </w:r>
    </w:p>
    <w:p>
      <w:r>
        <w:br/>
        <w:t>Знайшли ящик, поклали туди ганчірку, поставили на кухні у теплому кутку, і черепаха майже одразу притихла. Спала з місяць. Ми потайки один від одного заглядали до ящика. "А що, як нежива?" — мучило.</w:t>
      </w:r>
    </w:p>
    <w:p>
      <w:r>
        <w:br/>
        <w:t>І ось одного разу черепаха завовтузилася в ящику. Прокинулася нарешті!</w:t>
      </w:r>
    </w:p>
    <w:p>
      <w:r>
        <w:br/>
        <w:t>Знову поклали їй їжу, але Чапа нічого не брала, тільки лазила неспокійно попід стінками ящика, немовби щось шукала.</w:t>
      </w:r>
    </w:p>
    <w:p>
      <w:r>
        <w:br/>
        <w:t>— Може, тісно їй? — висловила здогадку мама і пустила Чапу на підлогу. Всі мало не покотилися з сміху: черепаха виписувала на підлозі такі ж квадрати, як і в ящику. Ніби не бачила, що вже немає стінок.</w:t>
      </w:r>
    </w:p>
    <w:p>
      <w:r>
        <w:br/>
        <w:t>Тільки через півгодини Чапа зорієнтувалася, що може вільно змінити свій маршрут, і подалася в мандри по квартирі. У кімнатах, їй, видно, не сподобалося, і вона попростувала у ванну. Там забилася в куток за пральну машину й... заснула. Можливо, на кухні їй стало жарко, ось і знайшла собі Чапа прохолодніше місце.</w:t>
      </w:r>
    </w:p>
    <w:p>
      <w:r>
        <w:br/>
        <w:t>— А що, як вона застудиться на кафелі? — турбувалася мама.</w:t>
      </w:r>
    </w:p>
    <w:p>
      <w:r>
        <w:br/>
        <w:t>— Ось пишуть,— гортав довідник Олег,— що під час сплячки цих черепах температура навколишнього середовища не повинна сягати вище одного градуса тепла й нижче п'яти градусів морозу. Так що все закономірно!</w:t>
      </w:r>
    </w:p>
    <w:p>
      <w:r>
        <w:br/>
        <w:t>У ванній черепаха проспала до весни.</w:t>
      </w:r>
    </w:p>
    <w:p>
      <w:r>
        <w:br/>
        <w:t>І знову постала проблема — як нагодувати Чапу? Голодування тривало доти, аж доки Олег не надумав підносити їжу до самого її носа. Подратує Чапу листочком капусти, потім підсуне шматок яблука... І черепаха не витримала — почала їсти все підряд — і салат, і капусту, і моркву. Робила вона це раз на день і ніколи не переїдала. їла Чапа кумедно. Хапала листок салату своїм беззубим ротом, стискувала, а тоді лапою вдаряла по листку, щоб відірвати шмат. Проковтне — і знову до їжі...</w:t>
      </w:r>
    </w:p>
    <w:p>
      <w:r>
        <w:br/>
        <w:t>Чапа взагалі ніколи нікуди не поспішала. Тато любив спостерігати після робочого дня, як вона виповзала поволі на середину кімнати, висовувала увсебіч лапи, витягала голову й застигала непорушно.</w:t>
      </w:r>
    </w:p>
    <w:p>
      <w:r>
        <w:br/>
        <w:t>До людей звикла швидко. Навіть голову перестала втягувати, як хтось із нас брав її в руки. Ми з Олегом любили з нею бавитися. Почухаєш легенько їй голову, а вона все далі її витягує, ніби просить ще й шию почухати...</w:t>
      </w:r>
    </w:p>
    <w:p>
      <w:r>
        <w:br/>
        <w:t>Як потеплішало, Чапа перебралася на балкон. Ми годували її досхочу. Води черепаха не пила, певно, вистачало вологи в соковитих листках.</w:t>
      </w:r>
    </w:p>
    <w:p>
      <w:r>
        <w:br/>
        <w:t>Влітку ми поїхали в село. І Чапу узяли з собою. На новому місці посадили черепаху в картонний ящик. Під вечір виявилося, що вона... втекла. Облазили всі закутки на подвір'ї, заглянули під кожний кущик. Чапи не було.</w:t>
      </w:r>
    </w:p>
    <w:p>
      <w:r>
        <w:br/>
        <w:t>— Пропаде вона! Якщо до зими й доживе, то взимку морози доконають!</w:t>
      </w:r>
    </w:p>
    <w:p>
      <w:r>
        <w:br/>
        <w:t>Та не пропала наша Чапа того дня. Сусідські діти помітили її на шляху й принесли нам. Посадили ми Чапу в дерев'яний ящик.</w:t>
      </w:r>
    </w:p>
    <w:p>
      <w:r>
        <w:br/>
        <w:t>Стояла гарна сонячна погода. Виспіли суниці, й ми вирішили піти до лісу.</w:t>
      </w:r>
    </w:p>
    <w:p>
      <w:r>
        <w:br/>
        <w:t>Як бути з Чапою?</w:t>
      </w:r>
    </w:p>
    <w:p>
      <w:r>
        <w:br/>
        <w:t>Сусіда дав нам велику клітку для птахів, і ми помістили туди черепаху. Тепер і не втече, і ніякий звір їй не страшний. Цілковита безпека!</w:t>
      </w:r>
    </w:p>
    <w:p>
      <w:r>
        <w:br/>
        <w:t>З суницями нам пощастило. Було їх видимо-невидимо. І наїлися, й додому принесли. А тут нас знову сюрприз чекав.</w:t>
      </w:r>
    </w:p>
    <w:p>
      <w:r>
        <w:br/>
        <w:t>— Черепаха пропала!</w:t>
      </w:r>
    </w:p>
    <w:p>
      <w:r>
        <w:br/>
        <w:t>Цього разу її хтось украв. І той "хтось" витягнув Чапу не крізь дверцята, які так і лишилися зачинені, а розламав дерев'яні планочки клітки. Олег одразу знайшов винуватця.</w:t>
      </w:r>
    </w:p>
    <w:p>
      <w:r>
        <w:br/>
        <w:t>— Пушок одв'язався! Твоя робота? — підступив до собаки.</w:t>
      </w:r>
    </w:p>
    <w:p>
      <w:r>
        <w:br/>
        <w:t>Той винувато підібгав хвоста і заскавучав. Його звичайна поведінка в подібних ситуаціях.</w:t>
      </w:r>
    </w:p>
    <w:p>
      <w:r>
        <w:br/>
        <w:t>— Невже з'їв! — жахнувся я.— Таж панцир мусив лишитися?</w:t>
      </w:r>
    </w:p>
    <w:p>
      <w:r>
        <w:br/>
        <w:t>Знову облазили ми всі закутки на подвір'ї, повідомили про пригоду сусідам, та черепахи ніде не було.</w:t>
      </w:r>
    </w:p>
    <w:p>
      <w:r>
        <w:br/>
        <w:t>Минали дні... Ми ніяк не могли змиритися з пропажею. Навіщо було брати Чапу з собою? Можна ж було насадити для неї зелені на балконі, покласти дернину з кульбабою... Врешті, за місяць вона б з голоду не пропала. Залягла б собі у літню сплячку, як це роблять черепахи в пустелях — адже влітку соковитої рослинності там немає.</w:t>
      </w:r>
    </w:p>
    <w:p>
      <w:r>
        <w:br/>
        <w:t>Та ось черепаха знову знайшлася!</w:t>
      </w:r>
    </w:p>
    <w:p>
      <w:r>
        <w:br/>
        <w:t>Два дні лив дощ, і до малинника, що під вікнами хати, ніхто не навідувався. Вранці нарешті розгодинилося. Мама взяла тарілку й пішла по малину. Помітила, що один з кущів хитається. "Мабуть, коти!" — подумала. Придивилася: під кущем нікого немає, а він хитається. І тут вона звернула увагу на нору під кущем та чималу грудку землі, що час від часу ворушилася. З-під грудки виглянула знайома голова. Чапа! Мама кинулася до неї, а вона як засичить, немов гадюка, та ходу в нору. Однак не встигла.</w:t>
      </w:r>
    </w:p>
    <w:p>
      <w:r>
        <w:br/>
        <w:t>Через кілька хвилин ми купали Чапу в теплій водичці. Ось нарешті з'явився знайомий малюнок на панцирі. Й тоді ми побачили на ньому кілька ран. Це Пушок намагався добратися до м'яса, але не зміг. Олег змастив рани йодом.</w:t>
      </w:r>
    </w:p>
    <w:p>
      <w:r>
        <w:br/>
        <w:t>— Хіба в пустелях черепах хтось лікує?</w:t>
      </w:r>
    </w:p>
    <w:p>
      <w:r>
        <w:br/>
        <w:t>— У пустелі вона загинула б,— сказав тато.</w:t>
      </w:r>
    </w:p>
    <w:p>
      <w:r>
        <w:br/>
        <w:t>Чапу знову помістили в дерев'яний ящик, накидали туди свіжого капустяного листя. Всі ми пішли до малинника обстежувати нору, що її вирила черепаха. Нора була чимала — сантиметрів до тридцяти завглибшки. В ній Чапа й ховалася.</w:t>
      </w:r>
    </w:p>
    <w:p>
      <w:r>
        <w:br/>
        <w:t>Невдовзі ми повернулися до міста. Черепаха одразу ж подалася на балкон, де в кутку її чекали свіжі листочки кульбаби (я про те дорогою подбав). Наїлася, прийшла назад і застигла посеред кімнати в своїй улюбленій позі. І всім нам стало затишно, спокійно.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Черепаха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