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Череп Кочубея</w:t>
      </w:r>
    </w:p>
    <w:p>
      <w:r>
        <w:br/>
        <w:t xml:space="preserve"> &lt;p&gt;Ще годині о дев'ятій ранку, дарма що маскарад мав розпочатися тільки о сьомій вечора, Юра вже був готовий. Брат охоче відступив Юрі свою форму на один вечір: він уже вчився в гімназії другий рік і на маскараді радніше волів красуватися в одежі іспанського пірата, з пістолем-монтекристо за поясом і червоною хустинкою на маківці — кап-у-кап капітан Вельзевул з роману Луї Жаколіо. Юра підійшов до великого люстра у передпокої і, завмираючи серцем, заплющився. Він не міг повірити, що зараз він побачить там себе — не в осточортілій синій матросці з золотими якірцями на плечах, не в ганебних коротеньких штанцях з резинками над коліньми, не в остогидлих довгих панчохах, не в ідіотських черевичках на баб'ячих ґудзиках,— о, набридлі дитячі шати, будь вони прокляті, аж хочеться тупнути ногою! Нишком Юра розплющив одне око — ліве, не таке косе...</w:t>
      </w:r>
    </w:p>
    <w:p>
      <w:r>
        <w:br/>
        <w:t>Просто перед Юрою, в рамі багетного золота, немов на портреті, або ж просто на порозі сусідньої кімнати — стояв чудовий гімназист: шинель мало не до підлоги, дванадцять ґудзиків, як дванадцять карбованців, синій кашкет і дві пальмові гілочки на гербі... Щось надзвичайно знайоме, бачене було в рисах обличчя цього незнайомого, вперше баченого бравого гімназиста. Юра розплющив і праве око. Справді — вуха лапаті, праве око косе, ліве також, верхні зуби стирчать уперед — нема сумніву, то саме він, Юра, і є, ніхто інший. І наплювать! У прекрасній гімназичній шинелі ці дефекти не мають ніякого значення. Юра знахабнів і скинув кашкета. І не за козирок, як належить вклонятися на вулиці педагогам, а затуливши долонею герб і утиснувши пальці в криса попереду — як-то вклоняються гімназисти-старшокласники, коли стрінуть знайому гімназистку і їх ніхто не бачить... Під кашкетом сторч, скуйовджено і без пуття вихрилося препаскудне руде волосся. Юра зітхнув і надів кашкет...</w:t>
      </w:r>
    </w:p>
    <w:p>
      <w:r>
        <w:br/>
        <w:t>Рівно о сьомій, пітний, розімлілий, ледве тримаючись на ногах,— бо шинелі він так і не погодився скинути протягом цілого дня — Юра рушив за сестрою і старшим братом до гімназичного під'їзду. Ноги ледве пересувалися, дихалося важко, голова падала на груди, засинаючи сама по собі — окремо від Юри і проти його волі. Поруч з невеличким нещасним гімназистиком гордовито виступав капітан Вельзевул і пишно випливала іспанська королева. Всі троє були в масках. Вони йшли на бал-маскарад. Юрі гірко скімлило в грудях — без маски він не мав права вдягти гімназичну уніформу! Ніхто й не знатиме, що цей бравий гімназист під маскою — це Юра, він. Без маски Юра буде гімназистом ще ген-ген коли! Може, аж місяців через три!</w:t>
      </w:r>
    </w:p>
    <w:p>
      <w:r>
        <w:br/>
        <w:t>Але тут нещасний гімназист, капітан Вельзевул та іспанська королева ввійшли в гімназичний двір. До широкого гімназичного ганку поперед них ішли: офіцер років тринадцяти, двоє індійців з перами за вухом і томагавками в руках, Дід Мороз з білою бородою, тореадор, гаучос і дві циганки з чорними косами. Юрі враз голова переболіла, плечі випросталися і висох піт — він здоровий і свіжий, яким був о пів на дев'яту вранці, ще до того, як почав одягати маску. Таж на світі було прекрасно жити, і це ж зараз маленький Юра мав причаститися до найкращих розкошів людського життя!</w:t>
      </w:r>
    </w:p>
    <w:p>
      <w:r>
        <w:br/>
        <w:t>Протовпитися до гімназичного вестибюля було майже неможливо. Зразу ж за дверима, між вішалок для шинелей та скринею для калош, стояв густий, непролазний натовп. Трубадури, пейзани, рицарі, різні звірі, птахи, квіти і комахи. Натовп стояв тісно, плече в плече,— ні просунутися, ні продихнути. В чому річ? Адже в гардеробній доводилося затримуватися рівно на дві хвилини, щоб скинути пальто і калоші, а тоді зразу ж бігти сходами нагору. Гімназистик Юра, капітан Вельзевул і королева іспанська, нарешті, просунулися між жокеєм, білим ведмедем та червоною трояндою. Юра зразу ж вискочив на першу скриньку для калош. Тепер йому принаймні було зовсім видно навкруги. Господи! Що довкола коїлося! Французький солдат стояв поруч з руською бояринею, осел з довжелезними вухами, якими він пряв без упину, стояв зразу ж за Дон-Кіхотом з мідним тазиком на голові, Санчо Панса тримався за його руку. А он осторонь, так само, як і Юра, на скриньці для калош височів не то чоловік, не то годинник — людина-будильник — і секундна стрілка на ньому весь час оберталася і деренчала. Юра заляскав у долоні і навіть заверещав від щастя. А от там, дивіться — соняшник, матрос, мідний самовар, пивна пляшка, Лев Толстой і молодий Гриньов з "Капітанської дочки" Олександра Сергійовича Пушкіна... Гімназист серед усіх тих присутніх був тільки один — Юра. Замаскуватись в гімназії на гімназичному балі гімназистом — це було зразу ж оцінено Юриними сусідами: дама в криноліні його поцілувала, вовк похлопав його по плечі, статурна мальва сунула в руку шоколадну цукерку. Юра починав уже почувати себе найпершим героєм.</w:t>
      </w:r>
    </w:p>
    <w:p>
      <w:r>
        <w:br/>
        <w:t>Втім, тут, у вестибюлі, серед натовпу карнавальних масок щось таке відбувалося, щось незрозуміле і чудне, чого зразу Юра навіть не вмів і помітити. Тієї ж секунди, як він почав був щось там таке примічати, події почали траплятися одна по одній і без того, щоб до них особливо придивлятися. Насамперед з усіх боків і всі зразу раптом почали вигукувати: "Тихо ж, тихо, слухайте, господа!" — і тоді Юра побачив, що з-за залізної круглої грубки висунувся матрос у безкозирці набакир і, притримуючи правою рукою маску на лиці, лівою розмахував, вимагаючи до себе уваги і загальної тиші. Всі так охоче почали гукати "тихо ж, тихо" — Юра сам верещав, що було сил,— що минув досить довгий час, поки сяку-таку тишу пощастило встановити.</w:t>
      </w:r>
    </w:p>
    <w:p>
      <w:r>
        <w:br/>
        <w:t>— Господа! — гукнув матрос, притримуючи маску рукою, щоб вона не зірвалася з щелепів.— Господа! Ми не підемо сьогодні на цей ганебний бал-маскарад! Нехай педагоги і педелі самі на ньому веселяться, якщо це їм лежить до серця!..</w:t>
      </w:r>
    </w:p>
    <w:p>
      <w:r>
        <w:br/>
        <w:t>На цьому зчинився такий ґвалт, що матрос не міг вже говорити далі і знову зник за залізною грубкою. Юра гукав і верещав голосніше від усіх. Як не підемо? Ну, це вже дудки! Він одягся гімназистом, він вже майже гімназист, потім будуть видавати торбинки з яблуками і пряниками і — не йти! Побити зараз же треба цього противного матроса!</w:t>
      </w:r>
    </w:p>
    <w:p>
      <w:r>
        <w:br/>
        <w:t>Але в цей час на площадці сходів згори з'явився сам директор гімназії, Іванов, з довгою розчесаною на два бакени білою бородою. Пейзани, ведмеді, квіти, гаучоси і наяди згадали, що вони гімназистки і гімназисти, і зразу ж замовкли.</w:t>
      </w:r>
    </w:p>
    <w:p>
      <w:r>
        <w:br/>
        <w:t>— Що тут трапилося, господа? — запитав директор гімназії, широко сплеснувши руками.</w:t>
      </w:r>
    </w:p>
    <w:p>
      <w:r>
        <w:br/>
        <w:t>Тоді раптом з вішалки, що була просто над Юрою, розітнувся різкий, підвищений і схвильований голос. То кричав гаучос, підтягтися за гаки вішалки на руках і витягти шию наперед, щоб його всі почули:</w:t>
      </w:r>
    </w:p>
    <w:p>
      <w:r>
        <w:br/>
        <w:t>— Росія захлинається в крові, а ви влаштовуєте щотижня бали і маскаради, щоб відтягти нашу увагу від політичних подій. Це підло!</w:t>
      </w:r>
    </w:p>
    <w:p>
      <w:r>
        <w:br/>
        <w:t>— Ви хочете нас покалічити, поки ми ще молоді! — перебиваючи гаучоса, зарепетував поруч білий ведмідь.</w:t>
      </w:r>
    </w:p>
    <w:p>
      <w:r>
        <w:br/>
        <w:t>— Шмідта убили! — раптом вискочив знову з-за грубки матрос.</w:t>
      </w:r>
    </w:p>
    <w:p>
      <w:r>
        <w:br/>
        <w:t>— Матюшенка убили! — скрикнула червона троянда.</w:t>
      </w:r>
    </w:p>
    <w:p>
      <w:r>
        <w:br/>
        <w:t>— Шибениці! Погроми! Козаки! — заверещав знову гаучос.</w:t>
      </w:r>
    </w:p>
    <w:p>
      <w:r>
        <w:br/>
        <w:t>Юра заплющив очі. Погром, шибениця — це він знав. Вигорілий Стародуб, сивий морозяний ранок і високі стовбури базарної гойдалки. П'ять туго напнутих мотузок і п'ять мертвих тіл мотузярів-страйкарів... Він мерщій розплющив очі — зараз він кричатиме теж. Він не хоче! Він же не знав...</w:t>
      </w:r>
    </w:p>
    <w:p>
      <w:r>
        <w:br/>
        <w:t>— Ми все це знаємо! — враз закричали матрос, білий ведмідь і червона троянда.</w:t>
      </w:r>
    </w:p>
    <w:p>
      <w:r>
        <w:br/>
        <w:t>— Царська Росія — це й є мерзенний маскарад! — закричав хтось, кого не було видно.—Геть всякі маскаради і маски!</w:t>
      </w:r>
    </w:p>
    <w:p>
      <w:r>
        <w:br/>
        <w:t>— Господа! — зойкнув директор.— Я вимагаю припинити і...</w:t>
      </w:r>
    </w:p>
    <w:p>
      <w:r>
        <w:br/>
        <w:t>Ффффф! — з тихим шелестом шурхнула вгору пака маленьких білих папірців і зразу ж розсипалася, немов пластовинням снігу. Білі паперові квадратики, завбільшки з сторінку словничків, попливли, посипались, війнули в повітрі на голови і на плечі юрбі.</w:t>
      </w:r>
    </w:p>
    <w:p>
      <w:r>
        <w:br/>
        <w:t>— Товариші! — гукнув знову хтось невидимий.— Прочитайте правду і не будьте дітьми!</w:t>
      </w:r>
    </w:p>
    <w:p>
      <w:r>
        <w:br/>
        <w:t>— Господа! — знову закричав директор, і вже коло нього на площадці було кілька педагогів, між ними й Юрин батько; два сторожі збігали вниз по сходах, і передні маски подалися назад, бо, очевидно, їх мали зараз хапати руками. Бенц! — щось брязнуло в кутку за залізною грубою. Тієї ж секунди враз засмерділо так страшно і нестерпно, що всі застогнали, і натовп забився, затоптався, завирував.</w:t>
      </w:r>
    </w:p>
    <w:p>
      <w:r>
        <w:br/>
        <w:t>— Обструкція! — кричав хтось.— Бомба з смородом! Тікайте по домах! Геть маскаради! Не замазуйте нам очей! Ми протестуєм!</w:t>
      </w:r>
    </w:p>
    <w:p>
      <w:r>
        <w:br/>
        <w:t>З криком, галасом і сміхом всі товпилися швидше геть. На порозі зчинився вереск — когось придавили. Хтось розбив вікно, війнуло вітром — сморід зразу поменшав — ціла лавина кинулася плигати через вікно.</w:t>
      </w:r>
    </w:p>
    <w:p>
      <w:r>
        <w:br/>
        <w:t>Два сторожі топталися ззаду, хапали за спини, за коміри, за штани — їх били по руках, кусали пальці і видиралися.</w:t>
      </w:r>
    </w:p>
    <w:p>
      <w:r>
        <w:br/>
        <w:t>В актовому залі на другому поверсі, серед вінків живих квітів по стінах, серед гірлянд триколірних прапорців та барвистих китайських ліхтариків, під портретом государя-імператора Ніколая II куняв самотній тапер, запрошений для танців з "Дома призрения слепых, глухих и немых". Йому було нудно самому і без діла. Одним пальцем він награвав стиха нову варіацію польки-кокетки...</w:t>
      </w:r>
    </w:p>
    <w:p>
      <w:r>
        <w:br/>
        <w:t>Юра був дома перший і вже сидів у мами на колінах. Розповідаючи, він майже непритомнів від захоплення і переживань. Брат із сестрою топталися довкола, заздро позираючи Юрі в рот, мамі в очі і намагаючись докинути слівце і від себе. Але Юриного голосу, відомого в родині під назвою "ієрихонської труби", вони вдвох перекричати не могли.</w:t>
      </w:r>
    </w:p>
    <w:p>
      <w:r>
        <w:br/>
        <w:t>Потім прибіг батько. Він не міг дихати, він давився, патлав бороду і розмахував руками.</w:t>
      </w:r>
    </w:p>
    <w:p>
      <w:r>
        <w:br/>
        <w:t>— Ах, ти вже знаєш! — він був розчарований, що Юра випередив його.— Дайте мені стакан боржому, я більше не можу! Нуте-с... Обормоти! — раптом зареготав він.— Молодці! Го-го-го! Коли в тисяча вісімсот вісімдесят шостому році, в двадцять п'яті роковини смерті Шевченка, ми робили демонстрацію...</w:t>
      </w:r>
    </w:p>
    <w:p>
      <w:r>
        <w:br/>
        <w:t>Він раптом зірвався і побіг.</w:t>
      </w:r>
    </w:p>
    <w:p>
      <w:r>
        <w:br/>
        <w:t>— Корнелій! Куди ж ти?</w:t>
      </w:r>
    </w:p>
    <w:p>
      <w:r>
        <w:br/>
        <w:t>— Я побіг. Там затримали чоловік з двадцять. Ми зараз будемо садити їх в карцер!.. Годин по двадцять на брата закатаємо, остолопам! Го-го-го-го!..</w:t>
      </w:r>
    </w:p>
    <w:p>
      <w:r>
        <w:br/>
        <w:t>Він хряпнув дверима і побіг.</w:t>
      </w:r>
    </w:p>
    <w:p>
      <w:r>
        <w:br/>
        <w:t>Потім задеренчав дзвоник з парадного.</w:t>
      </w:r>
    </w:p>
    <w:p>
      <w:r>
        <w:br/>
        <w:t>На порозі з'явилася ставна жіноча постать і перед нею трійця маленьких.</w:t>
      </w:r>
    </w:p>
    <w:p>
      <w:r>
        <w:br/>
        <w:t>— Олено Адамівно! Ви дозволите на вогник до вас?</w:t>
      </w:r>
    </w:p>
    <w:p>
      <w:r>
        <w:br/>
        <w:t>— Пані Бржонковська! — Мати була здивована вкрай. Пані Бржонковська, дружина управителя маєтків графині Браницької, ніколи не заходила, та й, власне, з батьком і мамою знайома не була. Вона нервувала в колі місцевої аристократії і товариством учителів та інших чиновників гребувала.— Заходьте, заходьте, пані Бржонковська! Це така приємна несподіванка! А оце, значить, ваші малята?</w:t>
      </w:r>
    </w:p>
    <w:p>
      <w:r>
        <w:br/>
        <w:t>— Броніслав, Зося і Юзек. Ах, у вас тут так мило! Це у вас казенна квартира? Ах, учительство так злиденно проживає... Але ж ви, Олено Адамівно, здається, училися в інституті шляхетних дівчат? Чи так?</w:t>
      </w:r>
    </w:p>
    <w:p>
      <w:r>
        <w:br/>
        <w:t>— Сідайте! — сказала мама тихо.— Мене взяли до інституту як сироту севастопольського героя... Я зараз зготую чай...</w:t>
      </w:r>
    </w:p>
    <w:p>
      <w:r>
        <w:br/>
        <w:t>— Ви вже знаєте, ви вже чули, яка мерзота, яка ганьба?! Вони зробили обструкцію! Я нічого не знала, приїхавши, і відіслала коней до дванадцятої. Тепер мені просто нікуди подітися! Я зайшла до вас. Моїм малятам так хотілося покрасуватися на балі! Ах, бідні мої малюки! Броню, Зоею, Юзю! Гдє ти, дзєцко! Ходзь тутай! Ви можете побавитися з учителевими дітьми — я дозволяю...</w:t>
      </w:r>
    </w:p>
    <w:p>
      <w:r>
        <w:br/>
        <w:t>— У нього на черевику дірка...— сказав найменший, Юзек.</w:t>
      </w:r>
    </w:p>
    <w:p>
      <w:r>
        <w:br/>
        <w:t>Дірка на черевику в Юри справді була, і мама тяжко почервоніла.</w:t>
      </w:r>
    </w:p>
    <w:p>
      <w:r>
        <w:br/>
        <w:t>— Ідіть! Ідіть! — кинулась вона.— Справді! Діти, забавте ж ваших гостей! Олег, Маруся, Юрка!</w:t>
      </w:r>
    </w:p>
    <w:p>
      <w:r>
        <w:br/>
        <w:t>Броніслав, Зося і Юзек були ще в маскарадних костюмах.</w:t>
      </w:r>
    </w:p>
    <w:p>
      <w:r>
        <w:br/>
        <w:t>Броніслав був у шатах середньовічного рицаря з білим орлом на мідному шоломі і з біло-малиновим шарфом через плече. На ньому була, мов справжня, зіткана з химерного тонкого залізного дроту кольчуга, і він погордливо спирався на довгий блискучий меч. Було йому років тринадцять.</w:t>
      </w:r>
    </w:p>
    <w:p>
      <w:r>
        <w:br/>
        <w:t>Панна Зося була молодша на два роки. Її зодягнуто точнісінько так, як намальовано Марину Миішек в суворінському виданні повного зібрання творів Пушкіна. На грудях у неї блищали разки намиста з щирих самоцвітів. Найменніий, Юзек, був, може, на рік старший від Юри. Його прибрано в національний польський шляхтицький костюмчик: конфедератка, кунтуш, рукави, сколоті на спині. Крім того, він мав маленькі чобітки з манюсінькими срібними острогами, а при боці маленьку справжню шабельку, виложену сріблом і поцяцьковану різними коштовностями. Юрі заскімлило під серцем люттю і образою — він тяжко заздрив на меч і шабельку.</w:t>
      </w:r>
    </w:p>
    <w:p>
      <w:r>
        <w:br/>
        <w:t>— Які у вас паршиві покої! — перша порушила ніяковість, що запанувала між не знайомими ще дітьми, коли вони зосталися в кімнаті самі, панна Зося і закопилила губку.— І нема красивих меблів. А на підлозі треба, щоб лежали килими і хутра... У вас є ляльки? — поцікавилася вона в Юриної сестри.— Ні? Хіба ви будете суфражисткою?[1] В окулярах і синіх панчохах?</w:t>
      </w:r>
    </w:p>
    <w:p>
      <w:r>
        <w:br/>
        <w:t>Броніслав у гімназії був старший від Юриного брата на два класи і тому вважав за нижче від себе помічати його присутність в кімнаті. Він всадив вістря меча в щілину між дошками у підлозі, розкопирсав її і, ні до кого не звертаючись, процідив крізь зуби:</w:t>
      </w:r>
    </w:p>
    <w:p>
      <w:r>
        <w:br/>
        <w:t>— Котрий з кишаків побіжить до батька в кабінет і принесе мені сигару? Мені щось скортіло запалити, я перехвилювався. Що? У вашого батька нема сигар? Мій татко палить тільки гавани, по десять карбованців одна. Він скурює на день штук двадцять і ще, крім того, всіх, хто до нього приходить, частує. А англійських люльок у вашого батька теж нема?! Ні, простих цигарок я не палитиму. Вони ж, мабуть, з дешевого тютюну?..</w:t>
      </w:r>
    </w:p>
    <w:p>
      <w:r>
        <w:br/>
        <w:t>— Хочеш,— запитав Юра в Юзека,— ми підемо на кухню, там наша кицька привела шестеро котенят? Такі манюні-манюні, і тільки вчора почали бачити!</w:t>
      </w:r>
    </w:p>
    <w:p>
      <w:r>
        <w:br/>
        <w:t>— На кухні хлопи,— пропищав Юзек і напиндючився.— До хлопів не годиться ходити.</w:t>
      </w:r>
    </w:p>
    <w:p>
      <w:r>
        <w:br/>
        <w:t>— Чому?</w:t>
      </w:r>
    </w:p>
    <w:p>
      <w:r>
        <w:br/>
        <w:t>— Бо не годиться.</w:t>
      </w:r>
    </w:p>
    <w:p>
      <w:r>
        <w:br/>
        <w:t>Юра не зрозумів. Помовчали.</w:t>
      </w:r>
    </w:p>
    <w:p>
      <w:r>
        <w:br/>
        <w:t>— А навесні я все одно втечу у пампаси,— заявив тоді Юра.— Ти знаєш слюсаревого Казимирку? В нього є справжній череп самого Кочубея.</w:t>
      </w:r>
    </w:p>
    <w:p>
      <w:r>
        <w:br/>
        <w:t>— Кочубей також був хлоп.</w:t>
      </w:r>
    </w:p>
    <w:p>
      <w:r>
        <w:br/>
        <w:t>— Він був полковник і великий поміщик. Пушкін каже, що "его луга необозримы, там табуны его коней пасутся вольны, нехранимы".</w:t>
      </w:r>
    </w:p>
    <w:p>
      <w:r>
        <w:br/>
        <w:t>— Все одно, татко казав, що він з хлопів. А хто такий Пушкін?</w:t>
      </w:r>
    </w:p>
    <w:p>
      <w:r>
        <w:br/>
        <w:t>— Письменник.</w:t>
      </w:r>
    </w:p>
    <w:p>
      <w:r>
        <w:br/>
        <w:t>— Хлоп?</w:t>
      </w:r>
    </w:p>
    <w:p>
      <w:r>
        <w:br/>
        <w:t>— Не знаю... Олександр Сергійович. А що таке хлоп?</w:t>
      </w:r>
    </w:p>
    <w:p>
      <w:r>
        <w:br/>
        <w:t>— Мужик.</w:t>
      </w:r>
    </w:p>
    <w:p>
      <w:r>
        <w:br/>
        <w:t>Помовчали.</w:t>
      </w:r>
    </w:p>
    <w:p>
      <w:r>
        <w:br/>
        <w:t>— Навесні,— запищав Юзек,— я поступлю до гімназії. Ага!</w:t>
      </w:r>
    </w:p>
    <w:p>
      <w:r>
        <w:br/>
        <w:t>— Я теж,— хотів був вихопитися Юра, але враз спохватився. Йому раптом зовсім перехотілося вступати до гімназії. Він заздро подивився на Юзекову шабельку.— Гімназисти,— сказав він,— ябедники. Вони, як піймають когось з наших, з Заріччя, зразу ж і б'ють. Паничі! Мамині мазунчики! Карандаші!</w:t>
      </w:r>
    </w:p>
    <w:p>
      <w:r>
        <w:br/>
        <w:t>— А коли я кінчу гімназію...— запищав був ще Юзек, але Юра його зразу ж перебив.</w:t>
      </w:r>
    </w:p>
    <w:p>
      <w:r>
        <w:br/>
        <w:t>— Вони ябедники! Вони виказують на своїх! І їх не беруть у солдати!..</w:t>
      </w:r>
    </w:p>
    <w:p>
      <w:r>
        <w:br/>
        <w:t>— Але я поступлю до польської гімназії! — погордливо закричав Юзек.— Вона відкривається тут з весни. Там будуть самі шляхтичі!</w:t>
      </w:r>
    </w:p>
    <w:p>
      <w:r>
        <w:br/>
        <w:t>— Дурак! — схватився Юра і раптом обома руками ухопився за Юзекову шабельку.</w:t>
      </w:r>
    </w:p>
    <w:p>
      <w:r>
        <w:br/>
        <w:t>— Віддай! — сіпнувся Юзек убік.</w:t>
      </w:r>
    </w:p>
    <w:p>
      <w:r>
        <w:br/>
        <w:t>Ремінець зараз же урвався, і шабелька опинилася в Юриних руках.</w:t>
      </w:r>
    </w:p>
    <w:p>
      <w:r>
        <w:br/>
        <w:t>— Віддай! — зарепетував Юзек і затупотів ногами.— Віддай! Вуличний хлопчисько! Хлоп!</w:t>
      </w:r>
    </w:p>
    <w:p>
      <w:r>
        <w:br/>
        <w:t>— Бий! — залементував і Юра. Шабля змахнулася вгору і впала вниз. З усієї сили Юра потяг піхвами Юзека по спині.— Бий гімназистів!</w:t>
      </w:r>
    </w:p>
    <w:p>
      <w:r>
        <w:br/>
        <w:t>— Гвалт! Он мнє біє!</w:t>
      </w:r>
    </w:p>
    <w:p>
      <w:r>
        <w:br/>
        <w:t>Але шабля була зовсім не замашна. Юра кинув її геть і загилив Юзека кулаком у вухо. З скаженим зойком Юзек простягся по підлозі. Тоді Юра затопив йому ще в потилицю. Потім копнув ногою під бік. І аж тоді кинувся щодуху навтікача. Мама, пані Бржонковська, Броніслав, Зося, Олег і Маруся вже бігли до кімнати з усіх боків. Юзек лежав на спині і, пацаючи ногами, верещав на цілий світ.</w:t>
      </w:r>
    </w:p>
    <w:p>
      <w:r>
        <w:br/>
        <w:t>Тікати треба було навсправжки і ховатися так, щоб ніхто не знайшов. Таке місце в Юри було. Він вибіг до коридора, проскочив у сінці біля кухні і мерщій чкурнув по сходах на другий поверх. То були чорні сходи до гімназичного пансіону. Але чорний хід був замкнений і не відкривався майже ніколи. Ключа від нього мав батько і користався інколи, коли, бувало, пансіонери здіймали раптом шарварок над головою і треба було їх несподівано накрити і посадити у карцер. Ще мав від дверей ключа пансіонський сторож Іван — у нього тут на площадці переховувалися лампові стекла, ганчірки, щітки, а також пляшки з горілкою і оселедці в газеті.</w:t>
      </w:r>
    </w:p>
    <w:p>
      <w:r>
        <w:br/>
        <w:t>Юра забіг на площадку і заховався в найдальший закуток. Було темно, пахло гасом, пилом і оселедцями. Знизу, з коридора, чулися схвильовані голоси. Пані Бржонковська хвилювалася, Юзек хлипав, мама кликала Юру. Серце Юри покотилося, як чуже. Так йому й треба, противному Юзеку — але все ж таки було здорово страшно. Що ж тепер мало бути?.. Мама, окликаючи Юру, пройшла до кухні.</w:t>
      </w:r>
    </w:p>
    <w:p>
      <w:r>
        <w:br/>
        <w:t>— Юрка! — гукала мама.— Де ти, паршивий хлопчисько! Іди зараз же сюди!</w:t>
      </w:r>
    </w:p>
    <w:p>
      <w:r>
        <w:br/>
        <w:t>Юра зовсім затиснувся між бідонами з гасом. Нафтовим духом било в ніс і боляче різало краєм бідона під ребра. Мама пройшла з кухні назад. І раптом спинилася під площадкою. Юрине серце зовсім перестало існувати.</w:t>
      </w:r>
    </w:p>
    <w:p>
      <w:r>
        <w:br/>
        <w:t>— Юрок! — сказала мама зовсім тихо, немовби не хотіла, щоб її хтось почув, або немовби їй було відомо, де знаходиться Юра.— Юрок, вилазь, милий! Вони, бог дасть, зараз підуть!</w:t>
      </w:r>
    </w:p>
    <w:p>
      <w:r>
        <w:br/>
        <w:t>Мама помовчала якийсь час, немов прислухаючись, і пройшла.</w:t>
      </w:r>
    </w:p>
    <w:p>
      <w:r>
        <w:br/>
        <w:t>Юра заплакав тихо і гірко. Йому було дуже жалко маму і себе. Що ж тепер буде? Ця чортова управителька ще може наробити мамі якоїсь капості. А що, коли вона покличе поліцію? Злість вирувала в Юриних грудях. Проклятий Юзька, задавака! Йому, бачите, діло до Юриної дірки. Аж мама почервоніла! Бідна мама... А — Бронька і Зоська? Сигари по десять карбованців, двадцять штук, і всіх гостей частувати! Ляльки їй, бачите, не вистачає! Паничі! Мазунчики! Дураки! Юра ще їм покаже! Нехай начуваються! "Дірка на черевику!.."</w:t>
      </w:r>
    </w:p>
    <w:p>
      <w:r>
        <w:br/>
        <w:t>Лють кублилася Юрі в грудях, і всидіти на місці було несила.</w:t>
      </w:r>
    </w:p>
    <w:p>
      <w:r>
        <w:br/>
        <w:t>Юра виповз з-поза бідонів і тихо поплазував по сходах униз. У кухні на столі стояла мамина робоча корзиночка — гачки до в'язання, наперсток, нитки, голки і ножиці. Юра взяв ножиці. Тоді тихо, навшпиньках, крадькома посунувся до передпокою.</w:t>
      </w:r>
    </w:p>
    <w:p>
      <w:r>
        <w:br/>
        <w:t>І в передпокої, і в коридорі було тихо. Голоси приглушено гули аж з їдальні. У смерку Юра намацав вішалку. От і пальто. Довге — Броньчине, коротенька кофточка з буфами — Зосьчина. Ага, от і Юзекова бекешка. Ножиці тихо схлипнули і застогнали. Нехай знає дірку на черевику, задавака! Гімназист! Одну секунду Юра завагався. Тоді клацнув ножицями кілька разів і пообрізав і пані Бржонковській на шубці ґудзики. Нехай не приходить, мармиза! Учительство, бачите, злиденно проживає. Шубку варто було б суціль покремсати!..</w:t>
      </w:r>
    </w:p>
    <w:p>
      <w:r>
        <w:br/>
        <w:t>Раптом голоси з їдальні ударили в передпокій дзвінко і гучно — то відчинили двері до коридора. Ножиці брязнули долі, і Юру здуло, мов вітром попіл. За півхвилини він був уже знову за бідонами, на площадці нагорі. Голоси прямували по коридору у передпокій. Ага, значить, Бржонковські вже йдуть! Не дочекалися й свого фаетона, щоб він вам по дорозі обломився! Постривайте, постривайте, не таке ще вам буде! Он Юра як покличе усіх своїх — як гукне Сьомку, Ваську, Казимирку, Васютку, Федька — вони їм ще пустять червоного півня. Того, що гуляє по губернії. Сатрапи!</w:t>
      </w:r>
    </w:p>
    <w:p>
      <w:r>
        <w:br/>
        <w:t>Юрі чути, як мама тихо і лагідно все ще перепрошує за нього. Але що це? Що це гуде? Таж то батьків голос. Він вже повернувся з гімназії! Він гуде, бубонить, хвилюється. О, він перепрошує теж! Юрине серце млосно стискається. Що він наробив! Що він наробив! Таж зараз...</w:t>
      </w:r>
    </w:p>
    <w:p>
      <w:r>
        <w:br/>
        <w:t>Страшні зойки розтинаються раптом з передпокою. Юра тулиться ще далі у куток і прикривається зверху Івановими гасовими ганчірками. Зойки щосекунди зростають. От Юзекова бекешка, от Зосьчина кофта, от Броньчине пальто. І пані Бржонковської гудзики... Здається, лементує цілий дім, цілий двір, ціле місто... Цілий світ! Юзька реве, Зоська верещить, пані Бржонковська сокоче, немов курка після яйця. А мама? Бідна мама, вона так гірко плаче. Батьків голос гримить залпами, і так страшно, що можна од страху вмерти.</w:t>
      </w:r>
    </w:p>
    <w:p>
      <w:r>
        <w:br/>
        <w:t>— ...віддам у свинопаси! — стріляє він зразу з усіх дванадцяти гармат.</w:t>
      </w:r>
    </w:p>
    <w:p>
      <w:r>
        <w:br/>
        <w:t>Да, да!..— чути Юрі, як схлипує мама.</w:t>
      </w:r>
    </w:p>
    <w:p>
      <w:r>
        <w:br/>
        <w:t>Сльози заливають Юрі лице, тужурку і навіть штани. Юра ж нікому не потрібний. Нікому! І нікого в нього ж нема. Батько і мама проженуть. Казимирка, Сьомка і хлопці його прогнали. Бо він учителівський, а вони вуличні. Цих проклятих панків Юрі ніколи не треба — він ще їм допече! І він буде собі сам... Нехай! Нікого йому не потрібно. Все життя буде собі сам... Або вмре... От візьме зараз і вмре. Хай ховають! Хай плачуть. Тоді побиватимуться, що були з ним несправедливі, та буде вже пізно. Нехай! Юра лежатиме собі у трупі, і довкола буде рясно-рясно квітів. І бузок, і троянди, і айстри. Всі плакатимуть, а він лежатиме собі... лежатиме собі... собі... мертвий...</w:t>
      </w:r>
    </w:p>
    <w:p>
      <w:r>
        <w:br/>
        <w:t>Ні, вмирати, звісно, не було потреби. Так хотілося ще пожити. Юра просто одягнеться зараз і втече з дому назовсім. І житиме собі один. Як Робінзон. На невідомому острові. У Великому або, ще краще, в Тихому океані. Він збудує собі з уламків корабля ранчо, ні — гасієнду, пі — бунгало, ні — просто вігвам, і житиме сам, навіть без П'ятниці.</w:t>
      </w:r>
    </w:p>
    <w:p>
      <w:r>
        <w:br/>
        <w:t>Як добре було б бути Робінзоном!</w:t>
      </w:r>
    </w:p>
    <w:p>
      <w:r>
        <w:br/>
        <w:t>На цьому Юра мало не засинає. Та голова, впавши на груди, немов підхоплюється сама. Юру збуджує раптова тиша. Двері за Бржонковськими хряпнули. Мама з батьком повернулися до їдальні. У передпокої і коридорі запала тиша і пітьма. Що ж його тепер робити? Юра зводиться і визирає з-за своїх барикад. Все спокійно і гаразд. Тільки страшно смердить гасом. Юра випростовується і стає перед вікном. Господи! Таж він весь, чисто весь залився гасом! Прокляті бідони течуть. Новий братів гімназичний костюм, позичений Юрі на маскарад! Юрі аж стає страшно. Значить, і костюм зіпсовано теж? Може, спробувати вимити спиртом?</w:t>
      </w:r>
    </w:p>
    <w:p>
      <w:r>
        <w:br/>
        <w:t>Власне — горілкою?</w:t>
      </w:r>
    </w:p>
    <w:p>
      <w:r>
        <w:br/>
        <w:t>Юра схоплюється і з-за другої зимової рами дістає Іванову пляшку з горілкою.</w:t>
      </w:r>
    </w:p>
    <w:p>
      <w:r>
        <w:br/>
        <w:t>Ні, то ж треба бензином, а не спиртом.</w:t>
      </w:r>
    </w:p>
    <w:p>
      <w:r>
        <w:br/>
        <w:t>Юра сідає на горішньому східці і кладе голову між долоні. Що ж його робити? Юзека побито, пальто порізано, і братів костюмчик зіпсовано... Так, так, все це так і було. І повернути так, щоб цього не було, вже неможливо. Це вже трапилося. Це непоправне. Непоправне!</w:t>
      </w:r>
    </w:p>
    <w:p>
      <w:r>
        <w:br/>
        <w:t>Сльози зпову лоскочуть Юру по щоках. Яке горе! Яка безвихідь! Що ж його робити?</w:t>
      </w:r>
    </w:p>
    <w:p>
      <w:r>
        <w:br/>
        <w:t>[1] Суфражистки — учасниці жіночого руху в Англії і Америці, які вимагали рівноправності жінок.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Череп Кочубея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