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Чемурако</w:t>
      </w:r>
    </w:p>
    <w:p>
      <w:r>
        <w:br/>
        <w:t xml:space="preserve"> &lt;p&gt;І. Кропива (Кость)</w:t>
      </w:r>
    </w:p>
    <w:p>
      <w:r>
        <w:br/>
        <w:t>Чемурако — це прізвище. Сашкове прізвище. Цілий день тільки й чуєш у класі:</w:t>
      </w:r>
    </w:p>
    <w:p>
      <w:r>
        <w:br/>
        <w:t>— Чемурако, не підказуй! Чемурако, не крутись! Чемурако, зайди в учительську!</w:t>
      </w:r>
    </w:p>
    <w:p>
      <w:r>
        <w:br/>
        <w:t>— І що ти за людина, Сашко Чемурако?! — запитала наша вожата, коли Сашко випустив на уроці зоології горобця з-під парти.</w:t>
      </w:r>
    </w:p>
    <w:p>
      <w:r>
        <w:br/>
        <w:t>— Не знаю,— відповів Сашко.— Якби я самого себе зустрів на вулиці, я б також дуже здивувався: що це за людина?</w:t>
      </w:r>
    </w:p>
    <w:p>
      <w:r>
        <w:br/>
        <w:t>Вожата розсердилась:</w:t>
      </w:r>
    </w:p>
    <w:p>
      <w:r>
        <w:br/>
        <w:t>— Знову ти вигадуєш нісенітниці! Хіба ж можна зустріти самого себе на вулиці?</w:t>
      </w:r>
    </w:p>
    <w:p>
      <w:r>
        <w:br/>
        <w:t>— А де можна? — спитав Сашко.</w:t>
      </w:r>
    </w:p>
    <w:p>
      <w:r>
        <w:br/>
        <w:t>Запитання справді дурне, бо навіть вожата засміялась, хоч була дуже сердита.</w:t>
      </w:r>
    </w:p>
    <w:p>
      <w:r>
        <w:br/>
        <w:t>З Чемураком завжди трапляються всякі історії. От зі мною ніколи б такого не сталось, я б не став випускати горобців на уроках, не стрибнув би з балкона, бо що з цього може вийти? — самі лише неприємності, і маму до школи можуть викликати.</w:t>
      </w:r>
    </w:p>
    <w:p>
      <w:r>
        <w:br/>
        <w:t>Сашкові добре — його маму як до школи викличеш? Вона геолог, і батько Сашків геолог, вони весь час в експедиціях. Сашко живе з бабусею і тому робить що хоче. Одного разу надумав навіть тікати до мами на Удокан, але його впіймали на якійсь станції і привели додому.</w:t>
      </w:r>
    </w:p>
    <w:p>
      <w:r>
        <w:br/>
        <w:t>У Чемурака над ліжком висить стара-престара географічна карта, на ній він позначає всі дороги і всі місця, де були його батьки. Він свою маму називає "хазяйкою Мідної гори", він і тут не може, щоб не вигадати нісенітницю. Правда, Сашко про це нікому не розповідав, я сам випадково побачив.</w:t>
      </w:r>
    </w:p>
    <w:p>
      <w:r>
        <w:br/>
        <w:t>Ми тоді якраз контрольну з геометрії писали, я хотів запитати, яка у нього відповідь вийшла, дивлюсь — а він листа пише: "Коли ти вже приїдеш, мамо, хазяйко Мідної гори?"</w:t>
      </w:r>
    </w:p>
    <w:p>
      <w:r>
        <w:br/>
        <w:t>Мені смішно стало; а коли Сашко здав зошит, учитель запитав:</w:t>
      </w:r>
    </w:p>
    <w:p>
      <w:r>
        <w:br/>
        <w:t>— Ти що ж, Чемурако, навіть не брався за задачу?</w:t>
      </w:r>
    </w:p>
    <w:p>
      <w:r>
        <w:br/>
        <w:t>— Ні,— сказав Сашко.</w:t>
      </w:r>
    </w:p>
    <w:p>
      <w:r>
        <w:br/>
        <w:t>— Чому? — здивувався учитель.</w:t>
      </w:r>
    </w:p>
    <w:p>
      <w:r>
        <w:br/>
        <w:t>Але Чемурако нічого не відповів, і тоді я пояснив, що він писав листа до хазяйки Мідної гори.</w:t>
      </w:r>
    </w:p>
    <w:p>
      <w:r>
        <w:br/>
        <w:t>— Тебе не питали про це! — розгнівався чомусь учитель.— Записую тобі зауваження в щоденник!</w:t>
      </w:r>
    </w:p>
    <w:p>
      <w:r>
        <w:br/>
        <w:t>От і вийшло по справедливості! Я правду сказав, так мені зауваження вклеїли, а Чемурака після уроків залишили, щоб він все-таки написав контрольну. Ще потім Діма Радченко, Сашка найперший друг-приятель, ябедою мене назвав.</w:t>
      </w:r>
    </w:p>
    <w:p>
      <w:r>
        <w:br/>
        <w:t>Та коли вже кого називати ябедою, то де Чемурака.</w:t>
      </w:r>
    </w:p>
    <w:p>
      <w:r>
        <w:br/>
        <w:t>Якось ми втрьох у м'яча грали, я кажу:</w:t>
      </w:r>
    </w:p>
    <w:p>
      <w:r>
        <w:br/>
        <w:t>— От зараз таку свічку поставлю,— на четвертому поверсі буде видно.</w:t>
      </w:r>
    </w:p>
    <w:p>
      <w:r>
        <w:br/>
        <w:t>Діма каже:</w:t>
      </w:r>
    </w:p>
    <w:p>
      <w:r>
        <w:br/>
        <w:t>— Краще не пробуй, Костю, бо у вікно попадеш.</w:t>
      </w:r>
    </w:p>
    <w:p>
      <w:r>
        <w:br/>
        <w:t>Свічка вийшла класна, тільки я справді у вікно влучив, прямо у хімічний кабінет влетів м'яч. Звідти хтось виглянув, а я р-раз — і під стіну: Діму і Сашка видно, а мене — ні.</w:t>
      </w:r>
    </w:p>
    <w:p>
      <w:r>
        <w:br/>
        <w:t>Я їм кулака показую:</w:t>
      </w:r>
    </w:p>
    <w:p>
      <w:r>
        <w:br/>
        <w:t>— Спробуйте скажіть тільки, що це я,— кісточок не зберете.</w:t>
      </w:r>
    </w:p>
    <w:p>
      <w:r>
        <w:br/>
        <w:t>— Нащо нам розповідати? Ти, голубчику, сам підеш і скажеш!</w:t>
      </w:r>
    </w:p>
    <w:p>
      <w:r>
        <w:br/>
        <w:t>І цей Чемурако вхопив мене за комір і по сходах до кабінету потяг:</w:t>
      </w:r>
    </w:p>
    <w:p>
      <w:r>
        <w:br/>
        <w:t>— Іди розповідай, а я тут почекаю!</w:t>
      </w:r>
    </w:p>
    <w:p>
      <w:r>
        <w:br/>
        <w:t>То хто після цього ябеда — я чи Сашко?</w:t>
      </w:r>
    </w:p>
    <w:p>
      <w:r>
        <w:br/>
        <w:t>В суботу ми всім класом на Чортові скелі ходили, кілометрів десять за містом. Ще коли ми на шкільному подвір'ї рюкзаки складали, Діма почав хвалитись:</w:t>
      </w:r>
    </w:p>
    <w:p>
      <w:r>
        <w:br/>
        <w:t>— От побачите, я перший дійду!</w:t>
      </w:r>
    </w:p>
    <w:p>
      <w:r>
        <w:br/>
        <w:t>— Не кажи, Дімо, гоп, поки не перескочиш! — засміявся Чемурако.</w:t>
      </w:r>
    </w:p>
    <w:p>
      <w:r>
        <w:br/>
        <w:t>— Правильно,— сказав і я,— не хвались!</w:t>
      </w:r>
    </w:p>
    <w:p>
      <w:r>
        <w:br/>
        <w:t>— А ти котись звідси! — буркнув Сашко.</w:t>
      </w:r>
    </w:p>
    <w:p>
      <w:r>
        <w:br/>
        <w:t>Ну, я тоді розсердився. Взяв і переклав половину вантажу із свого рюкзака в Дімчин. Я так, пожартувати хотів, я потім хотів забрати — що ж тут такого, поніс би Діма трохи. У нього плечі, як у штангіста. Але Дімка вперед одразу побіг, тільки-но ми на шосейну дорогу вийшли, а я відстав, бо в мене на сонці завжди голова починає боліти. Тоді наша вожата сказала:</w:t>
      </w:r>
    </w:p>
    <w:p>
      <w:r>
        <w:br/>
        <w:t>— Чемурако, ти вже не поспішай, Янчуку допомагатимеш. Бачиш, який він незагартований.</w:t>
      </w:r>
    </w:p>
    <w:p>
      <w:r>
        <w:br/>
        <w:t>От ідемо ми і все більше відстаємо, вже хлопців і не видно за поворотом. Чемурако злиться:</w:t>
      </w:r>
    </w:p>
    <w:p>
      <w:r>
        <w:br/>
        <w:t>— Навіщот'и йшов у похід, коли ти такий слабак?</w:t>
      </w:r>
    </w:p>
    <w:p>
      <w:r>
        <w:br/>
        <w:t>Я мовчу, навіщо з ним сперечатись? А він врешті пропонує:</w:t>
      </w:r>
    </w:p>
    <w:p>
      <w:r>
        <w:br/>
        <w:t>— Давай сюди свій рюкзак, понесу трохи, може, скоріше підеш.</w:t>
      </w:r>
    </w:p>
    <w:p>
      <w:r>
        <w:br/>
        <w:t>Простяг я йому рюкзак, а Сашко каже:</w:t>
      </w:r>
    </w:p>
    <w:p>
      <w:r>
        <w:br/>
        <w:t>— То він же в тебе зовсім легкий, ти що, не взяв нічого з собою?</w:t>
      </w:r>
    </w:p>
    <w:p>
      <w:r>
        <w:br/>
        <w:t>— Взяв, тільки рюкзак маленький, мало і вміщається...</w:t>
      </w:r>
    </w:p>
    <w:p>
      <w:r>
        <w:br/>
        <w:t>Сонце пече — сили нема, ледве ноги переступають. Асфальт розплавлений, м'який, підошви прилипають — смола! Я відпочити хочу, а Чемурако йде та йде:</w:t>
      </w:r>
    </w:p>
    <w:p>
      <w:r>
        <w:br/>
        <w:t>— Треба наших наздогнати!</w:t>
      </w:r>
    </w:p>
    <w:p>
      <w:r>
        <w:br/>
        <w:t>Раптом машина біля нас загальмувала:</w:t>
      </w:r>
    </w:p>
    <w:p>
      <w:r>
        <w:br/>
        <w:t>— Сідайте, хлопці, якщо по дорозі,— підвезу! — відчинив дверцята шофер.</w:t>
      </w:r>
    </w:p>
    <w:p>
      <w:r>
        <w:br/>
        <w:t>— Нам на Чортові скелі!</w:t>
      </w:r>
    </w:p>
    <w:p>
      <w:r>
        <w:br/>
        <w:t>— Сідайте!</w:t>
      </w:r>
    </w:p>
    <w:p>
      <w:r>
        <w:br/>
        <w:t>— Не можна,— каже Чемурако,— у нас похід.</w:t>
      </w:r>
    </w:p>
    <w:p>
      <w:r>
        <w:br/>
        <w:t>— Ну, знаєш, можеш собі тьопати, а я поїду — і все!</w:t>
      </w:r>
    </w:p>
    <w:p>
      <w:r>
        <w:br/>
        <w:t>Вхопив я свій рюкзак, сів у машину, і ми поїхали, і перегнали наших. Я раніше від усіх був біля скель, зрихтував курінь із гілок, сиджу, воду джерельну п'ю. А коли всі прийшли, я засміявся:</w:t>
      </w:r>
    </w:p>
    <w:p>
      <w:r>
        <w:br/>
        <w:t>— Гей, Дімко, хто раніше?</w:t>
      </w:r>
    </w:p>
    <w:p>
      <w:r>
        <w:br/>
        <w:t>А він насупився, мовчить і ногу йодом запиває: проколов.</w:t>
      </w:r>
    </w:p>
    <w:p>
      <w:r>
        <w:br/>
        <w:t>— А де Чемурако? — питає вожата.</w:t>
      </w:r>
    </w:p>
    <w:p>
      <w:r>
        <w:br/>
        <w:t>— Звідки я знаю? Він відстав.</w:t>
      </w:r>
    </w:p>
    <w:p>
      <w:r>
        <w:br/>
        <w:t>— Чому ж ви разом не йшли?</w:t>
      </w:r>
    </w:p>
    <w:p>
      <w:r>
        <w:br/>
        <w:t>— Він сам не хотів,— кажу я.— Не міг же я його на собі принести!</w:t>
      </w:r>
    </w:p>
    <w:p>
      <w:r>
        <w:br/>
        <w:t>Сашко з'явився, коли вже кінчали напинати намети. Почав він Дімці допомагати, і чую я, що Дїмка йому скаржиться:</w:t>
      </w:r>
    </w:p>
    <w:p>
      <w:r>
        <w:br/>
        <w:t>— Ти знаєш, мій рюкзак такий важкий чомусь був, ледве його доніс! Ніби на двох там покладено!</w:t>
      </w:r>
    </w:p>
    <w:p>
      <w:r>
        <w:br/>
        <w:t>— На двох? — перепитав Чемурако.</w:t>
      </w:r>
    </w:p>
    <w:p>
      <w:r>
        <w:br/>
        <w:t>Так, і хлібини дві, і консервів більше, ніж у інших! Ще й оця штука! — і показав Сашкові мого черевика.</w:t>
      </w:r>
    </w:p>
    <w:p>
      <w:r>
        <w:br/>
        <w:t>Подивився Сашко на черевика і каже:</w:t>
      </w:r>
    </w:p>
    <w:p>
      <w:r>
        <w:br/>
        <w:t>— Знаю я, чия це робота!</w:t>
      </w:r>
    </w:p>
    <w:p>
      <w:r>
        <w:br/>
        <w:t>Після обіду підійшов він до мене.</w:t>
      </w:r>
    </w:p>
    <w:p>
      <w:r>
        <w:br/>
        <w:t>— Ану ходім на розмову, Янчук!</w:t>
      </w:r>
    </w:p>
    <w:p>
      <w:r>
        <w:br/>
        <w:t>Краще піду, думаю, а то ще здійме тут Чемурако колотнечу, настрій усім зіпсує.</w:t>
      </w:r>
    </w:p>
    <w:p>
      <w:r>
        <w:br/>
        <w:t>Біля лісу спинився Сашко:</w:t>
      </w:r>
    </w:p>
    <w:p>
      <w:r>
        <w:br/>
        <w:t>— Це ти Дімці свої речі в рюкзак поклав?</w:t>
      </w:r>
    </w:p>
    <w:p>
      <w:r>
        <w:br/>
        <w:t>— Ну я, а що? Я пожартувати хотів, а він потім...</w:t>
      </w:r>
    </w:p>
    <w:p>
      <w:r>
        <w:br/>
        <w:t>— За такі жарти знаєш що роблять? Та ти очима не кліпай, не лякайся. Я з тобою битись не буду: ти для мене лежачий і так. Ти знаєш, що зробиш? Он, бачиш, кропива? От і лізь туди, це, кажуть, здорово — в кропиві посидіти! Нервову систему зміцнює.</w:t>
      </w:r>
    </w:p>
    <w:p>
      <w:r>
        <w:br/>
        <w:t>Я тоді як закричу:</w:t>
      </w:r>
    </w:p>
    <w:p>
      <w:r>
        <w:br/>
        <w:t>— Не маєш права!</w:t>
      </w:r>
    </w:p>
    <w:p>
      <w:r>
        <w:br/>
        <w:t>Звичайно, всі почули крик, хтось гукає "а-гов!", Сашко тоді р-раз! — і штовхнув мене в самісіньку кропиву. А я навіть без майки був і на сонці трохи обгорів, а кропива густа! Прибігли хлопці, і вожата з ними. Каже Сашкові:</w:t>
      </w:r>
    </w:p>
    <w:p>
      <w:r>
        <w:br/>
        <w:t>— Чемурако, ти що зробив? Чому ти завжди нам усе псуєш?</w:t>
      </w:r>
    </w:p>
    <w:p>
      <w:r>
        <w:br/>
        <w:t>— Нехай він сам скаже! — відповів Чемурако і на мене показав.</w:t>
      </w:r>
    </w:p>
    <w:p>
      <w:r>
        <w:br/>
        <w:t>А що я міг розповідати? І так все ясно було, що Чемурако мене в кропиву штовхнув, що тут було розповідати?</w:t>
      </w:r>
    </w:p>
    <w:p>
      <w:r>
        <w:br/>
        <w:t>— Чому ти це зробив, Чемурако?</w:t>
      </w:r>
    </w:p>
    <w:p>
      <w:r>
        <w:br/>
        <w:t>— Нічого я вам не скажу, не скажу і все. Нехай він сам!</w:t>
      </w:r>
    </w:p>
    <w:p>
      <w:r>
        <w:br/>
        <w:t>— Ти ще й грубо відповідаєш! — обурилась вожата.— Мабуть, доведеться з тобою інакше поговорити.</w:t>
      </w:r>
    </w:p>
    <w:p>
      <w:r>
        <w:br/>
        <w:t>Потім уже Дімка роздзвонив, що я йому в рюкзак свої речі поклав. Мені за це теж трохи перепало, зате Чемурака на три дні зі школи виключили: моя мама до директора ходила, у мене ж після тієї кропиви температура підвищилась, мама навіть боялася мене на вулицю випускати.</w:t>
      </w:r>
    </w:p>
    <w:p>
      <w:r>
        <w:br/>
        <w:t>II. Доросла розмова (Діма)</w:t>
      </w:r>
    </w:p>
    <w:p>
      <w:r>
        <w:br/>
        <w:t>Я прийшов до Сашка після уроків. Він сидів на підвіконні і дрімав. Він навіть не почув, як я увійшов.</w:t>
      </w:r>
    </w:p>
    <w:p>
      <w:r>
        <w:br/>
        <w:t>— Про що ти думаєш?</w:t>
      </w:r>
    </w:p>
    <w:p>
      <w:r>
        <w:br/>
        <w:t>— Я зараз не думаю, Дімо. Я просто дивлюся в одну точку.</w:t>
      </w:r>
    </w:p>
    <w:p>
      <w:r>
        <w:br/>
        <w:t>— А... а,— сказав я.— Хочеш, підемо в кіно?</w:t>
      </w:r>
    </w:p>
    <w:p>
      <w:r>
        <w:br/>
        <w:t>— Не хочу. І не поводься зі мною так, ніби я хворий.</w:t>
      </w:r>
    </w:p>
    <w:p>
      <w:r>
        <w:br/>
        <w:t>— Я не поводжусь.</w:t>
      </w:r>
    </w:p>
    <w:p>
      <w:r>
        <w:br/>
        <w:t>— Слухай, Дімко, якби я знав, що мене виключать, я б все одно примусив його лізти в кропиву.</w:t>
      </w:r>
    </w:p>
    <w:p>
      <w:r>
        <w:br/>
        <w:t>Я нічого не міг на це відповісти, бо вся історія сталася через мене. Кость Янчук підсунув мені в рюкзак свої речі, а Сашко звелів за це Костеві лізти в кропиву. Кость запевняє, ніби Сашко його штовхнув, але раз Сашко говорить, що просто він йому звелів, а Кость сам з переляку поліз, то так воно й було.</w:t>
      </w:r>
    </w:p>
    <w:p>
      <w:r>
        <w:br/>
        <w:t>Тепер Сашка на три дні виключили з школи. Якби Костя виключили з школи на три дні, він би від радості 1шщав, а Сашко дивиться в одну точку. Мені жаль Сашка, але йому про це не скажеш: образиться. Я вже знаю. Одного разу він грав у ножика і всадив ніж не в землю, а в ногу, і потім витягав лезо з ступні, і навіть не скривився. Зате у мене фізіономія сама собою зморщилась, і я спитав:</w:t>
      </w:r>
    </w:p>
    <w:p>
      <w:r>
        <w:br/>
        <w:t>— Тобі боляче, Саню?</w:t>
      </w:r>
    </w:p>
    <w:p>
      <w:r>
        <w:br/>
        <w:t>А він тоді од мене відвернувся і відповів:</w:t>
      </w:r>
    </w:p>
    <w:p>
      <w:r>
        <w:br/>
        <w:t>— Не лізь до людини з жалістю!</w:t>
      </w:r>
    </w:p>
    <w:p>
      <w:r>
        <w:br/>
        <w:t>— Дімко,— сказав раптом Сашко,— а ти знаєш, я ж нічогісінько в житті не вмію робити.</w:t>
      </w:r>
    </w:p>
    <w:p>
      <w:r>
        <w:br/>
        <w:t>— Не вигадуй,— кажу я.— Як це так — нічого? Ну, а... а... ну, хто краще від тебе в класі у баскет грає?</w:t>
      </w:r>
    </w:p>
    <w:p>
      <w:r>
        <w:br/>
        <w:t>— "А... а...",— невесело передражнив мене Сашко,— бачиш, нічого, крім баскета, ти не надумав. Але я не про це. В баскет кожен може... От знаєш, тато казав, що людина всяку справу повинна по-справжньому робити, але ще в людини мусить бути головне, без чого вона жити не може і в чому вона, тато сказав, в чому вона повністю виявиться. Розумієш, про що я?</w:t>
      </w:r>
    </w:p>
    <w:p>
      <w:r>
        <w:br/>
        <w:t>Я кивнув головою, а Сашко заперечив:</w:t>
      </w:r>
    </w:p>
    <w:p>
      <w:r>
        <w:br/>
        <w:t>— Неправда, так відразу не зрозумієш, я про це знаєш скільки вже думаю, а ще не розумію... От мама моя... Коли вона приїжджає, все вдома кращим стає. І мені хочеться, щоб вона завжди була вдома, варила смачні страви і робила гномів і дятлів із сухих галузок. Та я їй про це все одно не скажу. Вона ж не просто мама, вона хазяйка Мідної гори. Всі радять їй залишити експедиції і мене виховувати, бо я шибайголова. Вона питає: ти справді хочеш, щоб я тебе за руку в школу водила? Я кажу: ні, хазяйко Мідної гори, йди в експедицію і знайди свій заповітний мінерал. А я вже постараюсь... От і постарався!</w:t>
      </w:r>
    </w:p>
    <w:p>
      <w:r>
        <w:br/>
        <w:t>— Ми твоїй мамі нічого не напишемо.</w:t>
      </w:r>
    </w:p>
    <w:p>
      <w:r>
        <w:br/>
        <w:t>— Не в тому річ, можете навіть написати, якщо Янчукові так дуже хочеться. Тільки чим я кращий від Костя?</w:t>
      </w:r>
    </w:p>
    <w:p>
      <w:r>
        <w:br/>
        <w:t>— Це ти вже зовсім дурне говориш!</w:t>
      </w:r>
    </w:p>
    <w:p>
      <w:r>
        <w:br/>
        <w:t>— Правда! В нього нема головного — і в мене нема. Якби було, не кричали б усі: "Чємурако, що ти за людина?"</w:t>
      </w:r>
    </w:p>
    <w:p>
      <w:r>
        <w:br/>
        <w:t>Ніколи ще ми з Сашком про таке доросле не говорили. Ми завжди більше про футбол, про школу, ну, про все звичайне. А про головне — ні, про таке ми ще не говорили. У мене аж голова заболіла, так я задумався. Мозок ніби заворушився в голові. А Сашко зовсім сумний став, мовби її справді захворів. Тут я раптом згадав, що приніс йому зошит з домашніми творами. Нам учителька літератури часом дає таке завдання: написати про якийсь випадок, розповісти про хорошу людину. У Сашка це здорово виходить. Він як розпише! Він раз на історії про одного короля і про його походи почав розповідати. Ми слухали й думали, де це Чємурако все вичитав,— бо в підручнику такого не було. А вчитель раптом і каже:</w:t>
      </w:r>
    </w:p>
    <w:p>
      <w:r>
        <w:br/>
        <w:t>— Чємурако, тобі слід би двійку поставити за те, що ти вирішив нас усіх одурити своєю розповіддю, але дуже вже все правдоподібно ти вигадав! Скажи, в якому році була Грюнвальдська битва?</w:t>
      </w:r>
    </w:p>
    <w:p>
      <w:r>
        <w:br/>
        <w:t>І не поставили Сашкові двійку. Кость тоді в'їдливо губу закопилив: мовляв Чемурако хитрий, йому все з рук спливає. А нехай би сам спробував таким хитрим бути — не вийде!</w:t>
      </w:r>
    </w:p>
    <w:p>
      <w:r>
        <w:br/>
        <w:t>Ось я пригадав про зошит і про те, що вчителька сказала.</w:t>
      </w:r>
    </w:p>
    <w:p>
      <w:r>
        <w:br/>
        <w:t>— Сашко! — я його за рукав тягну, а він все одно мовчить,— Чемурако, а нам сьогодні твір віддали, і Марія Петрівна сказала, що ти справжнє оповідання написав. Тільки ти чотири помилки зробив, тому тобі "трояк" виставили.</w:t>
      </w:r>
    </w:p>
    <w:p>
      <w:r>
        <w:br/>
        <w:t>Сашко махнув рукою:</w:t>
      </w:r>
    </w:p>
    <w:p>
      <w:r>
        <w:br/>
        <w:t>— Мені тепер все одно.</w:t>
      </w:r>
    </w:p>
    <w:p>
      <w:r>
        <w:br/>
        <w:t>І в цю мить я таке придумав, що вже не міг ні хвилини в Сашка сидіти. Якби я навіть почув, що мене на Марс посилають, попросив би почекати, поки я задумане зроблю.</w:t>
      </w:r>
    </w:p>
    <w:p>
      <w:r>
        <w:br/>
        <w:t>Я сказав:</w:t>
      </w:r>
    </w:p>
    <w:p>
      <w:r>
        <w:br/>
        <w:t>— Що ж, тоді сиди і нудься, Чемурако, раз ти став таким кисляком. А я піду — робота є.</w:t>
      </w:r>
    </w:p>
    <w:p>
      <w:r>
        <w:br/>
        <w:t>Я примчав додому, навіть не пообідав, і взявся перетісувати Сашків твір — щоб без помилок. А потім склав папір вчетверо і пішов до редакції.</w:t>
      </w:r>
    </w:p>
    <w:p>
      <w:r>
        <w:br/>
        <w:t>Ніколи б не подумав, що так страшно стукати у великі, оббиті шкірою двері. Якби це не для Сашка, я — признаюсь по правді — утік би.</w:t>
      </w:r>
    </w:p>
    <w:p>
      <w:r>
        <w:br/>
        <w:t>Хвилин п'ять я стояв під дверима, поки наважився увійти. Бо дуже вже жаль було Сашка Чемурака, який сидів і дивився в одну точку і думав, що він не людина, а пусте місце.</w:t>
      </w:r>
    </w:p>
    <w:p>
      <w:r>
        <w:br/>
        <w:t>Тому я й увійшов.</w:t>
      </w:r>
    </w:p>
    <w:p>
      <w:r>
        <w:br/>
        <w:t>III. Чемурако із щитом (Сашко)</w:t>
      </w:r>
    </w:p>
    <w:p>
      <w:r>
        <w:br/>
        <w:t>Погано бути виключеним. Здається, ніби тебе взагалі нема. Ніби тебе на щит поклали і вже навіть забули трохи, що ти існував.</w:t>
      </w:r>
    </w:p>
    <w:p>
      <w:r>
        <w:br/>
        <w:t>Правда, Діма не забув. Дивак, він вважає себе в усьому винним. Смішний, якби на його місці був хтось інший, хіба я вибачив би Костеві? Річ не в тому, хто зробив і з ким зробили, а в тому, що підлість була.</w:t>
      </w:r>
    </w:p>
    <w:p>
      <w:r>
        <w:br/>
        <w:t>Тільки тепер уже не варто про це думати. Я про це думав, коли мене виключили.</w:t>
      </w:r>
    </w:p>
    <w:p>
      <w:r>
        <w:br/>
        <w:t>Іноді мені дуже хотілося, щоб було три вихідних підряд, щоб не треба було сидіти на уроках. Знаходиш безліч справ, які необхідно зробити: проявити плівку, зашити футбольний м'яч, полагодити спінінг. І здається, що з цим можна впоратись тільки тоді, коли не підеш до школи.</w:t>
      </w:r>
    </w:p>
    <w:p>
      <w:r>
        <w:br/>
        <w:t>Звичайно, колись мені ще схочеться, щоб було три неділі підряд, але коли я був виключений, я не міг чомусь проявляти плівку. Я думав про школу. Може, це тому, що не можна було йти туди. Справді, завжди мені найбільше хочеться робити те, що не дозволяють...</w:t>
      </w:r>
    </w:p>
    <w:p>
      <w:r>
        <w:br/>
        <w:t>За три дні я звик пізніше вставати, і в суботу мало не проспав. Страшенно не хотілося вставати зранку.</w:t>
      </w:r>
    </w:p>
    <w:p>
      <w:r>
        <w:br/>
        <w:t>У трамваї я відразу купив квиток і не стрибнув на ходу, хоч потім і довелось вертатися вгору. Я дійшов до провулка і рантом побачив Костеву спину. Спина була противна, кругла, затягнута в синю теніску, а довге Костеве волосся лягало на комірець, і така мене злість раптом узяла! Він я:е три дні потихеньку радів: ага, а все-таки Дімка ніс мої черевики! Ага, а Чемурако не має права сісти за парту! І думав, напевно, що знову, може, зробить підлість, а покарають когось іншого.</w:t>
      </w:r>
    </w:p>
    <w:p>
      <w:r>
        <w:br/>
        <w:t>І тоді я повернув геть від школи. Я не міг піти і сісти за парту, і щоб ззаду, за моєю спиною, сопів Кость.</w:t>
      </w:r>
    </w:p>
    <w:p>
      <w:r>
        <w:br/>
        <w:t>Цього разу я не взяв у трамваї квитка, бо не було копійок, і доїхав до Личаківської, а звідти пішки рушив до Винниківського лісу.</w:t>
      </w:r>
    </w:p>
    <w:p>
      <w:r>
        <w:br/>
        <w:t>У нас у вересні дуже тепло, немов улітку. Я пішов до лісу, хоч нічого там було тепер робити. Тато каже: гриб любить, щоб його до полудня шукали; та й дощу давно не було — які ж гриби? Але я все одно пішов і не жалкував, бо в лісі у вересні гарно, тихо і прозоро.</w:t>
      </w:r>
    </w:p>
    <w:p>
      <w:r>
        <w:br/>
        <w:t>Я знайшов пеньок, схожий на маленьку фортецю, мабуть, саме такі будували в середньовіччі.</w:t>
      </w:r>
    </w:p>
    <w:p>
      <w:r>
        <w:br/>
        <w:t>Хазяйка Мідної гори дуже б зраділа цій знахідці і навіть запропонувала б викорчувати і перенести додому. У нас вдома справжній музей із усяких дивовижних коренів, гілочок, колекцій метеликів, гербаріїв і, звичайно, мінералів.</w:t>
      </w:r>
    </w:p>
    <w:p>
      <w:r>
        <w:br/>
        <w:t>Я маму часто називаю хазяйкою Мідної гори, це не</w:t>
      </w:r>
    </w:p>
    <w:p>
      <w:r>
        <w:br/>
        <w:t>я придумав, це тато, але мені подобається, і я звик до цього імені.</w:t>
      </w:r>
    </w:p>
    <w:p>
      <w:r>
        <w:br/>
        <w:t>Думаючи про маму, я раптом зрозумів, що треба було йти до школи, а не до лісу. Навіть коли б у класі ще один Кость з'явився. Хоч би як там було, до школи однаково треба ж було колись повернутися. І потім, якщо порахувати все інше, крім кропиви: і димову завісу, і прогулянку по шкільному даху,— то треба ж було зі мною щось зробити, не могли ж мені за це грамоту видати!</w:t>
      </w:r>
    </w:p>
    <w:p>
      <w:r>
        <w:br/>
        <w:t>Звичайно, за прогул мені знову перепаде. Доведеться сказати, що забув, на скільки днів мене виключили.</w:t>
      </w:r>
    </w:p>
    <w:p>
      <w:r>
        <w:br/>
        <w:t>Так я вирішив і взяв портфель, набитий усякими галузками, і пішов з лісу. Я йшов по дорозі і думав: "Ну що ти за людина, Чемурако?"</w:t>
      </w:r>
    </w:p>
    <w:p>
      <w:r>
        <w:br/>
        <w:t>Вдома на мене чекав мамин лист. Від листа не стало веселіше, бо у мами трапилась прикрість. Вона думала, що знайшла важливий мінерал, але аналіз і дослідження не підтвердили маминого припущення. Мама просила, щоб я написав їй веселого листа, вигадав якусь смішну історію: "У тебе здорово виходить — вигадувати історії!"</w:t>
      </w:r>
    </w:p>
    <w:p>
      <w:r>
        <w:br/>
        <w:t>У понеділок зранку я бігав кидати листа на вокзал, просто в скриньку на поштовому вагоні. Так лист до мами скоріше дійде. Смішної історії я не —міг вигадати, я написав про себе і про Костя, тільки не признався, що це я і Кость.</w:t>
      </w:r>
    </w:p>
    <w:p>
      <w:r>
        <w:br/>
        <w:t>Хочу знати, як мама скаже,— треба було Костя в кропиву заганяти чи ні? Я знаю: такого взагалі може й не слід робити, але все ж таки — треба було чи ні?</w:t>
      </w:r>
    </w:p>
    <w:p>
      <w:r>
        <w:br/>
        <w:t>Я прибіг разом із дзвінком, добре, хоч вчитель ще не зайшов у клас. Я боявся: зараз хлопці почнуть про щось розпитувати і стануть жаліти мене, як Дімка. Але все було в нормі.</w:t>
      </w:r>
    </w:p>
    <w:p>
      <w:r>
        <w:br/>
        <w:t>Хтось мене запитав:</w:t>
      </w:r>
    </w:p>
    <w:p>
      <w:r>
        <w:br/>
        <w:t>— Задачу розв'язав? Дай гляну!</w:t>
      </w:r>
    </w:p>
    <w:p>
      <w:r>
        <w:br/>
        <w:t>Я став шукати зошит і раптом побачив, що в портфелі сухі галузки з лісу: я забув узяти зошити і підручники, все було тільки суботнє.</w:t>
      </w:r>
    </w:p>
    <w:p>
      <w:r>
        <w:br/>
        <w:t>І тут Кость хихикнув і сказав:</w:t>
      </w:r>
    </w:p>
    <w:p>
      <w:r>
        <w:br/>
        <w:t>— Де вже там Чемурако про задачі думатиме! Він тепер у нас письменник, велика людина!</w:t>
      </w:r>
    </w:p>
    <w:p>
      <w:r>
        <w:br/>
        <w:t>Я нічого не зрозумів, думаю: ну й конячі у Костя жарти! Але мені не до нього було, я звернувся до Діми:</w:t>
      </w:r>
    </w:p>
    <w:p>
      <w:r>
        <w:br/>
        <w:t>— Дай у темпі задачу — скатати треба!</w:t>
      </w:r>
    </w:p>
    <w:p>
      <w:r>
        <w:br/>
        <w:t>Дімка дав, я став переписувати задачу в зошит з німецької, тільки з другого кінця.</w:t>
      </w:r>
    </w:p>
    <w:p>
      <w:r>
        <w:br/>
        <w:t>Янчук знову хихикнув:</w:t>
      </w:r>
    </w:p>
    <w:p>
      <w:r>
        <w:br/>
        <w:t>— Чемурако, а ти підсунь Івану Тимофійовичу своє оповідання, він почне читати і забуде про задачу!</w:t>
      </w:r>
    </w:p>
    <w:p>
      <w:r>
        <w:br/>
        <w:t>Тут у клас увійшов Іван Тимофійович. Сховавшись за Дімчину спину, я кінчав писати, а Іван Тимофійович підвівся, по класу пройшов і каже:</w:t>
      </w:r>
    </w:p>
    <w:p>
      <w:r>
        <w:br/>
        <w:t>— Ну, шановний новелісте, може, ви і в геометрії щось тямите? Йдіть до дошки і поясніть, як робили домашнє завдання! Чемурако, ти що ж, не хочеш відповідати?</w:t>
      </w:r>
    </w:p>
    <w:p>
      <w:r>
        <w:br/>
        <w:t>Тільки тепер я зрозумів, що це до мене звертались— "шановний новелісте", але чому мене так прозвали? Загадка!</w:t>
      </w:r>
    </w:p>
    <w:p>
      <w:r>
        <w:br/>
        <w:t>Іван Тимофійович здорово ганяв мене, довелось не тільки задачу розв'язувати, а доводити якусь теорему.</w:t>
      </w:r>
    </w:p>
    <w:p>
      <w:r>
        <w:br/>
        <w:t>Сівши на місце, я побачив на парті записку від Дімки: "Ти нічого не знаєш?"</w:t>
      </w:r>
    </w:p>
    <w:p>
      <w:r>
        <w:br/>
        <w:t>Я прошепотів: "Ні, а що сталося?"</w:t>
      </w:r>
    </w:p>
    <w:p>
      <w:r>
        <w:br/>
        <w:t>— Чемурако, не розмовляй! — почув я голос учителя.— Зараз ти всього лише школяр на уроці, а новелістом будеш потім!</w:t>
      </w:r>
    </w:p>
    <w:p>
      <w:r>
        <w:br/>
        <w:t>— Чому ви мене так називаєте? Ніякий я не новеліст.</w:t>
      </w:r>
    </w:p>
    <w:p>
      <w:r>
        <w:br/>
        <w:t>Кость Янчук засміявся:</w:t>
      </w:r>
    </w:p>
    <w:p>
      <w:r>
        <w:br/>
        <w:t>— Скромність прикрашає людину! А це що таке? — І на мою парту лягла газета. Я дивився і очам своїм не вірив: на четвертій сторінці вгорі стояло моє прізвище — О. Чемурако, і великими жирними літерами назва мого домашнього твору: "Дорога до вершини". Звідки вони його добули?</w:t>
      </w:r>
    </w:p>
    <w:p>
      <w:r>
        <w:br/>
        <w:t>— Чемурако! Не займайся, будь ласка, сторонніми справами!</w:t>
      </w:r>
    </w:p>
    <w:p>
      <w:r>
        <w:br/>
        <w:t>Але я не міг не займатись. Хто б відклав газету, де несподівано, без відома людини, надруковане її власне прізвище, де над домашнім твором стоїть: "Оповідання"?</w:t>
      </w:r>
    </w:p>
    <w:p>
      <w:r>
        <w:br/>
        <w:t>Взагалі вони усе переплутали, це не оповідання, це справді так і було, я ані слова не вигадав, написав, як мені розповів тато.</w:t>
      </w:r>
    </w:p>
    <w:p>
      <w:r>
        <w:br/>
        <w:t>Колись хазяйка Мідної гори пішла з альпіністами на Памір. Мороз був такий, що вода в чайнику відразу замерзала, альпеншток ковзав по льоду. Тільки четверо — троє мужчин і моя мама — відважились покинути останню стоянку і рушили до вершини. Вони йшли, і раптом передній відсахнувся, майже втрачаючи рівновагу: перед ними стояв ведмідь. Він стояв, піднісши вгору одну лапу, напівприсівши, немов збирався напасти на втомлених, знесилених людей. І тут несподівано вперед вийшла моя мама, хазяйка Мідної гори, і вдарила ведмедя альпенштоком. І тоді всі почули прозорий, крижаний дзвін: ведмідь був мертвий, він замерз тут, на величезній висоті. Неначе навмисне прийшов умерти високо в гори.</w:t>
      </w:r>
    </w:p>
    <w:p>
      <w:r>
        <w:br/>
        <w:t>Я читав свою надруковану розповідь про це, і мої власні слова здавались мені якимись дивними, ніби не я писав, не я над цим думав, а вперше ось тільки в газеті побачив.</w:t>
      </w:r>
    </w:p>
    <w:p>
      <w:r>
        <w:br/>
        <w:t>— Що ж — сказав учитель,— раз ти вже не можеш відірватись од свого власного твору, то читай вголос для всіх. Тільки — ні, не ти, не ти, Чемурако, в тебе дикція погана... Радченко, ти читай!</w:t>
      </w:r>
    </w:p>
    <w:p>
      <w:r>
        <w:br/>
        <w:t>Діма простягнув руку по газету, чомусь дуже винувато, спідлоба поглянувши на мене.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Чемурако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