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Часи, вони ж міняються</w:t>
      </w:r>
    </w:p>
    <w:p>
      <w:r>
        <w:br/>
        <w:t xml:space="preserve"> Гей, збирайтеся люди,&lt;br /&gt;</w:t>
        <w:br/>
        <w:t>Де б ви не були,&lt;br /&gt;</w:t>
        <w:br/>
        <w:t>І погляньте, як води&lt;br /&gt;</w:t>
        <w:br/>
        <w:t>Кругом прибули.&lt;br /&gt;</w:t>
        <w:br/>
        <w:t>І погодьтесь, що скоро&lt;br /&gt;</w:t>
        <w:br/>
        <w:t>Ви змокнете всі.&lt;br /&gt;</w:t>
        <w:br/>
        <w:t>Доки сонце вам&lt;br /&gt;</w:t>
        <w:br/>
        <w:t>Усміхається –&lt;br /&gt;</w:t>
        <w:br/>
        <w:t>Далі треба пливти,&lt;br /&gt;</w:t>
        <w:br/>
        <w:t>Щоб на дно не піти,&lt;br /&gt;</w:t>
        <w:br/>
        <w:t>Бо часи, вони ж міняються…</w:t>
      </w:r>
    </w:p>
    <w:p>
      <w:r>
        <w:br/>
        <w:t>Йдіть письменники, йдіть&lt;br /&gt;</w:t>
        <w:br/>
        <w:t>Ясновидці пера.&lt;br /&gt;</w:t>
        <w:br/>
        <w:t>І розплющуйте очі —&lt;br /&gt;</w:t>
        <w:br/>
        <w:t>Це ваша пора!&lt;br /&gt;</w:t>
        <w:br/>
        <w:t>І не кваптесь на висновки —&lt;br /&gt;</w:t>
        <w:br/>
        <w:t>Все ж бо кипить;&lt;br /&gt;</w:t>
        <w:br/>
        <w:t>Тут не важно, хто перший,&lt;br /&gt;</w:t>
        <w:br/>
        <w:t>Хто ще біжить.&lt;br /&gt;</w:t>
        <w:br/>
        <w:t>Переможений вчора&lt;br /&gt;</w:t>
        <w:br/>
        <w:t>Переможе за мить,&lt;br /&gt;</w:t>
        <w:br/>
        <w:t>Бо часи, вони ж міняються.</w:t>
      </w:r>
    </w:p>
    <w:p>
      <w:r>
        <w:br/>
        <w:t>Йдіть сенатори, йдіть,&lt;br /&gt;</w:t>
        <w:br/>
        <w:t>Відгукніться в одвіт.&lt;br /&gt;</w:t>
        <w:br/>
        <w:t>Лиш не стійте у дверях,&lt;br /&gt;</w:t>
        <w:br/>
        <w:t>Не блокуйте нам вхід.&lt;br /&gt;</w:t>
        <w:br/>
        <w:t>Хто утратить розгін,&lt;br /&gt;</w:t>
        <w:br/>
        <w:t>Той загрузне і квит;&lt;br /&gt;</w:t>
        <w:br/>
        <w:t>А на вулиці бій&lt;br /&gt;</w:t>
        <w:br/>
        <w:t>Розгоряється.&lt;br /&gt;</w:t>
        <w:br/>
        <w:t>Він струсне ваші стіни,&lt;br /&gt;</w:t>
        <w:br/>
        <w:t>Розтопить, як лід,&lt;br /&gt;</w:t>
        <w:br/>
        <w:t>Бо часи, вони ж міняються.</w:t>
      </w:r>
    </w:p>
    <w:p>
      <w:r>
        <w:br/>
        <w:t>Йдіть батьки й матері,&lt;br /&gt;</w:t>
        <w:br/>
        <w:t>З усього світу йдіть.&lt;br /&gt;</w:t>
        <w:br/>
        <w:t>І не лайте, чого&lt;br /&gt;</w:t>
        <w:br/>
        <w:t>Не змогли зрозуміть.&lt;br /&gt;</w:t>
        <w:br/>
        <w:t>Ваші доньки й сини&lt;br /&gt;</w:t>
        <w:br/>
        <w:t>Без команд вміють жить,&lt;br /&gt;</w:t>
        <w:br/>
        <w:t>Ваша давня дорога&lt;br /&gt;</w:t>
        <w:br/>
        <w:t>Кінчається.&lt;br /&gt;</w:t>
        <w:br/>
        <w:t>Поможіть їм або&lt;br /&gt;</w:t>
        <w:br/>
        <w:t>Із нової зійдіть,&lt;br /&gt;</w:t>
        <w:br/>
        <w:t>Бо часи, вони міняються.</w:t>
      </w:r>
    </w:p>
    <w:p>
      <w:r>
        <w:br/>
        <w:t>І межа пролягла,&lt;br /&gt;</w:t>
        <w:br/>
        <w:t>І прокльони летять.&lt;br /&gt;</w:t>
        <w:br/>
        <w:t>Хто повільний, той зможе&lt;br /&gt;</w:t>
        <w:br/>
        <w:t>Моторнішим стать.&lt;br /&gt;</w:t>
        <w:br/>
        <w:t>Так сучасне прийдеться&lt;br /&gt;</w:t>
        <w:br/>
        <w:t>Минулим назвать;&lt;br /&gt;</w:t>
        <w:br/>
        <w:t>Так порядок старий&lt;br /&gt;</w:t>
        <w:br/>
        <w:t>Розпадається.&lt;br /&gt;</w:t>
        <w:br/>
        <w:t>І хто перший,&lt;br /&gt;</w:t>
        <w:br/>
        <w:t>Той буде останнім стоять,&lt;br /&gt;</w:t>
        <w:br/>
        <w:t>Бо часи, вони ж міняються.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Часи, вони ж міняються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