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Чарівники</w:t>
      </w:r>
    </w:p>
    <w:p>
      <w:r>
        <w:br/>
        <w:t xml:space="preserve"> Ніч — велика чарівниця!&lt;br /&gt;</w:t>
        <w:br/>
        <w:t>Зчарувала звіра, птицю,&lt;br /&gt;</w:t>
        <w:br/>
        <w:t>зчарувала всіх людей —&lt;br /&gt;</w:t>
        <w:br/>
        <w:t>не побачиш їх ніде.</w:t>
      </w:r>
    </w:p>
    <w:p>
      <w:r>
        <w:br/>
        <w:t>Не побачиш вітра в полі,&lt;br /&gt;</w:t>
        <w:br/>
        <w:t>ні тополю на роздоллі,&lt;br /&gt;</w:t>
        <w:br/>
        <w:t>ні метелика, ні бджілку,&lt;br /&gt;</w:t>
        <w:br/>
        <w:t>ні в цвіту вишневу гілку&amp;hellip;</w:t>
      </w:r>
    </w:p>
    <w:p>
      <w:r>
        <w:br/>
        <w:t>Ранок — все відчарував:&lt;br /&gt;</w:t>
        <w:br/>
        <w:t>сині квіти поміж трав,&lt;br /&gt;</w:t>
        <w:br/>
        <w:t>і метелика, і бджілку,&lt;br /&gt;</w:t>
        <w:br/>
        <w:t>і в цвіту вишневу гілку,&lt;br /&gt;</w:t>
        <w:br/>
        <w:t>і баского вітра в полі,&lt;br /&gt;</w:t>
        <w:br/>
        <w:t>і тополю на роздоллі,&lt;br /&gt;</w:t>
        <w:br/>
        <w:t>всіх людей,&lt;br /&gt;</w:t>
        <w:br/>
        <w:t>і звіра,&lt;br /&gt;</w:t>
        <w:br/>
        <w:t>й птицю!..</w:t>
      </w:r>
    </w:p>
    <w:p>
      <w:r>
        <w:br/>
        <w:t>Ніч — велика чарівниця,&lt;br /&gt;</w:t>
        <w:br/>
        <w:t>та ще більший чарівник&lt;br /&gt;</w:t>
        <w:br/>
        <w:t>ранок — щирий трудівник,&lt;br /&gt;</w:t>
        <w:br/>
        <w:t>що і сам трудитись звик,&lt;br /&gt;</w:t>
        <w:br/>
        <w:t>що до праці всіх розбудить —&lt;br /&gt;</w:t>
        <w:br/>
        <w:t>хай то птиці,&lt;br /&gt;</w:t>
        <w:br/>
        <w:t>звірі,&lt;br /&gt;</w:t>
        <w:br/>
        <w:t>люди&amp;hellip;</w:t>
      </w:r>
    </w:p>
    <w:p>
      <w:r>
        <w:br/>
        <w:t>Два оці чарівники&lt;br /&gt;</w:t>
        <w:br/>
        <w:t>в світі цім живуть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