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и-Комиш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и-Ком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