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Чари барвінкові (збірка)</w:t>
      </w:r>
    </w:p>
    <w:p>
      <w:r>
        <w:br/>
        <w:t xml:space="preserve"> &lt;blockquote&gt;Не кидають народи&lt;br /&gt;</w:t>
        <w:br/>
        <w:t>порожніх слів на вітер.&lt;br /&gt;</w:t>
        <w:br/>
        <w:t>Слова Павла Тичини&lt;br /&gt;</w:t>
        <w:br/>
        <w:t>ввічу мені стоять:&lt;br /&gt;</w:t>
        <w:br/>
        <w:t>"О скільки у природи&lt;br /&gt;</w:t>
        <w:br/>
        <w:t>немудро-мудрих літер,&lt;br /&gt;</w:t>
        <w:br/>
        <w:t>о скільки у людини&lt;br /&gt;</w:t>
        <w:br/>
        <w:t>невміння прочитать!" &lt;/blockquote&gt;</w:t>
      </w:r>
    </w:p>
    <w:p>
      <w:r>
        <w:br/>
        <w:t>БАРВІНКОВИЙ ЦВІТ</w:t>
      </w:r>
    </w:p>
    <w:p>
      <w:r>
        <w:br/>
        <w:t>Барвінку, зимолюбку, всезелен,&lt;br /&gt;</w:t>
        <w:br/>
        <w:t>з-під снігу соки п'єш земні жаждиво.&lt;br /&gt;</w:t>
        <w:br/>
        <w:t>Ти на землі цвітеш, як гобелен,&lt;br /&gt;</w:t>
        <w:br/>
        <w:t>як наша мова — незбагненне диво.</w:t>
      </w:r>
    </w:p>
    <w:p>
      <w:r>
        <w:br/>
        <w:t>Зазеленів і цвітом засинів&lt;br /&gt;</w:t>
        <w:br/>
        <w:t>на рідних долах матері Вкраїни,&lt;br /&gt;</w:t>
        <w:br/>
        <w:t>як доля її дочок і синів,&lt;br /&gt;</w:t>
        <w:br/>
        <w:t>що в ній, як і в тобі, є щось нетлінне.</w:t>
      </w:r>
    </w:p>
    <w:p>
      <w:r>
        <w:br/>
        <w:t>Під сонцем ти являєш торжество&lt;br /&gt;</w:t>
        <w:br/>
        <w:t>й під снігом, видиво вічнозелене,&lt;br /&gt;</w:t>
        <w:br/>
        <w:t>як мови української єство —&lt;br /&gt;</w:t>
        <w:br/>
        <w:t>є в ній, як і в тобі, щось незнищенне.</w:t>
      </w:r>
    </w:p>
    <w:p>
      <w:r>
        <w:br/>
        <w:t>З калиною твій переплівся шлях,&lt;br /&gt;</w:t>
        <w:br/>
        <w:t>з калиною твій цвіт блакитний виник:&lt;br /&gt;</w:t>
        <w:br/>
        <w:t>немов калина — дівчина в піснях,&lt;br /&gt;</w:t>
        <w:br/>
        <w:t>і хлопець у піснях — немов барвінок.</w:t>
      </w:r>
    </w:p>
    <w:p>
      <w:r>
        <w:br/>
        <w:t>На рідну землю дивним сплетом ліг,&lt;br /&gt;</w:t>
        <w:br/>
        <w:t>барвінку наш, барвіночку хрещатий.&lt;br /&gt;</w:t>
        <w:br/>
        <w:t>Ти сплетом ліг, як плетиво доріг,&lt;br /&gt;</w:t>
        <w:br/>
        <w:t>єдиний, як Дніпро і як Хрещатик.</w:t>
      </w:r>
    </w:p>
    <w:p>
      <w:r>
        <w:br/>
        <w:t>СВІТЛИЙ ХРАМ</w:t>
      </w:r>
    </w:p>
    <w:p>
      <w:r>
        <w:br/>
        <w:t>Акростих-загадка</w:t>
      </w:r>
    </w:p>
    <w:p>
      <w:r>
        <w:br/>
        <w:t>Шумливий плац, майдан а чи глухий&lt;br /&gt;</w:t>
        <w:br/>
        <w:t>провулок,&lt;br /&gt;</w:t>
        <w:br/>
        <w:t>Коли стоїть вона, рідніші нам;&lt;br /&gt;</w:t>
        <w:br/>
        <w:t>Освячена трудом, завжди кипить, як вулик, —&lt;br /&gt;</w:t>
        <w:br/>
        <w:t>Ласкавий і суворий світлий храм:&lt;br /&gt;</w:t>
        <w:br/>
        <w:t>Адже писались тут і перша буква й нулик!</w:t>
      </w:r>
    </w:p>
    <w:p>
      <w:r>
        <w:br/>
        <w:t>Хто вона?</w:t>
      </w:r>
    </w:p>
    <w:p>
      <w:r>
        <w:br/>
        <w:t>Не відгадав? Притих? Відгадка майже поруч:&lt;br /&gt;</w:t>
        <w:br/>
        <w:t>підкаже акростих — у загадці ліворуч!</w:t>
      </w:r>
    </w:p>
    <w:p>
      <w:r>
        <w:br/>
        <w:t>ЧАРІВНИЙ РОЗМАЙ</w:t>
      </w:r>
    </w:p>
    <w:p>
      <w:r>
        <w:br/>
        <w:t>Загадка</w:t>
      </w:r>
    </w:p>
    <w:p>
      <w:r>
        <w:br/>
        <w:t>Не бачили, щоб жовкнув він,&lt;br /&gt;</w:t>
        <w:br/>
        <w:t>зелений і взимі,&lt;br /&gt;</w:t>
        <w:br/>
        <w:t>улітку рясно стелеться&lt;br /&gt;</w:t>
        <w:br/>
        <w:t>низенько по землі;&lt;br /&gt;</w:t>
        <w:br/>
        <w:t>цупкі зелені хрещики&lt;br /&gt;</w:t>
        <w:br/>
        <w:t>на кінчику стебла,&lt;br /&gt;</w:t>
        <w:br/>
        <w:t>і синій цвіт, і цілий світ,&lt;br /&gt;</w:t>
        <w:br/>
        <w:t>і океан тепла.</w:t>
      </w:r>
    </w:p>
    <w:p>
      <w:r>
        <w:br/>
        <w:t>Хто він?</w:t>
      </w:r>
    </w:p>
    <w:p>
      <w:r>
        <w:br/>
        <w:t>(Барвінок)</w:t>
      </w:r>
    </w:p>
    <w:p>
      <w:r>
        <w:br/>
        <w:t>НЕЗЛИМ ТИХИМ СЛОВОМ</w:t>
      </w:r>
    </w:p>
    <w:p>
      <w:r>
        <w:br/>
        <w:t>Я.Г.</w:t>
      </w:r>
    </w:p>
    <w:p>
      <w:r>
        <w:br/>
        <w:t>Портрет Шевченка в затишній залі&lt;br /&gt;</w:t>
        <w:br/>
        <w:t>На рушничкові — калини цвіт.&lt;br /&gt;</w:t>
        <w:br/>
        <w:t>Старий учитель гуртківцям юним&lt;br /&gt;</w:t>
        <w:br/>
        <w:t>розповідає про "Заповіт":</w:t>
      </w:r>
    </w:p>
    <w:p>
      <w:r>
        <w:br/>
        <w:t>— В Переяславі зродилось&lt;br /&gt;</w:t>
        <w:br/>
        <w:t>днем тяжким зимовим:&lt;br /&gt;</w:t>
        <w:br/>
        <w:t>"Не забудьте пом'янути&lt;br /&gt;</w:t>
        <w:br/>
        <w:t>незлим тихим словом..."</w:t>
      </w:r>
    </w:p>
    <w:p>
      <w:r>
        <w:br/>
        <w:t>Але чом казав Шевченко,&lt;br /&gt;</w:t>
        <w:br/>
        <w:t>нерозлучний з лихом,&lt;br /&gt;</w:t>
        <w:br/>
        <w:t>щоб його згадали словом&lt;br /&gt;</w:t>
        <w:br/>
        <w:t>і незлим, і тихим?..</w:t>
      </w:r>
    </w:p>
    <w:p>
      <w:r>
        <w:br/>
        <w:t>— Незлим, — каже вчитель сивий, —&lt;br /&gt;</w:t>
        <w:br/>
        <w:t>це в нас від природи,&lt;br /&gt;</w:t>
        <w:br/>
        <w:t>це від совісті людської,&lt;br /&gt;</w:t>
        <w:br/>
        <w:t>від людської вроди.</w:t>
      </w:r>
    </w:p>
    <w:p>
      <w:r>
        <w:br/>
        <w:t>Бо народ наш український&lt;br /&gt;</w:t>
        <w:br/>
        <w:t>звіку незлобивий:&lt;br /&gt;</w:t>
        <w:br/>
        <w:t>завжди хоче, щоб при ньому&lt;br /&gt;</w:t>
        <w:br/>
        <w:t>й інший був щасливий.</w:t>
      </w:r>
    </w:p>
    <w:p>
      <w:r>
        <w:br/>
        <w:t>Таж і в пісні: "Ой гай, мати,&lt;br /&gt;</w:t>
        <w:br/>
        <w:t>ой гай зелененький,&lt;br /&gt;</w:t>
        <w:br/>
        <w:t>десь поїхав з України&lt;br /&gt;</w:t>
        <w:br/>
        <w:t>козак молоденький.</w:t>
      </w:r>
    </w:p>
    <w:p>
      <w:r>
        <w:br/>
        <w:t>Од'їжджавши, шапку знявши,&lt;br /&gt;</w:t>
        <w:br/>
        <w:t>низенько вклонився:&lt;br /&gt;</w:t>
        <w:br/>
        <w:t>"Ой прощайте, слобожани,&lt;br /&gt;</w:t>
        <w:br/>
        <w:t>може, з ким сварився!"</w:t>
      </w:r>
    </w:p>
    <w:p>
      <w:r>
        <w:br/>
        <w:t>Завмерли учні й дзвінка не чули,&lt;br /&gt;</w:t>
        <w:br/>
        <w:t>мов заніміли в затишній залі.&lt;br /&gt;</w:t>
        <w:br/>
        <w:t>Тарас дивився на них з портрета,&lt;br /&gt;</w:t>
        <w:br/>
        <w:t>а вчитель сивий провадив далі:</w:t>
      </w:r>
    </w:p>
    <w:p>
      <w:r>
        <w:br/>
        <w:t>— А чом Шевченко, що знався з лихом,&lt;br /&gt;</w:t>
        <w:br/>
        <w:t>просив згадати ще й словом тихим?&lt;br /&gt;</w:t>
        <w:br/>
        <w:t>Тому що тихо росте калина,&lt;br /&gt;</w:t>
        <w:br/>
        <w:t>тому що тихо росте дитина,&lt;br /&gt;</w:t>
        <w:br/>
        <w:t>радіє мати над нею тихо&lt;br /&gt;</w:t>
        <w:br/>
        <w:t>і тихо плаче, як прийде лихо.</w:t>
      </w:r>
    </w:p>
    <w:p>
      <w:r>
        <w:br/>
        <w:t>І тихе, й світле людське бажання:&lt;br /&gt;</w:t>
        <w:br/>
        <w:t>в похід виходить — щоб до світання;&lt;br /&gt;</w:t>
        <w:br/>
        <w:t>іти в дорогу в час миру й згоди&lt;br /&gt;</w:t>
        <w:br/>
        <w:t>на ясні зорі, на тихі води.</w:t>
      </w:r>
    </w:p>
    <w:p>
      <w:r>
        <w:br/>
        <w:t>БАРВІНКОВЕ МІСТО</w:t>
      </w:r>
    </w:p>
    <w:p>
      <w:r>
        <w:br/>
        <w:t>Чому зовуть Барвінкове&lt;br /&gt;</w:t>
        <w:br/>
        <w:t>це слобожанське місто,&lt;br /&gt;</w:t>
        <w:br/>
        <w:t>що на ріці Сухий Торець&lt;br /&gt;</w:t>
        <w:br/>
        <w:t>збудоване воно?&lt;br /&gt;</w:t>
        <w:br/>
        <w:t>Цю назву міста інколи&lt;br /&gt;</w:t>
        <w:br/>
        <w:t>пояснюють двоїсто,&lt;br /&gt;</w:t>
        <w:br/>
        <w:t>хоч справжня назва, істинна,&lt;br /&gt;</w:t>
        <w:br/>
        <w:t>цікавить нас давно.</w:t>
      </w:r>
    </w:p>
    <w:p>
      <w:r>
        <w:br/>
        <w:t>На місці Слободи воно —&lt;br /&gt;</w:t>
        <w:br/>
        <w:t>Барвінкової Стінки,&lt;br /&gt;</w:t>
        <w:br/>
        <w:t>й хоч заснував колись його&lt;br /&gt;</w:t>
        <w:br/>
        <w:t>козак на ім'я Шпак,&lt;br /&gt;</w:t>
        <w:br/>
        <w:t>та, кажуть, що навколо там&lt;br /&gt;</w:t>
        <w:br/>
        <w:t>росли рясні барвінки,&lt;br /&gt;</w:t>
        <w:br/>
        <w:t>то й місто це барвінкове&lt;br /&gt;</w:t>
        <w:br/>
        <w:t>назвали саме так.</w:t>
      </w:r>
    </w:p>
    <w:p>
      <w:r>
        <w:br/>
        <w:t>А є ще друга версія —&lt;br /&gt;</w:t>
        <w:br/>
        <w:t>цікава теж сторінка;&lt;br /&gt;</w:t>
        <w:br/>
        <w:t>леліє також нам вона&lt;br /&gt;</w:t>
        <w:br/>
        <w:t>барвінком у росі, —&lt;br /&gt;</w:t>
        <w:br/>
        <w:t>що козаки отамана&lt;br /&gt;</w:t>
        <w:br/>
        <w:t>славетного Барвінка&lt;br /&gt;</w:t>
        <w:br/>
        <w:t>побудували місто це&lt;br /&gt;</w:t>
        <w:br/>
        <w:t>у всій його красі.</w:t>
      </w:r>
    </w:p>
    <w:p>
      <w:r>
        <w:br/>
        <w:t>ПРОТИ РОЖНА ПЕРТИ,&lt;br /&gt;</w:t>
        <w:br/>
        <w:t>ЛІЗТИ НА РОЖЕН</w:t>
      </w:r>
    </w:p>
    <w:p>
      <w:r>
        <w:br/>
        <w:t>"Проти рожна перти,&lt;br /&gt;</w:t>
        <w:br/>
        <w:t>проти хвиль плисти"...</w:t>
      </w:r>
    </w:p>
    <w:p>
      <w:r>
        <w:br/>
        <w:t>А скажи одверто,&lt;br /&gt;</w:t>
        <w:br/>
        <w:t>розумієш ти&lt;br /&gt;</w:t>
        <w:br/>
        <w:t>ці Франкові мислі,&lt;br /&gt;</w:t>
        <w:br/>
        <w:t>знані нам здавен,&lt;br /&gt;</w:t>
        <w:br/>
        <w:t>і народний вислів&lt;br /&gt;</w:t>
        <w:br/>
        <w:t>лізти па рожен?</w:t>
      </w:r>
    </w:p>
    <w:p>
      <w:r>
        <w:br/>
        <w:t>Кожен мовний чинник&lt;br /&gt;</w:t>
        <w:br/>
        <w:t>завдає турбот:&lt;br /&gt;</w:t>
        <w:br/>
        <w:t>як і звідки виник&lt;br /&gt;</w:t>
        <w:br/>
        <w:t>дивний цей зворот?</w:t>
      </w:r>
    </w:p>
    <w:p>
      <w:r>
        <w:br/>
        <w:t>Від мужів мисливих&lt;br /&gt;</w:t>
        <w:br/>
        <w:t>ці слова ідуть;&lt;br /&gt;</w:t>
        <w:br/>
        <w:t>у анналах сивих&lt;br /&gt;</w:t>
        <w:br/>
        <w:t>знайдеш ти їх суть.</w:t>
      </w:r>
    </w:p>
    <w:p>
      <w:r>
        <w:br/>
        <w:t>Я скажу при слові&lt;br /&gt;</w:t>
        <w:br/>
        <w:t>сам рожен відкіль:&lt;br /&gt;</w:t>
        <w:br/>
        <w:t>так в праруській мові&lt;br /&gt;</w:t>
        <w:br/>
        <w:t>звався гострий кіл.</w:t>
      </w:r>
    </w:p>
    <w:p>
      <w:r>
        <w:br/>
        <w:t>На ведмедя ловчі,&lt;br /&gt;</w:t>
        <w:br/>
        <w:t>йшовши напролом,&lt;br /&gt;</w:t>
        <w:br/>
        <w:t>захищались ловко&lt;br /&gt;</w:t>
        <w:br/>
        <w:t>гострим цим колом.</w:t>
      </w:r>
    </w:p>
    <w:p>
      <w:r>
        <w:br/>
        <w:t>Ошалілий, лютий,&lt;br /&gt;</w:t>
        <w:br/>
        <w:t>пер несамохіть&lt;br /&gt;</w:t>
        <w:br/>
        <w:t>і, рожном зітнутий,&lt;br /&gt;</w:t>
        <w:br/>
        <w:t>загибав ведмідь...</w:t>
      </w:r>
    </w:p>
    <w:p>
      <w:r>
        <w:br/>
        <w:t>Зрозумів тепер ти&lt;br /&gt;</w:t>
        <w:br/>
        <w:t>знане нам здавен&lt;br /&gt;</w:t>
        <w:br/>
        <w:t>проти рожна, перти,&lt;br /&gt;</w:t>
        <w:br/>
        <w:t>лізти па рожен?</w:t>
      </w:r>
    </w:p>
    <w:p>
      <w:r>
        <w:br/>
        <w:t>НАВМИСНА МОРОКА</w:t>
      </w:r>
    </w:p>
    <w:p>
      <w:r>
        <w:br/>
        <w:t>Загадка</w:t>
      </w:r>
    </w:p>
    <w:p>
      <w:r>
        <w:br/>
        <w:t>Я вам нею натякаю,&lt;br /&gt;</w:t>
        <w:br/>
        <w:t>нею думать спонукаю,&lt;br /&gt;</w:t>
        <w:br/>
        <w:t>щоб кмітливий врахував,&lt;br /&gt;</w:t>
        <w:br/>
        <w:t>що я нею приховав,&lt;br /&gt;</w:t>
        <w:br/>
        <w:t>вас морочачи навмисне,&lt;br /&gt;</w:t>
        <w:br/>
        <w:t>і тоді відгадка зблисне.</w:t>
      </w:r>
    </w:p>
    <w:p>
      <w:r>
        <w:br/>
        <w:t>Що це таке?</w:t>
      </w:r>
    </w:p>
    <w:p>
      <w:r>
        <w:br/>
        <w:t>(Загадка)</w:t>
      </w:r>
    </w:p>
    <w:p>
      <w:r>
        <w:br/>
        <w:t>ЩО ПІДКАЗУЄ ЛТАВА</w:t>
      </w:r>
    </w:p>
    <w:p>
      <w:r>
        <w:br/>
        <w:t>Де прадід коней вів на попас,&lt;br /&gt;</w:t>
        <w:br/>
        <w:t>бо там росла хрумка отава,&lt;br /&gt;</w:t>
        <w:br/>
        <w:t>старий засвідчує літопис&lt;br /&gt;</w:t>
        <w:br/>
        <w:t>поселення, що зветься Лтава.</w:t>
      </w:r>
    </w:p>
    <w:p>
      <w:r>
        <w:br/>
        <w:t>Була тут, кажуть, неглибока&lt;br /&gt;</w:t>
        <w:br/>
        <w:t>у степовому кураї&lt;br /&gt;</w:t>
        <w:br/>
        <w:t>у Ворскли річечка-притока,&lt;br /&gt;</w:t>
        <w:br/>
        <w:t>що звали Лтавою її.</w:t>
      </w:r>
    </w:p>
    <w:p>
      <w:r>
        <w:br/>
        <w:t>Тепер калюжка лиш в канаві,&lt;br /&gt;</w:t>
        <w:br/>
        <w:t>але історія цікава,&lt;br /&gt;</w:t>
        <w:br/>
        <w:t>бо від поселення "по Лтаві"&lt;br /&gt;</w:t>
        <w:br/>
        <w:t>і місто назване — Полтава.</w:t>
      </w:r>
    </w:p>
    <w:p>
      <w:r>
        <w:br/>
        <w:t>У ДВОХ РОЛЯХ</w:t>
      </w:r>
    </w:p>
    <w:p>
      <w:r>
        <w:br/>
        <w:t>Загадка</w:t>
      </w:r>
    </w:p>
    <w:p>
      <w:r>
        <w:br/>
        <w:t>Звичайна, друзі, загадка для вас;&lt;br /&gt;</w:t>
        <w:br/>
        <w:t>вгадайте, про яке словечко мова:&lt;br /&gt;</w:t>
        <w:br/>
        <w:t>простий числівник це і водночас&lt;br /&gt;</w:t>
        <w:br/>
        <w:t>це — наказовий спосіб дієслова.</w:t>
      </w:r>
    </w:p>
    <w:p>
      <w:r>
        <w:br/>
        <w:t>То яке ж це слово?</w:t>
      </w:r>
    </w:p>
    <w:p>
      <w:r>
        <w:br/>
        <w:t>(Три)</w:t>
      </w:r>
    </w:p>
    <w:p>
      <w:r>
        <w:br/>
        <w:t>ЧАРИ БАРВІНКОВІ</w:t>
      </w:r>
    </w:p>
    <w:p>
      <w:r>
        <w:br/>
        <w:t>Умові — чари барвінкові,&lt;br /&gt;</w:t>
        <w:br/>
        <w:t>аж сяють барви веселкові —&lt;br /&gt;</w:t>
        <w:br/>
        <w:t>разки, вінки словосполучень,&lt;br /&gt;</w:t>
        <w:br/>
        <w:t>прислів'їв, висловів і фраз —&lt;br /&gt;</w:t>
        <w:br/>
        <w:t>і знаєш їх, вживав не раз,&lt;br /&gt;</w:t>
        <w:br/>
        <w:t>але береш, як вічний учень,&lt;br /&gt;</w:t>
        <w:br/>
        <w:t>і слухаєш рядки пісенні,&lt;br /&gt;</w:t>
        <w:br/>
        <w:t>а бачиш все, немов на сцені:</w:t>
      </w:r>
    </w:p>
    <w:p>
      <w:r>
        <w:br/>
        <w:t>"Несе Галя воду,&lt;br /&gt;</w:t>
        <w:br/>
        <w:t>коромисло гнеться.&lt;br /&gt;</w:t>
        <w:br/>
        <w:t>За нею Іванко,&lt;br /&gt;</w:t>
        <w:br/>
        <w:t>як барвінок в'ється".</w:t>
      </w:r>
    </w:p>
    <w:p>
      <w:r>
        <w:br/>
        <w:t>Умові — чари барвінкові:&lt;br /&gt;</w:t>
        <w:br/>
        <w:t>печаль і радість в ріднім слові.&lt;br /&gt;</w:t>
        <w:br/>
        <w:t>Із ним і в пеклі ти і в раї.&lt;br /&gt;</w:t>
        <w:br/>
        <w:t>І просто серце завмирає.</w:t>
      </w:r>
    </w:p>
    <w:p>
      <w:r>
        <w:br/>
        <w:t>ТИ — ФІЛОЛОГ</w:t>
      </w:r>
    </w:p>
    <w:p>
      <w:r>
        <w:br/>
        <w:t>Чи знаєш ти, що ти — філолог,&lt;br /&gt;</w:t>
        <w:br/>
        <w:t>дитя кмітливе і шпарке?&lt;br /&gt;</w:t>
        <w:br/>
        <w:t>Сюди до рими слово полог.&lt;br /&gt;</w:t>
        <w:br/>
        <w:t>Ану скажи, що це таке?</w:t>
      </w:r>
    </w:p>
    <w:p>
      <w:r>
        <w:br/>
        <w:t>А в тебе вже очиці грають,&lt;br /&gt;</w:t>
        <w:br/>
        <w:t>ти кажеш: — Полог — те, що ним&lt;br /&gt;</w:t>
        <w:br/>
        <w:t>завішують чи покривають&lt;br /&gt;</w:t>
        <w:br/>
        <w:t>(шовковим, плисовим, лляним).</w:t>
      </w:r>
    </w:p>
    <w:p>
      <w:r>
        <w:br/>
        <w:t>То, певно, ти таки філолог,&lt;br /&gt;</w:t>
        <w:br/>
        <w:t>дитя цікаве і шпарке.&lt;br /&gt;</w:t>
        <w:br/>
        <w:t>Сюди до рими слово Молох.&lt;br /&gt;</w:t>
        <w:br/>
        <w:t>Ану скажи, що це таке?</w:t>
      </w:r>
    </w:p>
    <w:p>
      <w:r>
        <w:br/>
        <w:t>Ти кажеш: — Молох — річ не мила,&lt;br /&gt;</w:t>
        <w:br/>
        <w:t>бо нам нагадує про смерть;&lt;br /&gt;</w:t>
        <w:br/>
        <w:t>це — символ, це жорстока сила,&lt;br /&gt;</w:t>
        <w:br/>
        <w:t>що вимага багато жертв.</w:t>
      </w:r>
    </w:p>
    <w:p>
      <w:r>
        <w:br/>
        <w:t>То, бачу, ти таки філолог,&lt;br /&gt;</w:t>
        <w:br/>
        <w:t>дитя допитливе, шпарке.&lt;br /&gt;</w:t>
        <w:br/>
        <w:t>Сюди до рими слово сполох.&lt;br /&gt;</w:t>
        <w:br/>
        <w:t>Ану скажи, що це таке?</w:t>
      </w:r>
    </w:p>
    <w:p>
      <w:r>
        <w:br/>
        <w:t>Ти мовиш гідно, як колега:&lt;br /&gt;</w:t>
        <w:br/>
        <w:t>— А сполох — це переполох,&lt;br /&gt;</w:t>
        <w:br/>
        <w:t>тривога, переляк, бентега,&lt;br /&gt;</w:t>
        <w:br/>
        <w:t>що охопила багатьох.</w:t>
      </w:r>
    </w:p>
    <w:p>
      <w:r>
        <w:br/>
        <w:t>Що ж, молодець! Ти любиш слово&lt;br /&gt;</w:t>
        <w:br/>
        <w:t>і щиро прагнеш знань дійти.&lt;br /&gt;</w:t>
        <w:br/>
        <w:t>І слово квітне барвінкове,&lt;br /&gt;</w:t>
        <w:br/>
        <w:t>коли любов'ю сяєш ти.</w:t>
      </w:r>
    </w:p>
    <w:p>
      <w:r>
        <w:br/>
        <w:t>Тлумачиш назви свого краю,&lt;br /&gt;</w:t>
        <w:br/>
        <w:t>гір і долин, річок і нив.&lt;br /&gt;</w:t>
        <w:br/>
        <w:t>Яке я слово не спитаю,&lt;br /&gt;</w:t>
        <w:br/>
        <w:t>а ти його вже й пояснив.</w:t>
      </w:r>
    </w:p>
    <w:p>
      <w:r>
        <w:br/>
        <w:t>Філолог ти. Це кожен бачить,&lt;br /&gt;</w:t>
        <w:br/>
        <w:t>і кожен скаже без вагань.&lt;br /&gt;</w:t>
        <w:br/>
        <w:t>Бо філологія — це й значить&lt;br /&gt;</w:t>
        <w:br/>
        <w:t>любов до слова і до знань!</w:t>
      </w:r>
    </w:p>
    <w:p>
      <w:r>
        <w:br/>
        <w:t>Я ТВОРЮ НОВІ СЛОВА</w:t>
      </w:r>
    </w:p>
    <w:p>
      <w:r>
        <w:br/>
        <w:t>Загадка</w:t>
      </w:r>
    </w:p>
    <w:p>
      <w:r>
        <w:br/>
        <w:t>В слові знаєш де я є?&lt;br /&gt;</w:t>
        <w:br/>
        <w:t>Після кореня.&lt;br /&gt;</w:t>
        <w:br/>
        <w:t>А призначення моє —&lt;br /&gt;</w:t>
        <w:br/>
        <w:t>словотворення.</w:t>
      </w:r>
    </w:p>
    <w:p>
      <w:r>
        <w:br/>
        <w:t>Я творю нові слова&lt;br /&gt;</w:t>
        <w:br/>
        <w:t>або форми слова,&lt;br /&gt;</w:t>
        <w:br/>
        <w:t>щоб красива і жива&lt;br /&gt;</w:t>
        <w:br/>
        <w:t>розквітала мова…</w:t>
      </w:r>
    </w:p>
    <w:p>
      <w:r>
        <w:br/>
        <w:t>Хто я?</w:t>
      </w:r>
    </w:p>
    <w:p>
      <w:r>
        <w:br/>
        <w:t>(Суфікс)</w:t>
      </w:r>
    </w:p>
    <w:p>
      <w:r>
        <w:br/>
        <w:t>ГЕОМЕТРИЧНО-БОТАНІЧНА&lt;br /&gt;</w:t>
        <w:br/>
        <w:t>ЗАГАДКА</w:t>
      </w:r>
    </w:p>
    <w:p>
      <w:r>
        <w:br/>
        <w:t>Цей термін з геометрії ми знаєм:&lt;br /&gt;</w:t>
        <w:br/>
        <w:t>на коло схожа замкнута крива.&lt;br /&gt;</w:t>
        <w:br/>
        <w:t>А справа лиш наліво прочитаєм —&lt;br /&gt;</w:t>
        <w:br/>
        <w:t>стан яблука, коли ласун зрива.</w:t>
      </w:r>
    </w:p>
    <w:p>
      <w:r>
        <w:br/>
        <w:t>Що це таке?</w:t>
      </w:r>
    </w:p>
    <w:p>
      <w:r>
        <w:br/>
        <w:t>(Еліпс — спіле)</w:t>
      </w:r>
    </w:p>
    <w:p>
      <w:r>
        <w:br/>
        <w:t>КОЖНУ ЛІТЕРУ ЦІНИ</w:t>
      </w:r>
    </w:p>
    <w:p>
      <w:r>
        <w:br/>
        <w:t>Кожну літеру ціни,&lt;br /&gt;</w:t>
        <w:br/>
        <w:t>бо немає їй ціни.</w:t>
      </w:r>
    </w:p>
    <w:p>
      <w:r>
        <w:br/>
        <w:t>Ось відома в давнину&lt;br /&gt;</w:t>
        <w:br/>
        <w:t>дудочка — сопілка:&lt;br /&gt;</w:t>
        <w:br/>
        <w:t>виймеш літеру одну —&lt;br /&gt;</w:t>
        <w:br/>
        <w:t>і вже буде спілка...</w:t>
      </w:r>
    </w:p>
    <w:p>
      <w:r>
        <w:br/>
        <w:t>Сварка йде така, що ну! —&lt;br /&gt;</w:t>
        <w:br/>
        <w:t>перепалка (бійка):&lt;br /&gt;</w:t>
        <w:br/>
        <w:t>зміниш літеру одну —&lt;br /&gt;</w:t>
        <w:br/>
        <w:t>мирна перепілка.</w:t>
      </w:r>
    </w:p>
    <w:p>
      <w:r>
        <w:br/>
        <w:t>Зміниш літеру одну&lt;br /&gt;</w:t>
        <w:br/>
        <w:t>у словечку бійка —&lt;br /&gt;</w:t>
        <w:br/>
        <w:t>і вже — леле — на сосну&lt;br /&gt;</w:t>
        <w:br/>
        <w:t>мчить звірятко білка.</w:t>
      </w:r>
    </w:p>
    <w:p>
      <w:r>
        <w:br/>
        <w:t>Більше прикладів не дам,&lt;br /&gt;</w:t>
        <w:br/>
        <w:t>помізкуй — придумай сам.</w:t>
      </w:r>
    </w:p>
    <w:p>
      <w:r>
        <w:br/>
        <w:t>ЗАЙМЕННИКИ – ПСУВАЧІ</w:t>
      </w:r>
    </w:p>
    <w:p>
      <w:r>
        <w:br/>
        <w:t>Загадка — жарт</w:t>
      </w:r>
    </w:p>
    <w:p>
      <w:r>
        <w:br/>
        <w:t>Якщо до жарту ви готові,&lt;br /&gt;</w:t>
        <w:br/>
        <w:t>назвіть, кмітливі дітлахи,&lt;br /&gt;</w:t>
        <w:br/>
        <w:t>ті два займенники у мові,&lt;br /&gt;</w:t>
        <w:br/>
        <w:t>що можуть зіпсувать шляхи.</w:t>
      </w:r>
    </w:p>
    <w:p>
      <w:r>
        <w:br/>
        <w:t>Які це займенники?</w:t>
      </w:r>
    </w:p>
    <w:p>
      <w:r>
        <w:br/>
        <w:t>(Я — ми)</w:t>
      </w:r>
    </w:p>
    <w:p>
      <w:r>
        <w:br/>
        <w:t>РИБАЛЬСЬКА СІТКА</w:t>
      </w:r>
    </w:p>
    <w:p>
      <w:r>
        <w:br/>
        <w:t>Шарада</w:t>
      </w:r>
    </w:p>
    <w:p>
      <w:r>
        <w:br/>
        <w:t>Із двох складів я даю іменник&lt;br /&gt;</w:t>
        <w:br/>
        <w:t>(в твоїй правиці розгадки нитка):&lt;br /&gt;</w:t>
        <w:br/>
        <w:t>склад перший — частка, другий —&lt;br /&gt;</w:t>
        <w:br/>
        <w:t>прийменник,&lt;br /&gt;</w:t>
        <w:br/>
        <w:t>а разом буде рибальська сітка.</w:t>
      </w:r>
    </w:p>
    <w:p>
      <w:r>
        <w:br/>
        <w:t>Який це іменник?</w:t>
      </w:r>
    </w:p>
    <w:p>
      <w:r>
        <w:br/>
        <w:t>(Не — від)</w:t>
      </w:r>
    </w:p>
    <w:p>
      <w:r>
        <w:br/>
        <w:t>НІ ПУХУ НІ ПЕРА</w:t>
      </w:r>
    </w:p>
    <w:p>
      <w:r>
        <w:br/>
        <w:t>Коли ви на екзамен&lt;br /&gt;</w:t>
        <w:br/>
        <w:t>виходите з двора —&lt;br /&gt;</w:t>
        <w:br/>
        <w:t>вам зичить голос мамин:&lt;br /&gt;</w:t>
        <w:br/>
        <w:t>"Ні пуху ні пера!"</w:t>
      </w:r>
    </w:p>
    <w:p>
      <w:r>
        <w:br/>
        <w:t>І все оте — і усміх,&lt;br /&gt;</w:t>
        <w:br/>
        <w:t>і мамині слова —&lt;br /&gt;</w:t>
        <w:br/>
        <w:t>надією на успіх&lt;br /&gt;</w:t>
        <w:br/>
        <w:t>у серці ожива.</w:t>
      </w:r>
    </w:p>
    <w:p>
      <w:r>
        <w:br/>
        <w:t>Та зичення все ж дивне:&lt;br /&gt;</w:t>
        <w:br/>
        <w:t>хто так бажав? Кому?&lt;br /&gt;</w:t>
        <w:br/>
        <w:t>Не ствердне, позитивне,&lt;br /&gt;</w:t>
        <w:br/>
        <w:t>а навпаки. Чому?</w:t>
      </w:r>
    </w:p>
    <w:p>
      <w:r>
        <w:br/>
        <w:t>Ловець колись на звіра&lt;br /&gt;</w:t>
        <w:br/>
        <w:t>а чи на птаха йшов,&lt;br /&gt;</w:t>
        <w:br/>
        <w:t>близькі ж боялись щиро&lt;br /&gt;</w:t>
        <w:br/>
        <w:t>зурочити улов.</w:t>
      </w:r>
    </w:p>
    <w:p>
      <w:r>
        <w:br/>
        <w:t>Тож зичучи ловцеві&lt;br /&gt;</w:t>
        <w:br/>
        <w:t>удачі і добра,&lt;br /&gt;</w:t>
        <w:br/>
        <w:t>казали молодцеві:&lt;br /&gt;</w:t>
        <w:br/>
        <w:t>"Ні пуху ні пера!"</w:t>
      </w:r>
    </w:p>
    <w:p>
      <w:r>
        <w:br/>
        <w:t>Та цей дотепний вислів&lt;br /&gt;</w:t>
        <w:br/>
        <w:t>ще й досі не відмер&lt;br /&gt;</w:t>
        <w:br/>
        <w:t>і не лише мисливців&lt;br /&gt;</w:t>
        <w:br/>
        <w:t>стосується тепер.</w:t>
      </w:r>
    </w:p>
    <w:p>
      <w:r>
        <w:br/>
        <w:t>Отож у цьому сенсі,&lt;br /&gt;</w:t>
        <w:br/>
        <w:t>бажаючи добра,&lt;br /&gt;</w:t>
        <w:br/>
        <w:t>я всім кажу від серця:&lt;br /&gt;</w:t>
        <w:br/>
        <w:t>ні пуху ні пера!</w:t>
      </w:r>
    </w:p>
    <w:p>
      <w:r>
        <w:br/>
        <w:t>ЛЕГКО ЧИ ВАЖКО?</w:t>
      </w:r>
    </w:p>
    <w:p>
      <w:r>
        <w:br/>
        <w:t>Загадка</w:t>
      </w:r>
    </w:p>
    <w:p>
      <w:r>
        <w:br/>
        <w:t>З землі й дитя мене підніме,&lt;br /&gt;</w:t>
        <w:br/>
        <w:t>хоч я не палиця й не м'яч,&lt;br /&gt;</w:t>
        <w:br/>
        <w:t>але — о диво — через хату&lt;br /&gt;</w:t>
        <w:br/>
        <w:t>не перекине і силач.</w:t>
      </w:r>
    </w:p>
    <w:p>
      <w:r>
        <w:br/>
        <w:t>Вгадай: легке я чи важке?&lt;br /&gt;</w:t>
        <w:br/>
        <w:t>І взагалі — що я таке?</w:t>
      </w:r>
    </w:p>
    <w:p>
      <w:r>
        <w:br/>
        <w:t>(Пташине перо)</w:t>
      </w:r>
    </w:p>
    <w:p>
      <w:r>
        <w:br/>
        <w:t>ПРО ДЯДЬКА І БУЗИНУ</w:t>
      </w:r>
    </w:p>
    <w:p>
      <w:r>
        <w:br/>
        <w:t>Хоч роботи завжди тьму-&lt;br /&gt;</w:t>
        <w:br/>
        <w:t>тьмущу мав наш тато,&lt;br /&gt;</w:t>
        <w:br/>
        <w:t>та встигав на всі "чому"&lt;br /&gt;</w:t>
        <w:br/>
        <w:t>нам відповідати.</w:t>
      </w:r>
    </w:p>
    <w:p>
      <w:r>
        <w:br/>
        <w:t>А вже вмів тлумачить нам&lt;br /&gt;</w:t>
        <w:br/>
        <w:t>швидко все на подив:&lt;br /&gt;</w:t>
        <w:br/>
        <w:t>чи вигадував те сам,&lt;br /&gt;</w:t>
        <w:br/>
        <w:t>чи з книжок виводив?</w:t>
      </w:r>
    </w:p>
    <w:p>
      <w:r>
        <w:br/>
        <w:t>Як не міг щось пояснить&lt;br /&gt;</w:t>
        <w:br/>
        <w:t>чи було не варто,&lt;br /&gt;</w:t>
        <w:br/>
        <w:t>то задумувавсь на мить&lt;br /&gt;</w:t>
        <w:br/>
        <w:t>і вдававсь до жарту.</w:t>
      </w:r>
    </w:p>
    <w:p>
      <w:r>
        <w:br/>
        <w:t>Раз питає менший брат:&lt;br /&gt;</w:t>
        <w:br/>
        <w:t>— Що таке платформа?&lt;br /&gt;</w:t>
        <w:br/>
        <w:t>— Це великий, — каже, — плат&lt;br /&gt;</w:t>
        <w:br/>
        <w:t>і вели-и-ка форма!</w:t>
      </w:r>
    </w:p>
    <w:p>
      <w:r>
        <w:br/>
        <w:t>Ще про дядька й бузину&lt;br /&gt;</w:t>
        <w:br/>
        <w:t>якось ми спитали.&lt;br /&gt;</w:t>
        <w:br/>
        <w:t>— О, про це в старовину, —&lt;br /&gt;</w:t>
        <w:br/>
        <w:t>каже, — повідали.</w:t>
      </w:r>
    </w:p>
    <w:p>
      <w:r>
        <w:br/>
        <w:t>Хлопець був такий, Лаврін,&lt;br /&gt;</w:t>
        <w:br/>
        <w:t>з'їздить в город мріяв.&lt;br /&gt;</w:t>
        <w:br/>
        <w:t>З'їздив раз до дядька він&lt;br /&gt;</w:t>
        <w:br/>
        <w:t>з матір'ю у Київ.</w:t>
      </w:r>
    </w:p>
    <w:p>
      <w:r>
        <w:br/>
        <w:t>Як жили в селі вони,&lt;br /&gt;</w:t>
        <w:br/>
        <w:t>то, було, не зрідка&lt;br /&gt;</w:t>
        <w:br/>
        <w:t>пирогами з бузини&lt;br /&gt;</w:t>
        <w:br/>
        <w:t>пригощала тітка.</w:t>
      </w:r>
    </w:p>
    <w:p>
      <w:r>
        <w:br/>
        <w:t>Цього ж разу, як на гріх,&lt;br /&gt;</w:t>
        <w:br/>
        <w:t>рідна тьотя мила&lt;br /&gt;</w:t>
        <w:br/>
        <w:t>бузиняниками їх&lt;br /&gt;</w:t>
        <w:br/>
        <w:t>і не пригостила.</w:t>
      </w:r>
    </w:p>
    <w:p>
      <w:r>
        <w:br/>
        <w:t>А Лаврусь їх полюбляв,&lt;br /&gt;</w:t>
        <w:br/>
        <w:t>то й питає в мами,&lt;br /&gt;</w:t>
        <w:br/>
        <w:t>чом це обійшла, мовляв,&lt;br /&gt;</w:t>
        <w:br/>
        <w:t>тітка пирогами.</w:t>
      </w:r>
    </w:p>
    <w:p>
      <w:r>
        <w:br/>
        <w:t>Мати каже: — То не зле,&lt;br /&gt;</w:t>
        <w:br/>
        <w:t>й сподіватись годі:&lt;br /&gt;</w:t>
        <w:br/>
        <w:t>дядько в городі, але&lt;br /&gt;</w:t>
        <w:br/>
        <w:t>бузина в городі!</w:t>
      </w:r>
    </w:p>
    <w:p>
      <w:r>
        <w:br/>
        <w:t>І від цього Лавруся&lt;br /&gt;</w:t>
        <w:br/>
        <w:t>і від його мами&lt;br /&gt;</w:t>
        <w:br/>
        <w:t>Україна знає вся,&lt;br /&gt;</w:t>
        <w:br/>
        <w:t>й знаємо ми з вами —</w:t>
      </w:r>
    </w:p>
    <w:p>
      <w:r>
        <w:br/>
        <w:t>як від чого часом щось&lt;br /&gt;</w:t>
        <w:br/>
        <w:t>надто вже далеко,&lt;br /&gt;</w:t>
        <w:br/>
        <w:t>хтось чогось не дотогось,&lt;br /&gt;</w:t>
        <w:br/>
        <w:t>що й збагнуть нелегко,</w:t>
      </w:r>
    </w:p>
    <w:p>
      <w:r>
        <w:br/>
        <w:t>кажуть: от так дивина,&lt;br /&gt;</w:t>
        <w:br/>
        <w:t>ну вже й невпопадько:&lt;br /&gt;</w:t>
        <w:br/>
        <w:t>на городі бузина,&lt;br /&gt;</w:t>
        <w:br/>
        <w:t>а в Києві дядько!</w:t>
      </w:r>
    </w:p>
    <w:p>
      <w:r>
        <w:br/>
        <w:t>ЩО ЗА ДІД У БАБИНІЙ СПІДНИЦІ</w:t>
      </w:r>
    </w:p>
    <w:p>
      <w:r>
        <w:br/>
        <w:t>Загадка</w:t>
      </w:r>
    </w:p>
    <w:p>
      <w:r>
        <w:br/>
        <w:t>Хоч росте вона і на городі,&lt;br /&gt;</w:t>
        <w:br/>
        <w:t>є про неї загадка в народі:&lt;br /&gt;</w:t>
        <w:br/>
        <w:t>"Стоїть дід над водою&lt;br /&gt;</w:t>
        <w:br/>
        <w:t>із чорною бородою".&lt;br /&gt;</w:t>
        <w:br/>
        <w:t>Хоч не він це, а вона&lt;br /&gt;</w:t>
        <w:br/>
        <w:t>і зоветься</w:t>
      </w:r>
    </w:p>
    <w:p>
      <w:r>
        <w:br/>
        <w:t>(Бузина)</w:t>
      </w:r>
    </w:p>
    <w:p>
      <w:r>
        <w:br/>
        <w:t>ЛІТАЄ ПОПІД НЕБЕСАМИ</w:t>
      </w:r>
    </w:p>
    <w:p>
      <w:r>
        <w:br/>
        <w:t>Загадка</w:t>
      </w:r>
    </w:p>
    <w:p>
      <w:r>
        <w:br/>
        <w:t>Хто літає попід небесами,&lt;br /&gt;</w:t>
        <w:br/>
        <w:t>що відомий він людині кожній?&lt;br /&gt;</w:t>
        <w:br/>
        <w:t>Названий точнісінько так само,&lt;br /&gt;</w:t>
        <w:br/>
        <w:t>як і ваш звичайний подорожній.</w:t>
      </w:r>
    </w:p>
    <w:p>
      <w:r>
        <w:br/>
        <w:t>Хто він?</w:t>
      </w:r>
    </w:p>
    <w:p>
      <w:r>
        <w:br/>
        <w:t>(Супутник)</w:t>
      </w:r>
    </w:p>
    <w:p>
      <w:r>
        <w:br/>
        <w:t>СЕ ЛЕВ, А НЕ СОБАКА</w:t>
      </w:r>
    </w:p>
    <w:p>
      <w:r>
        <w:br/>
        <w:t>Ой як було нам ловко&lt;br /&gt;</w:t>
        <w:br/>
        <w:t>подовгу слухать тата,&lt;br /&gt;</w:t>
        <w:br/>
        <w:t>про приказки, примовки,&lt;br /&gt;</w:t>
        <w:br/>
        <w:t>і в будні і на свята!</w:t>
      </w:r>
    </w:p>
    <w:p>
      <w:r>
        <w:br/>
        <w:t>Питаємо: — А звідки:&lt;br /&gt;</w:t>
        <w:br/>
        <w:t>"Се лев, а не собака?"&lt;br /&gt;</w:t>
        <w:br/>
        <w:t>— Це, — каже, — з оповідки&lt;br /&gt;</w:t>
        <w:br/>
        <w:t>про 'дного неборака.</w:t>
      </w:r>
    </w:p>
    <w:p>
      <w:r>
        <w:br/>
        <w:t>Художнику Мартину&lt;br /&gt;</w:t>
        <w:br/>
        <w:t>(був гордість він місцева)&lt;br /&gt;</w:t>
        <w:br/>
        <w:t>замовили картину —&lt;br /&gt;</w:t>
        <w:br/>
        <w:t>намалювати лева.</w:t>
      </w:r>
    </w:p>
    <w:p>
      <w:r>
        <w:br/>
        <w:t>Намалював нівроку.&lt;br /&gt;</w:t>
        <w:br/>
        <w:t>О, звірина страшлива!&lt;br /&gt;</w:t>
        <w:br/>
        <w:t>А хтось поглянув збоку:&lt;br /&gt;</w:t>
        <w:br/>
        <w:t>"Та в нього ж кінська грива!"</w:t>
      </w:r>
    </w:p>
    <w:p>
      <w:r>
        <w:br/>
        <w:t>Переробив — та наче&lt;br /&gt;</w:t>
        <w:br/>
        <w:t>потрібна знову правка:&lt;br /&gt;</w:t>
        <w:br/>
        <w:t>у морді щось собаче —&lt;br /&gt;</w:t>
        <w:br/>
        <w:t>ось візьме і загавка.</w:t>
      </w:r>
    </w:p>
    <w:p>
      <w:r>
        <w:br/>
        <w:t>Пащеку він поправив,&lt;br /&gt;</w:t>
        <w:br/>
        <w:t>так хвіст — немов ломака.&lt;br /&gt;</w:t>
        <w:br/>
        <w:t>То підпис і поставив:&lt;br /&gt;</w:t>
        <w:br/>
        <w:t>"Се лев, а не собака".</w:t>
      </w:r>
    </w:p>
    <w:p>
      <w:r>
        <w:br/>
        <w:t>Й тепер як щось не схоже&lt;br /&gt;</w:t>
        <w:br/>
        <w:t>хтось виставить публічно,&lt;br /&gt;</w:t>
        <w:br/>
        <w:t>всі бачать, що негоже, —&lt;br /&gt;</w:t>
        <w:br/>
        <w:t>сприймають іронічно.</w:t>
      </w:r>
    </w:p>
    <w:p>
      <w:r>
        <w:br/>
        <w:t>Мовляв, щоб розпізнати,&lt;br /&gt;</w:t>
        <w:br/>
        <w:t>що втнув якийсь чудака,&lt;br /&gt;</w:t>
        <w:br/>
        <w:t>слід, кажуть, підписати:&lt;br /&gt;</w:t>
        <w:br/>
        <w:t>"Се лев, а не собака"!</w:t>
      </w:r>
    </w:p>
    <w:p>
      <w:r>
        <w:br/>
        <w:t>КАМПАНІЯ І КОМПАНІЯ</w:t>
      </w:r>
    </w:p>
    <w:p>
      <w:r>
        <w:br/>
        <w:t>Запитала Надя на уроці мови:&lt;br /&gt;</w:t>
        <w:br/>
        <w:t>— Юрію Петровичу, чом це так бува:&lt;br /&gt;</w:t>
        <w:br/>
        <w:t>як пишу кампанія — правите на о ви,&lt;br /&gt;</w:t>
        <w:br/>
        <w:t>а пишу компанія — правите на а?</w:t>
      </w:r>
    </w:p>
    <w:p>
      <w:r>
        <w:br/>
        <w:t>Осміхнувсь учитель і сказав Надії:&lt;br /&gt;</w:t>
        <w:br/>
        <w:t>— Придивись, подумай, — різні це слова:&lt;br /&gt;</w:t>
        <w:br/>
        <w:t>мовиться про заходи чи воєнні дії —&lt;br /&gt;</w:t>
        <w:br/>
        <w:t>пишеться кампанія — з літерою а.</w:t>
      </w:r>
    </w:p>
    <w:p>
      <w:r>
        <w:br/>
        <w:t>А коли це група, де зібрались люди&lt;br /&gt;</w:t>
        <w:br/>
        <w:t>на пікнік, на гулі чи на торжество —&lt;br /&gt;</w:t>
        <w:br/>
        <w:t>написання слова зовсім інше буде —&lt;br /&gt;</w:t>
        <w:br/>
        <w:t>пишеться компанія — з літерою о.</w:t>
      </w:r>
    </w:p>
    <w:p>
      <w:r>
        <w:br/>
        <w:t>Аж Данило раптом піднімає руку,&lt;br /&gt;</w:t>
        <w:br/>
        <w:t>мав завжди за муку цю складну науку:&lt;br /&gt;</w:t>
        <w:br/>
        <w:t>— А якби полегшить, — пропонує Даня, —&lt;br /&gt;</w:t>
        <w:br/>
        <w:t>та ввести єдине слів цих написання?</w:t>
      </w:r>
    </w:p>
    <w:p>
      <w:r>
        <w:br/>
        <w:t>— Ні, це неможливо, — вчитель відповів. —&lt;br /&gt;</w:t>
        <w:br/>
        <w:t>Ці слова від різних, від латинських слів.</w:t>
      </w:r>
    </w:p>
    <w:p>
      <w:r>
        <w:br/>
        <w:t>Перше з них кампанія — не збагнеш ніколи —&lt;br /&gt;</w:t>
        <w:br/>
        <w:t>йде від слова campus, по-латині поле,&lt;br /&gt;</w:t>
        <w:br/>
        <w:t>тобто битва в полі, де ведуть вогонь, —&lt;br /&gt;</w:t>
        <w:br/>
        <w:t>це й було первісне значення його.</w:t>
      </w:r>
    </w:p>
    <w:p>
      <w:r>
        <w:br/>
        <w:t>Друге з них — компанія — теж цікаве слово.&lt;br /&gt;</w:t>
        <w:br/>
        <w:t>І його стлумачимо не бездоказово.&lt;br /&gt;</w:t>
        <w:br/>
        <w:t>І воно з латині, зазирнімо вглиб:&lt;br /&gt;</w:t>
        <w:br/>
        <w:t>corn — прийменник разом, ну, a panis — хліб.</w:t>
      </w:r>
    </w:p>
    <w:p>
      <w:r>
        <w:br/>
        <w:t>Звичні словотвори, все у тому ж дусі,&lt;br /&gt;</w:t>
        <w:br/>
        <w:t>бо в розмовній мові виникли з потреби.&lt;br /&gt;</w:t>
        <w:br/>
        <w:t>Первісне компанія означало: друзі,&lt;br /&gt;</w:t>
        <w:br/>
        <w:t>що хліб-сіль звичайно ділять поміж себе.</w:t>
      </w:r>
    </w:p>
    <w:p>
      <w:r>
        <w:br/>
        <w:t>Всім це зрозуміло? — Всім, — гукають діти.&lt;br /&gt;</w:t>
        <w:br/>
        <w:t>— Що ж, — радіє вчитель, — це великий плюс.&lt;br /&gt;</w:t>
        <w:br/>
        <w:t>І Надія каже: — Як не зрозуміти?&lt;br /&gt;</w:t>
        <w:br/>
        <w:t>Ну, принаймні, — каже, — більш не помилюсь.</w:t>
      </w:r>
    </w:p>
    <w:p>
      <w:r>
        <w:br/>
        <w:t>БЕЗ'ЯЗИКИЙ БУХКАЛО</w:t>
      </w:r>
    </w:p>
    <w:p>
      <w:r>
        <w:br/>
        <w:t>Загадка</w:t>
      </w:r>
    </w:p>
    <w:p>
      <w:r>
        <w:br/>
        <w:t>Що воно — хто запита:&lt;br /&gt;</w:t>
        <w:br/>
        <w:t>всередині — пустота.&lt;br /&gt;</w:t>
        <w:br/>
        <w:t>Без'язикий і без вух,&lt;br /&gt;</w:t>
        <w:br/>
        <w:t>тільки й чути бух та бух!</w:t>
      </w:r>
    </w:p>
    <w:p>
      <w:r>
        <w:br/>
        <w:t>Що це таке?</w:t>
      </w:r>
    </w:p>
    <w:p>
      <w:r>
        <w:br/>
        <w:t>(Бубон)</w:t>
      </w:r>
    </w:p>
    <w:p>
      <w:r>
        <w:br/>
        <w:t>І ЗНАЙДЕТЕ ОБОВ'ЯЗКОВО</w:t>
      </w:r>
    </w:p>
    <w:p>
      <w:r>
        <w:br/>
        <w:t>Коли спонукає нас мовник&lt;br /&gt;</w:t>
        <w:br/>
        <w:t>досліджувать слово живе,&lt;br /&gt;</w:t>
        <w:br/>
        <w:t>то ніби розвідницький човник&lt;br /&gt;</w:t>
        <w:br/>
        <w:t>по мовному морю пливе.</w:t>
      </w:r>
    </w:p>
    <w:p>
      <w:r>
        <w:br/>
        <w:t>— Ось, — каже, — новеньке вам слово,&lt;br /&gt;</w:t>
        <w:br/>
        <w:t>шукайте коріння, зерно —&lt;br /&gt;</w:t>
        <w:br/>
        <w:t>і знайдете обов'язково,&lt;br /&gt;</w:t>
        <w:br/>
        <w:t>від чого походить воно.</w:t>
      </w:r>
    </w:p>
    <w:p>
      <w:r>
        <w:br/>
        <w:t>Словечко це — панірувати:&lt;br /&gt;</w:t>
        <w:br/>
        <w:t>семантику [1] має яку?&lt;br /&gt;</w:t>
        <w:br/>
        <w:t>А Людочка: — Це коли мати&lt;br /&gt;</w:t>
        <w:br/>
        <w:t>обвалює рибу в муку.</w:t>
      </w:r>
    </w:p>
    <w:p>
      <w:r>
        <w:br/>
        <w:t>— І рибу, й битки, — каже Даня.&lt;br /&gt;</w:t>
        <w:br/>
        <w:t>А вчитель: — Близькі до мети.&lt;br /&gt;</w:t>
        <w:br/>
        <w:t>Але тут конкретне завдання —&lt;br /&gt;</w:t>
        <w:br/>
        <w:t>походження слова знайти.</w:t>
      </w:r>
    </w:p>
    <w:p>
      <w:r>
        <w:br/>
        <w:t>— Я думаю, — каже Надія, —&lt;br /&gt;</w:t>
        <w:br/>
        <w:t>що панірували пани.&lt;br /&gt;</w:t>
        <w:br/>
        <w:t>А що була панська це дія,&lt;br /&gt;</w:t>
        <w:br/>
        <w:t>то й слово лишили вони.</w:t>
      </w:r>
    </w:p>
    <w:p>
      <w:r>
        <w:br/>
        <w:t>— Шукайте подібних утворень, —&lt;br /&gt;</w:t>
        <w:br/>
        <w:t>учитель втручається знов. —&lt;br /&gt;</w:t>
        <w:br/>
        <w:t>Згадайте, де ще такий корінь,&lt;br /&gt;</w:t>
        <w:br/>
        <w:t>знайомі перегуки мов.</w:t>
      </w:r>
    </w:p>
    <w:p>
      <w:r>
        <w:br/>
        <w:t>А Надя: — Та як не згадати?&lt;br /&gt;</w:t>
        <w:br/>
        <w:t>Ми знаєм подібні склади:&lt;br /&gt;</w:t>
        <w:br/>
        <w:t>ком-пані-я, пані-рувати, —&lt;br /&gt;</w:t>
        <w:br/>
        <w:t>так ось веде нитка куди!</w:t>
      </w:r>
    </w:p>
    <w:p>
      <w:r>
        <w:br/>
        <w:t>— Та це ж від латинського panis!&lt;br /&gt;</w:t>
        <w:br/>
        <w:t>аж скрикнув Вакуленко Гліб. —&lt;br /&gt;</w:t>
        <w:br/>
        <w:t>Це справді знайома нам даність,&lt;br /&gt;</w:t>
        <w:br/>
        <w:t>бо panis — ми знаєм — це хліб!</w:t>
      </w:r>
    </w:p>
    <w:p>
      <w:r>
        <w:br/>
        <w:t>В ЗЕМЛЮ ЗАКИДАЛОСЯ,&lt;br /&gt;</w:t>
        <w:br/>
        <w:t>ПІД СОНЦЕМ ГОЙДАЛОСЯ,</w:t>
      </w:r>
    </w:p>
    <w:p>
      <w:r>
        <w:br/>
        <w:t>Загадка</w:t>
      </w:r>
    </w:p>
    <w:p>
      <w:r>
        <w:br/>
        <w:t>В землю закидалося,&lt;br /&gt;</w:t>
        <w:br/>
        <w:t>під сонцем гойдалося,&lt;br /&gt;</w:t>
        <w:br/>
        <w:t>в печі гартувалося,&lt;br /&gt;</w:t>
        <w:br/>
        <w:t>запашним виймалося,&lt;br /&gt;</w:t>
        <w:br/>
        <w:t>нам з вами дісталося.</w:t>
      </w:r>
    </w:p>
    <w:p>
      <w:r>
        <w:br/>
        <w:t>Що це таке?</w:t>
      </w:r>
    </w:p>
    <w:p>
      <w:r>
        <w:br/>
        <w:t>(Хліб)</w:t>
      </w:r>
    </w:p>
    <w:p>
      <w:r>
        <w:br/>
        <w:t>БРАТИ НОГИ НА ПЛЕЧІ</w:t>
      </w:r>
    </w:p>
    <w:p>
      <w:r>
        <w:br/>
        <w:t>В літню пору медову&lt;br /&gt;</w:t>
        <w:br/>
        <w:t>у шкільному саду&lt;br /&gt;</w:t>
        <w:br/>
        <w:t>я розмову про мову&lt;br /&gt;</w:t>
        <w:br/>
        <w:t>з дітворою веду.</w:t>
      </w:r>
    </w:p>
    <w:p>
      <w:r>
        <w:br/>
        <w:t>"От, — кажу я малеча —&lt;br /&gt;</w:t>
        <w:br/>
        <w:t>мовний вираз візьміть —&lt;br /&gt;</w:t>
        <w:br/>
        <w:t>брати ноги на плечі,&lt;br /&gt;</w:t>
        <w:br/>
        <w:t>як його розуміть?"</w:t>
      </w:r>
    </w:p>
    <w:p>
      <w:r>
        <w:br/>
        <w:t>Стихли всі з настороги,&lt;br /&gt;</w:t>
        <w:br/>
        <w:t>і хитринки в очах:&lt;br /&gt;</w:t>
        <w:br/>
        <w:t>"Як це можна, щоб ноги&lt;br /&gt;</w:t>
        <w:br/>
        <w:t>та були на плечах?"</w:t>
      </w:r>
    </w:p>
    <w:p>
      <w:r>
        <w:br/>
        <w:t>Оля згадує вечір:&lt;br /&gt;</w:t>
        <w:br/>
        <w:t>"В нас гімнастка одна&lt;br /&gt;</w:t>
        <w:br/>
        <w:t>брала ноги на плечі —&lt;br /&gt;</w:t>
        <w:br/>
        <w:t>майстер спорту вона!"</w:t>
      </w:r>
    </w:p>
    <w:p>
      <w:r>
        <w:br/>
        <w:t>"Добре, приклад чудовий, —&lt;br /&gt;</w:t>
        <w:br/>
        <w:t>я втручаюсь на мить, —&lt;br /&gt;</w:t>
        <w:br/>
        <w:t>вислів нашої мови&lt;br /&gt;</w:t>
        <w:br/>
        <w:t>тут буквально звучить.</w:t>
      </w:r>
    </w:p>
    <w:p>
      <w:r>
        <w:br/>
        <w:t>А стосовно до втечі?&lt;br /&gt;</w:t>
        <w:br/>
        <w:t>Всі ж ви чули, мабуть:&lt;br /&gt;</w:t>
        <w:br/>
        <w:t>кажуть — ноги на плечі —&lt;br /&gt;</w:t>
        <w:br/>
        <w:t>споминай, як зовуть!"</w:t>
      </w:r>
    </w:p>
    <w:p>
      <w:r>
        <w:br/>
        <w:t>Гриць задумався трохи:&lt;br /&gt;</w:t>
        <w:br/>
        <w:t>"Е-е, немає дурних:&lt;br /&gt;</w:t>
        <w:br/>
        <w:t>то на плечі не ноги,&lt;br /&gt;</w:t>
        <w:br/>
        <w:t>а взуття, що на них!"</w:t>
      </w:r>
    </w:p>
    <w:p>
      <w:r>
        <w:br/>
        <w:t>Бачив діда він змалку:&lt;br /&gt;</w:t>
        <w:br/>
        <w:t>у путі припече —&lt;br /&gt;</w:t>
        <w:br/>
        <w:t>черевики на палку —&lt;br /&gt;</w:t>
        <w:br/>
        <w:t>і завдасть на плече.</w:t>
      </w:r>
    </w:p>
    <w:p>
      <w:r>
        <w:br/>
        <w:t>Коментуємо жваво&lt;br /&gt;</w:t>
        <w:br/>
        <w:t>цей дотепний зворот.&lt;br /&gt;</w:t>
        <w:br/>
        <w:t>Прислухайтесь: цікаво,&lt;br /&gt;</w:t>
        <w:br/>
        <w:t>як говорить народ!</w:t>
      </w:r>
    </w:p>
    <w:p>
      <w:r>
        <w:br/>
        <w:t>ПІДКЛАСТИ СВИНЮ</w:t>
      </w:r>
    </w:p>
    <w:p>
      <w:r>
        <w:br/>
        <w:t>Я вашу увагу на хвильку спиню:&lt;br /&gt;</w:t>
        <w:br/>
        <w:t>хто знає, озвіться, будь ласка,&lt;br /&gt;</w:t>
        <w:br/>
        <w:t>де вислів узявся підкласти свиню?</w:t>
      </w:r>
    </w:p>
    <w:p>
      <w:r>
        <w:br/>
        <w:t>— Скажу, — лине голос Тараска. —&lt;br /&gt;</w:t>
        <w:br/>
        <w:t>Я чув, що немовби за давніх часів&lt;br /&gt;</w:t>
        <w:br/>
        <w:t>справляли якісь іменини&lt;br /&gt;</w:t>
        <w:br/>
        <w:t>й такому, що тільки телятину їв,&lt;br /&gt;</w:t>
        <w:br/>
        <w:t>підклали в тарілку свинини...</w:t>
      </w:r>
    </w:p>
    <w:p>
      <w:r>
        <w:br/>
        <w:t>— Ти, бачу, Тараску, на здогад мастак,&lt;br /&gt;</w:t>
        <w:br/>
        <w:t>фантазія — річ непогана,&lt;br /&gt;</w:t>
        <w:br/>
        <w:t>Та, кажуть, пригощений був неборак&lt;br /&gt;</w:t>
        <w:br/>
        <w:t>із почту татарського хана.</w:t>
      </w:r>
    </w:p>
    <w:p>
      <w:r>
        <w:br/>
        <w:t>То ж вірні Коранові люди були,&lt;br /&gt;</w:t>
        <w:br/>
        <w:t>твердим своїм східним канонам.&lt;br /&gt;</w:t>
        <w:br/>
        <w:t>І їсти свинини вони не могли —&lt;br /&gt;</w:t>
        <w:br/>
        <w:t>не велено їхнім законом.</w:t>
      </w:r>
    </w:p>
    <w:p>
      <w:r>
        <w:br/>
        <w:t>А вже як посунув на нас бусурман —&lt;br /&gt;</w:t>
        <w:br/>
        <w:t>ми знали його всі слабини:&lt;br /&gt;</w:t>
        <w:br/>
        <w:t>якщо був загарбник із магометан —&lt;br /&gt;</w:t>
        <w:br/>
        <w:t>вояки не їли свинини.</w:t>
      </w:r>
    </w:p>
    <w:p>
      <w:r>
        <w:br/>
        <w:t>Тож східне своє диктували меню,&lt;br /&gt;</w:t>
        <w:br/>
        <w:t>але наш народ не корився.&lt;br /&gt;</w:t>
        <w:br/>
        <w:t>Щоб їм насолить — підкладали свиню, —&lt;br /&gt;</w:t>
        <w:br/>
        <w:t>так, певно, й зворот утворився.</w:t>
      </w:r>
    </w:p>
    <w:p>
      <w:r>
        <w:br/>
        <w:t>НЕ НА ТЕ РЯТУВАЛИ ДІДИ</w:t>
      </w:r>
    </w:p>
    <w:p>
      <w:r>
        <w:br/>
        <w:t>Спонукав нас імперський Прокруст [2]&lt;br /&gt;</w:t>
        <w:br/>
        <w:t>до невірності рідному слову.&lt;br /&gt;</w:t>
        <w:br/>
        <w:t>В українця зринає із уст:&lt;br /&gt;</w:t>
        <w:br/>
        <w:t>"Я, ты знаешь, забыл свою мову!"</w:t>
      </w:r>
    </w:p>
    <w:p>
      <w:r>
        <w:br/>
        <w:t>Як цього зрозуміть молодця,&lt;br /&gt;</w:t>
        <w:br/>
        <w:t>що не здатен свого розкумекать,&lt;br /&gt;</w:t>
        <w:br/>
        <w:t>коли навіть заблудла вівця&lt;br /&gt;</w:t>
        <w:br/>
        <w:t>не забуде по-своєму мекать?</w:t>
      </w:r>
    </w:p>
    <w:p>
      <w:r>
        <w:br/>
        <w:t>Нашу мову в час горя-біди,&lt;br /&gt;</w:t>
        <w:br/>
        <w:t>не одної тяжкої навали,&lt;br /&gt;</w:t>
        <w:br/>
        <w:t>не на те рятували діди,&lt;br /&gt;</w:t>
        <w:br/>
        <w:t>щоб онуки її забували.</w:t>
      </w:r>
    </w:p>
    <w:p>
      <w:r>
        <w:br/>
        <w:t>ЗАЛЕЖНО ВІД НАГОЛОСУ</w:t>
      </w:r>
    </w:p>
    <w:p>
      <w:r>
        <w:br/>
        <w:t>Загадка</w:t>
      </w:r>
    </w:p>
    <w:p>
      <w:r>
        <w:br/>
        <w:t>Вгадайте словечко — ми будемо раді:&lt;br /&gt;</w:t>
        <w:br/>
        <w:t>два склади (подумайте, майте терпіння).&lt;br /&gt;</w:t>
        <w:br/>
        <w:t>Як наголос зробим на першому складі,&lt;br /&gt;</w:t>
        <w:br/>
        <w:t>то буде синонім до слова насіння.</w:t>
      </w:r>
    </w:p>
    <w:p>
      <w:r>
        <w:br/>
        <w:t>Умова не стане для вас на заваді,&lt;br /&gt;</w:t>
        <w:br/>
        <w:t>бо в значенні зміна можлива єдина:&lt;br /&gt;</w:t>
        <w:br/>
        <w:t>як наголос зробим на другому складі,&lt;br /&gt;</w:t>
        <w:br/>
        <w:t>то буде синонім до слова родина.</w:t>
      </w:r>
    </w:p>
    <w:p>
      <w:r>
        <w:br/>
        <w:t>Яке ж це слово?</w:t>
      </w:r>
    </w:p>
    <w:p>
      <w:r>
        <w:br/>
        <w:t>(Сім'я)</w:t>
      </w:r>
    </w:p>
    <w:p>
      <w:r>
        <w:br/>
        <w:t>КАЛЕНДАРНЕ СЛОВО</w:t>
      </w:r>
    </w:p>
    <w:p>
      <w:r>
        <w:br/>
        <w:t>Загадка</w:t>
      </w:r>
    </w:p>
    <w:p>
      <w:r>
        <w:br/>
        <w:t>Слово є календарне в мові,&lt;br /&gt;</w:t>
        <w:br/>
        <w:t>є три звуки у цьому слові.</w:t>
      </w:r>
    </w:p>
    <w:p>
      <w:r>
        <w:br/>
        <w:t>Варто перший лиш звук змінити —&lt;br /&gt;</w:t>
        <w:br/>
        <w:t>вже напій ми зможемо пити.</w:t>
      </w:r>
    </w:p>
    <w:p>
      <w:r>
        <w:br/>
        <w:t>Зміним другий — покаже клешні&lt;br /&gt;</w:t>
        <w:br/>
        <w:t>й поповзе у води тутешні</w:t>
      </w:r>
    </w:p>
    <w:p>
      <w:r>
        <w:br/>
        <w:t>Зміним третій звук для забави —&lt;br /&gt;</w:t>
        <w:br/>
        <w:t>буде вже синонім канави.</w:t>
      </w:r>
    </w:p>
    <w:p>
      <w:r>
        <w:br/>
        <w:t>Не потрапте туди в пітьмі…&lt;br /&gt;</w:t>
        <w:br/>
        <w:t>Дальші зміни робіть самі</w:t>
      </w:r>
    </w:p>
    <w:p>
      <w:r>
        <w:br/>
        <w:t>Назвіть основне слово&lt;br /&gt;</w:t>
        <w:br/>
        <w:t>І похідні від нього.</w:t>
      </w:r>
    </w:p>
    <w:p>
      <w:r>
        <w:br/>
        <w:t>(Рік, сік,рак,рів)</w:t>
      </w:r>
    </w:p>
    <w:p>
      <w:r>
        <w:br/>
        <w:t>ПОДУМАЙ ТРІШКИ</w:t>
      </w:r>
    </w:p>
    <w:p>
      <w:r>
        <w:br/>
        <w:t>Загадка</w:t>
      </w:r>
    </w:p>
    <w:p>
      <w:r>
        <w:br/>
        <w:t>Це слово — упряж для тварини&lt;br /&gt;</w:t>
        <w:br/>
        <w:t>(впрягай і мчи навперегони).&lt;br /&gt;</w:t>
        <w:br/>
        <w:t>Заміниш звук — і вже знаряддя&lt;br /&gt;</w:t>
        <w:br/>
        <w:t>для нападу чи оборони.</w:t>
      </w:r>
    </w:p>
    <w:p>
      <w:r>
        <w:br/>
        <w:t>З заміною і без заміни&lt;br /&gt;</w:t>
        <w:br/>
        <w:t>це слово знали й наші предки.&lt;br /&gt;</w:t>
        <w:br/>
        <w:t>Його початок нам підкаже&lt;br /&gt;</w:t>
        <w:br/>
        <w:t>десята літера абетки.</w:t>
      </w:r>
    </w:p>
    <w:p>
      <w:r>
        <w:br/>
        <w:t>Яке це слово?</w:t>
      </w:r>
    </w:p>
    <w:p>
      <w:r>
        <w:br/>
        <w:t>(Збруя, зброя)</w:t>
      </w:r>
    </w:p>
    <w:p>
      <w:r>
        <w:br/>
        <w:t>СМІЯТИСЯ НА КУТНІ</w:t>
      </w:r>
    </w:p>
    <w:p>
      <w:r>
        <w:br/>
        <w:t>— Ану, — питає вчитель, —&lt;br /&gt;</w:t>
        <w:br/>
        <w:t>дослідники майбутні!&lt;br /&gt;</w:t>
        <w:br/>
        <w:t>Що означає вираз —&lt;br /&gt;</w:t>
        <w:br/>
        <w:t>сміятися на кутні!</w:t>
      </w:r>
    </w:p>
    <w:p>
      <w:r>
        <w:br/>
        <w:t>Гриць каже: — Кутня — цвинтар&lt;br /&gt;</w:t>
        <w:br/>
        <w:t>(це скрізь — місця покутні).&lt;br /&gt;</w:t>
        <w:br/>
        <w:t>Сміятись там — і значить&lt;br /&gt;</w:t>
        <w:br/>
        <w:t>сміятися на кутні.</w:t>
      </w:r>
    </w:p>
    <w:p>
      <w:r>
        <w:br/>
        <w:t>А Федь: — Про смерть говорить&lt;br /&gt;</w:t>
        <w:br/>
        <w:t>цей вираз, досить грубий,&lt;br /&gt;</w:t>
        <w:br/>
        <w:t>бо в черепі, звичайно,&lt;br /&gt;</w:t>
        <w:br/>
        <w:t>видніють кутні зуби.</w:t>
      </w:r>
    </w:p>
    <w:p>
      <w:r>
        <w:br/>
        <w:t>— Ану, — питає вчитель, —&lt;br /&gt;</w:t>
        <w:br/>
        <w:t>хто ще як розуміє?—&lt;br /&gt;</w:t>
        <w:br/>
        <w:t>Засумнівались учні,&lt;br /&gt;</w:t>
        <w:br/>
        <w:t>ніхто сказать не сміє.</w:t>
      </w:r>
    </w:p>
    <w:p>
      <w:r>
        <w:br/>
        <w:t>— Тут, — каже вчитель, — треба&lt;br /&gt;</w:t>
        <w:br/>
        <w:t>різницю в лицях бачить,&lt;br /&gt;</w:t>
        <w:br/>
        <w:t>коли сміються люди&lt;br /&gt;</w:t>
        <w:br/>
        <w:t>і коли люди плачуть.</w:t>
      </w:r>
    </w:p>
    <w:p>
      <w:r>
        <w:br/>
        <w:t>По-різному в людини&lt;br /&gt;</w:t>
        <w:br/>
        <w:t>видніються крізь губи&lt;br /&gt;</w:t>
        <w:br/>
        <w:t>при сміхові — передні,&lt;br /&gt;</w:t>
        <w:br/>
        <w:t>при плачі — кутні зуби.</w:t>
      </w:r>
    </w:p>
    <w:p>
      <w:r>
        <w:br/>
        <w:t>Самі ж гримаси схожі,&lt;br /&gt;</w:t>
        <w:br/>
        <w:t>нема чого й балакать.&lt;br /&gt;</w:t>
        <w:br/>
        <w:t>Сміятися на кутні —&lt;br /&gt;</w:t>
        <w:br/>
        <w:t>це й означає плакать.</w:t>
      </w:r>
    </w:p>
    <w:p>
      <w:r>
        <w:br/>
        <w:t>ПОВТОРИ РАЗІВ ТРИ</w:t>
      </w:r>
    </w:p>
    <w:p>
      <w:r>
        <w:br/>
        <w:t>Скоромовка-жарт</w:t>
      </w:r>
    </w:p>
    <w:p>
      <w:r>
        <w:br/>
        <w:t>Повтори разів три:&lt;br /&gt;</w:t>
        <w:br/>
        <w:t>Памір, Армавір,&lt;br /&gt;</w:t>
        <w:br/>
        <w:t>Гібралтар, Гвадалквівір…&lt;br /&gt;</w:t>
        <w:br/>
        <w:t>Чи досягнеш ти Ла-Маншу,&lt;br /&gt;</w:t>
        <w:br/>
        <w:t>язика не поламавши?</w:t>
      </w:r>
    </w:p>
    <w:p>
      <w:r>
        <w:br/>
        <w:t>НЕМА КОЛИ</w:t>
      </w:r>
    </w:p>
    <w:p>
      <w:r>
        <w:br/>
        <w:t>Підслухана розмова</w:t>
      </w:r>
    </w:p>
    <w:p>
      <w:r>
        <w:br/>
        <w:t>З Козина веде козу&lt;br /&gt;</w:t>
        <w:br/>
        <w:t>Стара бабця у Плюти.&lt;br /&gt;</w:t>
        <w:br/>
        <w:t>— Сідай, бабо, підвезу!&lt;br /&gt;</w:t>
        <w:br/>
        <w:t>— Нема часу. Треба йти.</w:t>
      </w:r>
    </w:p>
    <w:p>
      <w:r>
        <w:br/>
        <w:t>НАЗВ У НЬОГО Є АЖ ДВІ</w:t>
      </w:r>
    </w:p>
    <w:p>
      <w:r>
        <w:br/>
        <w:t>Загадка-головоломка</w:t>
      </w:r>
    </w:p>
    <w:p>
      <w:r>
        <w:br/>
        <w:t>Назв у нього є аж дві —&lt;br /&gt;</w:t>
        <w:br/>
        <w:t>є на —ок і —ях.&lt;br /&gt;</w:t>
        <w:br/>
        <w:t>Ходить він на голові&lt;br /&gt;</w:t>
        <w:br/>
        <w:t>й разом — на ногах.</w:t>
      </w:r>
    </w:p>
    <w:p>
      <w:r>
        <w:br/>
        <w:t>Знайте ще, якщо у вас&lt;br /&gt;</w:t>
        <w:br/>
        <w:t>вгадувать є потяг:&lt;br /&gt;</w:t>
        <w:br/>
        <w:t>голий він та водночас&lt;br /&gt;</w:t>
        <w:br/>
        <w:t>також і в чоботях.</w:t>
      </w:r>
    </w:p>
    <w:p>
      <w:r>
        <w:br/>
        <w:t>Хто він?</w:t>
      </w:r>
    </w:p>
    <w:p>
      <w:r>
        <w:br/>
        <w:t>(Гвіздок, він же цвях у чоботі)</w:t>
      </w:r>
    </w:p>
    <w:p>
      <w:r>
        <w:br/>
        <w:t>ЗАГАДКА З ПІДКАЗКОЮ</w:t>
      </w:r>
    </w:p>
    <w:p>
      <w:r>
        <w:br/>
        <w:t>Додумайсь, хто вона, й простеж —&lt;br /&gt;</w:t>
        <w:br/>
        <w:t>у неї особливість є:&lt;br /&gt;</w:t>
        <w:br/>
        <w:t>що більше з неї ти береш,&lt;br /&gt;</w:t>
        <w:br/>
        <w:t>то більшою вона стає.</w:t>
      </w:r>
    </w:p>
    <w:p>
      <w:r>
        <w:br/>
        <w:t>А підказати можу я:&lt;br /&gt;</w:t>
        <w:br/>
        <w:t>шукай слівце на букву я.</w:t>
      </w:r>
    </w:p>
    <w:p>
      <w:r>
        <w:br/>
        <w:t>То хто ж вона?</w:t>
      </w:r>
    </w:p>
    <w:p>
      <w:r>
        <w:br/>
        <w:t>(Яма)&lt;br /&gt;</w:t>
        <w:br/>
        <w:t>ХОДИКИ</w:t>
      </w:r>
    </w:p>
    <w:p>
      <w:r>
        <w:br/>
        <w:t>(З мого дитинства)</w:t>
      </w:r>
    </w:p>
    <w:p>
      <w:r>
        <w:br/>
        <w:t>Ні книг, ні періодики.&lt;br /&gt;</w:t>
        <w:br/>
        <w:t>Одноманітні дні&lt;br /&gt;</w:t>
        <w:br/>
        <w:t>І тільки вірні ходики&lt;br /&gt;</w:t>
        <w:br/>
        <w:t>працюють на стіні</w:t>
      </w:r>
    </w:p>
    <w:p>
      <w:r>
        <w:br/>
        <w:t>Ох, працьовиті ходики —&lt;br /&gt;</w:t>
        <w:br/>
        <w:t>як вічні ходаки!&lt;br /&gt;</w:t>
        <w:br/>
        <w:t>Хто стука в хату: "Хто та-кий?&lt;br /&gt;</w:t>
        <w:br/>
        <w:t>питають.— Хто-та-кий?"</w:t>
      </w:r>
    </w:p>
    <w:p>
      <w:r>
        <w:br/>
        <w:t>Ланцюг тоненький з гиркою.&lt;br /&gt;</w:t>
        <w:br/>
        <w:t>"Цок-цок... а цить-а-цить!"&lt;br /&gt;</w:t>
        <w:br/>
        <w:t>Підтягнеш гирку — тиркає&lt;br /&gt;</w:t>
        <w:br/>
        <w:t>і маятник не спить.</w:t>
      </w:r>
    </w:p>
    <w:p>
      <w:r>
        <w:br/>
        <w:t>Загашуємо ґнотика&lt;br /&gt;</w:t>
        <w:br/>
        <w:t>в мигтливім сліпуні&lt;br /&gt;</w:t>
        <w:br/>
        <w:t>Лягаєм спать, а ходики&lt;br /&gt;</w:t>
        <w:br/>
        <w:t>працюють на стіні</w:t>
      </w:r>
    </w:p>
    <w:p>
      <w:r>
        <w:br/>
        <w:t>Ідуть ледь-ледь попереду,&lt;br /&gt;</w:t>
        <w:br/>
        <w:t>і я в досвітній змрок&lt;br /&gt;</w:t>
        <w:br/>
        <w:t>спішу погнати череду&lt;br /&gt;</w:t>
        <w:br/>
        <w:t>під їхні цок та цок.</w:t>
      </w:r>
    </w:p>
    <w:p>
      <w:r>
        <w:br/>
        <w:t>ВИДНО ПАНА ПО ХАЛЯВАХ</w:t>
      </w:r>
    </w:p>
    <w:p>
      <w:r>
        <w:br/>
        <w:t>Безліч висловів цікавих&lt;br /&gt;</w:t>
        <w:br/>
        <w:t>чуємо ми всюди.&lt;br /&gt;</w:t>
        <w:br/>
        <w:t>Видко папа по халявах —&lt;br /&gt;</w:t>
        <w:br/>
        <w:t>дотепують люди.</w:t>
      </w:r>
    </w:p>
    <w:p>
      <w:r>
        <w:br/>
        <w:t>Я з дитинства чув цей вираз.&lt;br /&gt;</w:t>
        <w:br/>
        <w:t>Де набрав він сили?&lt;br /&gt;</w:t>
        <w:br/>
        <w:t>Та дізнався, коли виріс,&lt;br /&gt;</w:t>
        <w:br/>
        <w:t>що колись носили</w:t>
      </w:r>
    </w:p>
    <w:p>
      <w:r>
        <w:br/>
        <w:t>різні чоботи — біднота&lt;br /&gt;</w:t>
        <w:br/>
        <w:t>й ті, що при мамоні:&lt;br /&gt;</w:t>
        <w:br/>
        <w:t>бідні — чорні, а панота —&lt;br /&gt;</w:t>
        <w:br/>
        <w:t>жовті та червоні...</w:t>
      </w:r>
    </w:p>
    <w:p>
      <w:r>
        <w:br/>
        <w:t>Зносять пришви кольорові&lt;br /&gt;</w:t>
        <w:br/>
        <w:t>шляхтичі проворні —&lt;br /&gt;</w:t>
        <w:br/>
        <w:t>їхні служки гонорові&lt;br /&gt;</w:t>
        <w:br/>
        <w:t>підшивають чорні</w:t>
      </w:r>
    </w:p>
    <w:p>
      <w:r>
        <w:br/>
        <w:t>І доношують пістряве&lt;br /&gt;</w:t>
        <w:br/>
        <w:t>(бачать всі сторонні):&lt;br /&gt;</w:t>
        <w:br/>
        <w:t>пришви чорні, а халяви&lt;br /&gt;</w:t>
        <w:br/>
        <w:t>жовті та червоні</w:t>
      </w:r>
    </w:p>
    <w:p>
      <w:r>
        <w:br/>
        <w:t>При смішному перекрої&lt;br /&gt;</w:t>
        <w:br/>
        <w:t>взуванки тієї&lt;br /&gt;</w:t>
        <w:br/>
        <w:t>"висвічалися" герої —&lt;br /&gt;</w:t>
        <w:br/>
        <w:t>служки та лакеї.</w:t>
      </w:r>
    </w:p>
    <w:p>
      <w:r>
        <w:br/>
        <w:t>У недоносках пістрявих&lt;br /&gt;</w:t>
        <w:br/>
        <w:t>козиряли всюди.&lt;br /&gt;</w:t>
        <w:br/>
        <w:t>"Видно пана по халявах!" —&lt;br /&gt;</w:t>
        <w:br/>
        <w:t>говорили люди.</w:t>
      </w:r>
    </w:p>
    <w:p>
      <w:r>
        <w:br/>
        <w:t>ПРОҐАВИШ — HE НАДОЛУЖИШ</w:t>
      </w:r>
    </w:p>
    <w:p>
      <w:r>
        <w:br/>
        <w:t>Загадка</w:t>
      </w:r>
    </w:p>
    <w:p>
      <w:r>
        <w:br/>
        <w:t>Усі ми рівні перед ним —&lt;br /&gt;</w:t>
        <w:br/>
        <w:t>і світлі, й темні, й русі&lt;br /&gt;</w:t>
        <w:br/>
        <w:t>Коли й на місці на однім,&lt;br /&gt;</w:t>
        <w:br/>
        <w:t>то все одно ми в русі</w:t>
      </w:r>
    </w:p>
    <w:p>
      <w:r>
        <w:br/>
        <w:t>А він спішить, а він летить,&lt;br /&gt;</w:t>
        <w:br/>
        <w:t>бо вічності він служить.&lt;br /&gt;</w:t>
        <w:br/>
        <w:t>Якщо проґавити хоч мить,&lt;br /&gt;</w:t>
        <w:br/>
        <w:t>то вже не надолужить.</w:t>
      </w:r>
    </w:p>
    <w:p>
      <w:r>
        <w:br/>
        <w:t>Хто він?</w:t>
      </w:r>
    </w:p>
    <w:p>
      <w:r>
        <w:br/>
        <w:t>(Час)</w:t>
      </w:r>
    </w:p>
    <w:p>
      <w:r>
        <w:br/>
        <w:t>СИДІР</w:t>
      </w:r>
    </w:p>
    <w:p>
      <w:r>
        <w:br/>
        <w:t>Колись єгипетська богиня&lt;br /&gt;</w:t>
        <w:br/>
        <w:t>Ісіда вздріла дітлахів,&lt;br /&gt;</w:t>
        <w:br/>
        <w:t>що пасли скот на луговині&lt;br /&gt;</w:t>
        <w:br/>
        <w:t>і вже не їли кілька днів.</w:t>
      </w:r>
    </w:p>
    <w:p>
      <w:r>
        <w:br/>
        <w:t>Вона ж — богиня материнства,&lt;br /&gt;</w:t>
        <w:br/>
        <w:t>із серцем, повним доброти;&lt;br /&gt;</w:t>
        <w:br/>
        <w:t>отож в пориві доброчинства&lt;br /&gt;</w:t>
        <w:br/>
        <w:t>взялася їм допомогти.</w:t>
      </w:r>
    </w:p>
    <w:p>
      <w:r>
        <w:br/>
        <w:t>І в той же самий літній ранок&lt;br /&gt;</w:t>
        <w:br/>
        <w:t>послала з неба, із-за хмар,&lt;br /&gt;</w:t>
        <w:br/>
        <w:t>голодним пастушкам сніданок,&lt;br /&gt;</w:t>
        <w:br/>
        <w:t>свій ісідор — Ісіди дар.</w:t>
      </w:r>
    </w:p>
    <w:p>
      <w:r>
        <w:br/>
        <w:t>Через Ісідин цей дарунок,&lt;br /&gt;</w:t>
        <w:br/>
        <w:t>який одержали малі,&lt;br /&gt;</w:t>
        <w:br/>
        <w:t>вже сидором пастушній клунок&lt;br /&gt;</w:t>
        <w:br/>
        <w:t>назвали люди взагалі.</w:t>
      </w:r>
    </w:p>
    <w:p>
      <w:r>
        <w:br/>
        <w:t>Ісідин дар розвіяв вітер —&lt;br /&gt;</w:t>
        <w:br/>
        <w:t>по всьому світу прогуло;&lt;br /&gt;</w:t>
        <w:br/>
        <w:t>і слово Ісідор, Ісідор&lt;br /&gt;</w:t>
        <w:br/>
        <w:t>і на людину перейшло.</w:t>
      </w:r>
    </w:p>
    <w:p>
      <w:r>
        <w:br/>
        <w:t>І другові чи однодворцю&lt;br /&gt;</w:t>
        <w:br/>
        <w:t>сказати можем ти і я:&lt;br /&gt;</w:t>
        <w:br/>
        <w:t>"Сидорку, Сидоре, Сидорцю!" —&lt;br /&gt;</w:t>
        <w:br/>
        <w:t>назвати звично на ім'я.</w:t>
      </w:r>
    </w:p>
    <w:p>
      <w:r>
        <w:br/>
        <w:t>Та можемо про дар Ісіди&lt;br /&gt;</w:t>
        <w:br/>
        <w:t>почуть і в іншому ряду,&lt;br /&gt;</w:t>
        <w:br/>
        <w:t>коли знайомі чи сусіди&lt;br /&gt;</w:t>
        <w:br/>
        <w:t>женуть на пашу череду.</w:t>
      </w:r>
    </w:p>
    <w:p>
      <w:r>
        <w:br/>
        <w:t>Й тепер: із двору вирушає&lt;br /&gt;</w:t>
        <w:br/>
        <w:t>пастух, а мати: — Сину мій,&lt;br /&gt;</w:t>
        <w:br/>
        <w:t>а сидора ти взяв? — гукає&lt;br /&gt;</w:t>
        <w:br/>
        <w:t>(про торбу і про їжу в ній).</w:t>
      </w:r>
    </w:p>
    <w:p>
      <w:r>
        <w:br/>
        <w:t>ПІД СТОЛОМ І ПІД ЛІЖКОМ</w:t>
      </w:r>
    </w:p>
    <w:p>
      <w:r>
        <w:br/>
        <w:t>Загадка</w:t>
      </w:r>
    </w:p>
    <w:p>
      <w:r>
        <w:br/>
        <w:t>Ану, хто вони? Поодинці й гуртом&lt;br /&gt;</w:t>
        <w:br/>
        <w:t>і з цим поквитайтесь "горішком":&lt;br /&gt;</w:t>
        <w:br/>
        <w:t>як їсти сідаю — вони під столом,&lt;br /&gt;</w:t>
        <w:br/>
        <w:t>а сплю — спочивають під ліжком.</w:t>
      </w:r>
    </w:p>
    <w:p>
      <w:r>
        <w:br/>
        <w:t>(Черевики, чоботи, сандалі і т.п.)</w:t>
      </w:r>
    </w:p>
    <w:p>
      <w:r>
        <w:br/>
        <w:t>СОБАКУ НА ЦЬОМУ З'ЇВ</w:t>
      </w:r>
    </w:p>
    <w:p>
      <w:r>
        <w:br/>
        <w:t>Спритний парубійко в поле йшов косити,&lt;br /&gt;</w:t>
        <w:br/>
        <w:t>біг за ним собака. Раптом чоловік&lt;br /&gt;</w:t>
        <w:br/>
        <w:t>їде з поля возом:&lt;br /&gt;</w:t>
        <w:br/>
        <w:t>— Парубче, куди ти?&lt;br /&gt;</w:t>
        <w:br/>
        <w:t>— Йду косити жито: день годує рік.</w:t>
      </w:r>
    </w:p>
    <w:p>
      <w:r>
        <w:br/>
        <w:t>Тут же виявляє вдачу парубочу:&lt;br /&gt;</w:t>
        <w:br/>
        <w:t>— Прийми воза, дядьку, а то перескочу.</w:t>
      </w:r>
    </w:p>
    <w:p>
      <w:r>
        <w:br/>
        <w:t>— А що то у тебе, парубче, в торбині?&lt;br /&gt;</w:t>
        <w:br/>
        <w:t>— Пироги.&lt;br /&gt;</w:t>
        <w:br/>
        <w:t>— А чом їх так багато там?&lt;br /&gt;</w:t>
        <w:br/>
        <w:t>Жартувати й далі до смаку хлопчині:&lt;br /&gt;</w:t>
        <w:br/>
        <w:t>— Як не з'їм — собаці решту я віддам...</w:t>
      </w:r>
    </w:p>
    <w:p>
      <w:r>
        <w:br/>
        <w:t>Добре наробившись, в пору вечорову,&lt;br /&gt;</w:t>
        <w:br/>
        <w:t>йде хлопчина з поля, косу — на плече.&lt;br /&gt;</w:t>
        <w:br/>
        <w:t>Раптом зустрічає чоловіка знову,&lt;br /&gt;</w:t>
        <w:br/>
        <w:t>що сидить край двору й мотуза суче.</w:t>
      </w:r>
    </w:p>
    <w:p>
      <w:r>
        <w:br/>
        <w:t>— Звідки йдеш? — гукає дядько&lt;br /&gt;</w:t>
        <w:br/>
        <w:t>парубчині.&lt;br /&gt;</w:t>
        <w:br/>
        <w:t>Той скривився, наче з кислого щавлю.&lt;br /&gt;</w:t>
        <w:br/>
        <w:t>— З косовиці, — каже (жарти інші нині), —&lt;br /&gt;</w:t>
        <w:br/>
        <w:t>прийми, дядьку, мотуз: не переступлю...&lt;br /&gt;</w:t>
        <w:br/>
        <w:t>— Що, вдалося, може, хоч півниви втнути?&lt;br /&gt;</w:t>
        <w:br/>
        <w:t>— Цілу ниву, дядьку!&lt;br /&gt;</w:t>
        <w:br/>
        <w:t>— Та не може бути!</w:t>
      </w:r>
    </w:p>
    <w:p>
      <w:r>
        <w:br/>
        <w:t>— А де пироги ті?&lt;br /&gt;</w:t>
        <w:br/>
        <w:t>— Геть усі поїв.&lt;br /&gt;</w:t>
        <w:br/>
        <w:t>— А собака де твій?&lt;br /&gt;</w:t>
        <w:br/>
        <w:t>— І собаку з'їв…</w:t>
      </w:r>
    </w:p>
    <w:p>
      <w:r>
        <w:br/>
        <w:t>Отже, справа, друзі, у сумлінні й силі&lt;br /&gt;</w:t>
        <w:br/>
        <w:t>Ось чому нам кажуть про майстрів-трудяк:&lt;br /&gt;</w:t>
        <w:br/>
        <w:t>він, мовляв, "собаку з'їв у цьому ділі",&lt;br /&gt;</w:t>
        <w:br/>
        <w:t>тобто має досвід, знає, що і як!</w:t>
      </w:r>
    </w:p>
    <w:p>
      <w:r>
        <w:br/>
        <w:t>НЕ МИНАЙТЕ АНІ ТИТЛИ</w:t>
      </w:r>
    </w:p>
    <w:p>
      <w:r>
        <w:br/>
        <w:t>Лине дзвоном величаво&lt;br /&gt;</w:t>
        <w:br/>
        <w:t>Шевченкова мова:&lt;br /&gt;</w:t>
        <w:br/>
        <w:t>прочитайте тую славу&lt;br /&gt;</w:t>
        <w:br/>
        <w:t>од слова до слова.&lt;br /&gt;</w:t>
        <w:br/>
        <w:t>Не минайте ані титли,&lt;br /&gt;</w:t>
        <w:br/>
        <w:t>ніже тії коми...</w:t>
      </w:r>
    </w:p>
    <w:p>
      <w:r>
        <w:br/>
        <w:t>А що значить слово титла,&lt;br /&gt;</w:t>
        <w:br/>
        <w:t>з "Кобзаря" знайоме?</w:t>
      </w:r>
    </w:p>
    <w:p>
      <w:r>
        <w:br/>
        <w:t>В давніх мовах над словами&lt;br /&gt;</w:t>
        <w:br/>
        <w:t>стяжечка умовна&lt;br /&gt;</w:t>
        <w:br/>
        <w:t>(це тоді, як не дається&lt;br /&gt;</w:t>
        <w:br/>
        <w:t>їхня форма повна).</w:t>
      </w:r>
    </w:p>
    <w:p>
      <w:r>
        <w:br/>
        <w:t>Є чимало слів таких,&lt;br /&gt;</w:t>
        <w:br/>
        <w:t>наведу окремі з них:</w:t>
      </w:r>
    </w:p>
    <w:p>
      <w:r>
        <w:br/>
        <w:t>Бог, Апостол, благодати,&lt;br /&gt;</w:t>
        <w:br/>
        <w:t>честь, молитва, небеси,&lt;br /&gt;</w:t>
        <w:br/>
        <w:t>благочестя, милість, мати,&lt;br /&gt;</w:t>
        <w:br/>
        <w:t>дух, дута. Господь, спaси….</w:t>
      </w:r>
    </w:p>
    <w:p>
      <w:r>
        <w:br/>
        <w:t>Не прості перлини мовні&lt;br /&gt;</w:t>
        <w:br/>
        <w:t>позначала титла, —&lt;br /&gt;</w:t>
        <w:br/>
        <w:t>ні, слова значущі, повні&lt;br /&gt;</w:t>
        <w:br/>
        <w:t>святості і світла.</w:t>
      </w:r>
    </w:p>
    <w:p>
      <w:r>
        <w:br/>
        <w:t>Тож Тарас і вчив нас мати&lt;br /&gt;</w:t>
        <w:br/>
        <w:t>вдачу нелукаву,&lt;br /&gt;</w:t>
        <w:br/>
        <w:t>як святе письмо, читати&lt;br /&gt;</w:t>
        <w:br/>
        <w:t>нашу давню славу.</w:t>
      </w:r>
    </w:p>
    <w:p>
      <w:r>
        <w:br/>
        <w:t>ГОЛОДНИЙ І СИТИЙ</w:t>
      </w:r>
    </w:p>
    <w:p>
      <w:r>
        <w:br/>
        <w:t>Загадка</w:t>
      </w:r>
    </w:p>
    <w:p>
      <w:r>
        <w:br/>
        <w:t>Тобі відгадку підкажу,&lt;br /&gt;</w:t>
        <w:br/>
        <w:t>як долю визначиш мою:&lt;br /&gt;</w:t>
        <w:br/>
        <w:t>коли голодний, то лежу,&lt;br /&gt;</w:t>
        <w:br/>
        <w:t>коли ж наїмся, то стою.</w:t>
      </w:r>
    </w:p>
    <w:p>
      <w:r>
        <w:br/>
        <w:t>Хто ж я?</w:t>
      </w:r>
    </w:p>
    <w:p>
      <w:r>
        <w:br/>
        <w:t>(Мішок)</w:t>
      </w:r>
    </w:p>
    <w:p>
      <w:r>
        <w:br/>
        <w:t>ЛЕСЯ</w:t>
      </w:r>
    </w:p>
    <w:p>
      <w:r>
        <w:br/>
        <w:t>Слово, чому ти не твердая криця…&lt;br /&gt;</w:t>
        <w:br/>
        <w:t>Леся Українка</w:t>
      </w:r>
    </w:p>
    <w:p>
      <w:r>
        <w:br/>
        <w:t>Я бачу: кущисті ласкавці,&lt;br /&gt;</w:t>
        <w:br/>
        <w:t>і Леся, гортензії садячи,&lt;br /&gt;</w:t>
        <w:br/>
        <w:t>на хвильку присіла на лавці —&lt;br /&gt;</w:t>
        <w:br/>
        <w:t>їй пишеться в рідному Гадячі</w:t>
      </w:r>
    </w:p>
    <w:p>
      <w:r>
        <w:br/>
        <w:t>О слово із сяйвом лелітки,&lt;br /&gt;</w:t>
        <w:br/>
        <w:t>помножуйся в силі сторицею:&lt;br /&gt;</w:t>
        <w:br/>
        <w:t>ти стало пелюсткою квітки,&lt;br /&gt;</w:t>
        <w:br/>
        <w:t>а треба — незламною крицею...</w:t>
      </w:r>
    </w:p>
    <w:p>
      <w:r>
        <w:br/>
        <w:t>Подумав про неї, тендітну:&lt;br /&gt;</w:t>
        <w:br/>
        <w:t>з якою зрівнять поетесою,&lt;br /&gt;</w:t>
        <w:br/>
        <w:t>щоб лагідно й ніжно, як рідну,&lt;br /&gt;</w:t>
        <w:br/>
        <w:t>народ називав просто Лесею?</w:t>
      </w:r>
    </w:p>
    <w:p>
      <w:r>
        <w:br/>
        <w:t>Палала прозірлива жінка,&lt;br /&gt;</w:t>
        <w:br/>
        <w:t>і сяяли барви палітри,&lt;br /&gt;</w:t>
        <w:br/>
        <w:t>щоб слово дзвінке Українка&lt;br /&gt;</w:t>
        <w:br/>
        <w:t>писалось з великої літери.</w:t>
      </w:r>
    </w:p>
    <w:p>
      <w:r>
        <w:br/>
        <w:t>ЯКИЙ КОШИК У КУЩІ?</w:t>
      </w:r>
    </w:p>
    <w:p>
      <w:r>
        <w:br/>
        <w:t>Загадка</w:t>
      </w:r>
    </w:p>
    <w:p>
      <w:r>
        <w:br/>
        <w:t>На цей раз буде загадка простою:&lt;br /&gt;</w:t>
        <w:br/>
        <w:t>берем звичайне слово з двох складів —&lt;br /&gt;</w:t>
        <w:br/>
        <w:t>зелений кущ, який цвіте весною,&lt;br /&gt;</w:t>
        <w:br/>
        <w:t>назад читаєм — кошик для грибів.</w:t>
      </w:r>
    </w:p>
    <w:p>
      <w:r>
        <w:br/>
        <w:t>Що це за слово?</w:t>
      </w:r>
    </w:p>
    <w:p>
      <w:r>
        <w:br/>
        <w:t>(Бузок, козуб)</w:t>
      </w:r>
    </w:p>
    <w:p>
      <w:r>
        <w:br/>
        <w:t>ЗАЙМЕННИКИ — ЧИСТУНИ</w:t>
      </w:r>
    </w:p>
    <w:p>
      <w:r>
        <w:br/>
        <w:t>Загадка-жарт</w:t>
      </w:r>
    </w:p>
    <w:p>
      <w:r>
        <w:br/>
        <w:t>А хто з вас, діти, відгадає,&lt;br /&gt;</w:t>
        <w:br/>
        <w:t>як будь-хто, перш ніж їстиме,&lt;br /&gt;</w:t>
        <w:br/>
        <w:t>трьома займенниками має&lt;br /&gt;</w:t>
        <w:br/>
        <w:t>зробити руки чистими?</w:t>
      </w:r>
    </w:p>
    <w:p>
      <w:r>
        <w:br/>
        <w:t>(Має ви-ми-ти)</w:t>
      </w:r>
    </w:p>
    <w:p>
      <w:r>
        <w:br/>
        <w:t>НІ КОЛА НІ ДВОРА</w:t>
      </w:r>
    </w:p>
    <w:p>
      <w:r>
        <w:br/>
        <w:t>— А чому, — Тарасик запитав, —&lt;br /&gt;</w:t>
        <w:br/>
        <w:t>про людей говорять інші люди:&lt;br /&gt;</w:t>
        <w:br/>
        <w:t>той кілком поперек горла став;&lt;br /&gt;</w:t>
        <w:br/>
        <w:t>той кілком стирчить, мовляв, усюди.</w:t>
      </w:r>
    </w:p>
    <w:p>
      <w:r>
        <w:br/>
        <w:t>Тим хоч кіл на голові теши,&lt;br /&gt;</w:t>
        <w:br/>
        <w:t>впертості й колом із них не вибить...&lt;br /&gt;</w:t>
        <w:br/>
        <w:t>— А подумай, друже, й сам скажи...&lt;br /&gt;</w:t>
        <w:br/>
        <w:t>— Хтозна, — побоявсь Тарасик схибить.</w:t>
      </w:r>
    </w:p>
    <w:p>
      <w:r>
        <w:br/>
        <w:t>— Розумієш, в нашім словнику&lt;br /&gt;</w:t>
        <w:br/>
        <w:t>ці звороти, мабуть, найдавніші:&lt;br /&gt;</w:t>
        <w:br/>
        <w:t>хтось там як сорока на кілку,&lt;br /&gt;</w:t>
        <w:br/>
        <w:t>той кілком поперек горла й інші</w:t>
      </w:r>
    </w:p>
    <w:p>
      <w:r>
        <w:br/>
        <w:t>Мова нам підказує сама:&lt;br /&gt;</w:t>
        <w:br/>
        <w:t>вдумайся, чому говорять зроду —&lt;br /&gt;</w:t>
        <w:br/>
        <w:t>ні кола ані двора нема?&lt;br /&gt;</w:t>
        <w:br/>
        <w:t>Відповідь — у побуті народу.</w:t>
      </w:r>
    </w:p>
    <w:p>
      <w:r>
        <w:br/>
        <w:t>Лиш господар діставав наділ,&lt;br /&gt;</w:t>
        <w:br/>
        <w:t>ще не маючи ніяких статків,&lt;br /&gt;</w:t>
        <w:br/>
        <w:t>зразу забивав у землю кіл,&lt;br /&gt;</w:t>
        <w:br/>
        <w:t>той кілок — початок всіх початків.</w:t>
      </w:r>
    </w:p>
    <w:p>
      <w:r>
        <w:br/>
        <w:t>Стали тим колом і взагалі&lt;br /&gt;</w:t>
        <w:br/>
        <w:t>звати поселенці учорашні&lt;br /&gt;</w:t>
        <w:br/>
        <w:t>кожну смужку орної землі,&lt;br /&gt;</w:t>
        <w:br/>
        <w:t>кіллями розмічену в два сажні...</w:t>
      </w:r>
    </w:p>
    <w:p>
      <w:r>
        <w:br/>
        <w:t>І тепер нам ясно все цілком.&lt;br /&gt;</w:t>
        <w:br/>
        <w:t>Отже, друже, пошуки не марні&lt;br /&gt;</w:t>
        <w:br/>
        <w:t>Бачимо, чом вирази з кілком&lt;br /&gt;</w:t>
        <w:br/>
        <w:t>в нашій мові й досі популярні</w:t>
      </w:r>
    </w:p>
    <w:p>
      <w:r>
        <w:br/>
        <w:t>КРАЇНА І … ТВАРИНА</w:t>
      </w:r>
    </w:p>
    <w:p>
      <w:r>
        <w:br/>
        <w:t>Загадка</w:t>
      </w:r>
    </w:p>
    <w:p>
      <w:r>
        <w:br/>
        <w:t>В країни букву Я з боків відкину, —&lt;br /&gt;</w:t>
        <w:br/>
        <w:t>й помітить зміну враз дитина кожна:&lt;br /&gt;</w:t>
        <w:br/>
        <w:t>країна перетвориться в тварину,&lt;br /&gt;</w:t>
        <w:br/>
        <w:t>що нам на ній і покататись можна.</w:t>
      </w:r>
    </w:p>
    <w:p>
      <w:r>
        <w:br/>
        <w:t>Що це таке?</w:t>
      </w:r>
    </w:p>
    <w:p>
      <w:r>
        <w:br/>
        <w:t>(Я – поні — я)</w:t>
      </w:r>
    </w:p>
    <w:p>
      <w:r>
        <w:br/>
        <w:t>ВІН Є У КОЖНОГО</w:t>
      </w:r>
    </w:p>
    <w:p>
      <w:r>
        <w:br/>
        <w:t>Загадка</w:t>
      </w:r>
    </w:p>
    <w:p>
      <w:r>
        <w:br/>
        <w:t>У всіх він є, ось подивись—&lt;br /&gt;</w:t>
        <w:br/>
        <w:t>старе, мале чи юне.&lt;br /&gt;</w:t>
        <w:br/>
        <w:t>Та кепсько, коли хтось кудись&lt;br /&gt;</w:t>
        <w:br/>
        <w:t>його без діла суне.</w:t>
      </w:r>
    </w:p>
    <w:p>
      <w:r>
        <w:br/>
        <w:t>Що це таке?</w:t>
      </w:r>
    </w:p>
    <w:p>
      <w:r>
        <w:br/>
        <w:t>(Ніс)</w:t>
      </w:r>
    </w:p>
    <w:p>
      <w:r>
        <w:br/>
        <w:t>ЗАРУБАЙ НА НОСІ</w:t>
      </w:r>
    </w:p>
    <w:p>
      <w:r>
        <w:br/>
        <w:t>Гриць катався на льоду,&lt;br /&gt;</w:t>
        <w:br/>
        <w:t>не спитавшись мами,&lt;br /&gt;</w:t>
        <w:br/>
        <w:t>та й потрапив у біду:&lt;br /&gt;</w:t>
        <w:br/>
        <w:t>шурхнув з ковзанами.</w:t>
      </w:r>
    </w:p>
    <w:p>
      <w:r>
        <w:br/>
        <w:t>Мамин гнів хлоп'я мале&lt;br /&gt;</w:t>
        <w:br/>
        <w:t>пам'ятає й досі:&lt;br /&gt;</w:t>
        <w:br/>
        <w:t>"Бить не битиму, але&lt;br /&gt;</w:t>
        <w:br/>
        <w:t>зарубай на носі!"</w:t>
      </w:r>
    </w:p>
    <w:p>
      <w:r>
        <w:br/>
        <w:t>Дивно це було сприймать&lt;br /&gt;</w:t>
        <w:br/>
        <w:t>хлопцеві малому:&lt;br /&gt;</w:t>
        <w:br/>
        <w:t>"Як? На носі зарубать?&lt;br /&gt;</w:t>
        <w:br/>
        <w:t>Ще й собі самому?"</w:t>
      </w:r>
    </w:p>
    <w:p>
      <w:r>
        <w:br/>
        <w:t>Може, нині смішно вам&lt;br /&gt;</w:t>
        <w:br/>
        <w:t>в теплім дружнім колі&lt;br /&gt;</w:t>
        <w:br/>
        <w:t>Гриць тепер сміється й сам, —&lt;br /&gt;</w:t>
        <w:br/>
        <w:t>Гриць давно вже в школі</w:t>
      </w:r>
    </w:p>
    <w:p>
      <w:r>
        <w:br/>
        <w:t>В літгурток він став ходить&lt;br /&gt;</w:t>
        <w:br/>
        <w:t>і знайшов розгадку:&lt;br /&gt;</w:t>
        <w:br/>
        <w:t>ніс походить від носить&lt;br /&gt;</w:t>
        <w:br/>
        <w:t>в даному випадку!</w:t>
      </w:r>
    </w:p>
    <w:p>
      <w:r>
        <w:br/>
        <w:t>Бо носили в правіки&lt;br /&gt;</w:t>
        <w:br/>
        <w:t>за собою всюди&lt;br /&gt;</w:t>
        <w:br/>
        <w:t>палички і дощечки&lt;br /&gt;</w:t>
        <w:br/>
        <w:t>неписьменні люди.</w:t>
      </w:r>
    </w:p>
    <w:p>
      <w:r>
        <w:br/>
        <w:t>І як ми в записники&lt;br /&gt;</w:t>
        <w:br/>
        <w:t>все заносим з вами,&lt;br /&gt;</w:t>
        <w:br/>
        <w:t>так вони — на дощечки,&lt;br /&gt;</w:t>
        <w:br/>
        <w:t>звані в них носами.</w:t>
      </w:r>
    </w:p>
    <w:p>
      <w:r>
        <w:br/>
        <w:t>Отже вираз виник там,&lt;br /&gt;</w:t>
        <w:br/>
        <w:t>а зберігся й досі&lt;br /&gt;</w:t>
        <w:br/>
        <w:t>Це, читачу, й ти затям,&lt;br /&gt;</w:t>
        <w:br/>
        <w:t>зарубай на носі!</w:t>
      </w:r>
    </w:p>
    <w:p>
      <w:r>
        <w:br/>
        <w:t>СЕСТРИВЕЧІР, ДОБРИЧКИ!</w:t>
      </w:r>
    </w:p>
    <w:p>
      <w:r>
        <w:br/>
        <w:t>(З пастуших жартів)</w:t>
      </w:r>
    </w:p>
    <w:p>
      <w:r>
        <w:br/>
        <w:t>На вигинах Сули, де більше паші,&lt;br /&gt;</w:t>
        <w:br/>
        <w:t>розкошували наші корівки;&lt;br /&gt;</w:t>
        <w:br/>
        <w:t>березняківські череди і наші&lt;br /&gt;</w:t>
        <w:br/>
        <w:t>розходились по березі ріки.</w:t>
      </w:r>
    </w:p>
    <w:p>
      <w:r>
        <w:br/>
        <w:t>До нас підходять їхні пастушки,&lt;br /&gt;</w:t>
        <w:br/>
        <w:t>а ми їм жарту кидаєм пучок:&lt;br /&gt;</w:t>
        <w:br/>
        <w:t>— Сестривечір, добрички,&lt;br /&gt;</w:t>
        <w:br/>
        <w:t>чи не телячили ви наших бачичок?</w:t>
      </w:r>
    </w:p>
    <w:p>
      <w:r>
        <w:br/>
        <w:t>— Телячили, — всміхаються, — телячили:&lt;br /&gt;</w:t>
        <w:br/>
        <w:t>задрали лози та побігли в хвіст! —&lt;br /&gt;</w:t>
        <w:br/>
        <w:t>Від старших знали, що ці жарти значили,&lt;br /&gt;</w:t>
        <w:br/>
        <w:t>і розуміли їх нехитрий зміст...</w:t>
      </w:r>
    </w:p>
    <w:p>
      <w:r>
        <w:br/>
        <w:t>ДУРНЕ, ЯК…</w:t>
      </w:r>
    </w:p>
    <w:p>
      <w:r>
        <w:br/>
        <w:t>Загадка</w:t>
      </w:r>
    </w:p>
    <w:p>
      <w:r>
        <w:br/>
        <w:t>Маленьким тішило мене:&lt;br /&gt;</w:t>
        <w:br/>
        <w:t>на вигоні собі ґуля.&lt;br /&gt;</w:t>
        <w:br/>
        <w:t>А то, бувало, як чкурне,&lt;br /&gt;</w:t>
        <w:br/>
        <w:t>що ждати хтозна й відкіля...&lt;br /&gt;</w:t>
        <w:br/>
        <w:t>На несвідомого: дурне, —&lt;br /&gt;</w:t>
        <w:br/>
        <w:t>говорять люди, — як</w:t>
      </w:r>
    </w:p>
    <w:p>
      <w:r>
        <w:br/>
        <w:t>(Теля)</w:t>
      </w:r>
    </w:p>
    <w:p>
      <w:r>
        <w:br/>
        <w:t>ЗЕЛЕНА ВУЛИЦЯ</w:t>
      </w:r>
    </w:p>
    <w:p>
      <w:r>
        <w:br/>
        <w:t>Кажу: зелена вулиця. Ну й що ж?&lt;br /&gt;</w:t>
        <w:br/>
        <w:t>Усі ми добре знаєм, що це значить.&lt;br /&gt;</w:t>
        <w:br/>
        <w:t>Але колись ішла по тілу дрож,&lt;br /&gt;</w:t>
        <w:br/>
        <w:t>як хто "зелену вулицю" побачить.</w:t>
      </w:r>
    </w:p>
    <w:p>
      <w:r>
        <w:br/>
        <w:t>Зелена вулиця сто літ назад,&lt;br /&gt;</w:t>
        <w:br/>
        <w:t>коли ще час і смутен був, і скрутен,&lt;br /&gt;</w:t>
        <w:br/>
        <w:t>це — дві стіни муштрованих солдат,&lt;br /&gt;</w:t>
        <w:br/>
        <w:t>де в кожного зелений був шпіцрутен.</w:t>
      </w:r>
    </w:p>
    <w:p>
      <w:r>
        <w:br/>
        <w:t>Між двох рядів по "вулиці" такій&lt;br /&gt;</w:t>
        <w:br/>
        <w:t>здіймалися шпіцрутени-лозини:&lt;br /&gt;</w:t>
        <w:br/>
        <w:t>засуджені проходили по ній,&lt;br /&gt;</w:t>
        <w:br/>
        <w:t>тяжкі удари падали на спини.</w:t>
      </w:r>
    </w:p>
    <w:p>
      <w:r>
        <w:br/>
        <w:t>І не один солдат від них помер,&lt;br /&gt;</w:t>
        <w:br/>
        <w:t>і не один страждав і тяжко хворів.&lt;br /&gt;</w:t>
        <w:br/>
        <w:t>А от зелена вулиця тепер —&lt;br /&gt;</w:t>
        <w:br/>
        <w:t>в путі ланцюг зелених світлофорів.</w:t>
      </w:r>
    </w:p>
    <w:p>
      <w:r>
        <w:br/>
        <w:t>Зелена вулиця! Як підоспів —&lt;br /&gt;</w:t>
        <w:br/>
        <w:t>будь ласка, їдь, дається повна змога;&lt;br /&gt;</w:t>
        <w:br/>
        <w:t>у переноснім значенні цих слів —&lt;br /&gt;</w:t>
        <w:br/>
        <w:t>широка, вільна і пряма дорога.</w:t>
      </w:r>
    </w:p>
    <w:p>
      <w:r>
        <w:br/>
        <w:t>СВІТ БАБУСИНИХ КАЗОК</w:t>
      </w:r>
    </w:p>
    <w:p>
      <w:r>
        <w:br/>
        <w:t>На Сулі прозорі хвилі,&lt;br /&gt;</w:t>
        <w:br/>
        <w:t>як бурштинові&lt;br /&gt;</w:t>
        <w:br/>
        <w:t>Панський сад росте на схилі&lt;br /&gt;</w:t>
        <w:br/>
        <w:t>в Костянтинові.</w:t>
      </w:r>
    </w:p>
    <w:p>
      <w:r>
        <w:br/>
        <w:t>А в саду тім, кажуть, вітка&lt;br /&gt;</w:t>
        <w:br/>
        <w:t>на ялиці є,&lt;br /&gt;</w:t>
        <w:br/>
        <w:t>там на вітці висить клітка&lt;br /&gt;</w:t>
        <w:br/>
        <w:t>із жар-птицею.</w:t>
      </w:r>
    </w:p>
    <w:p>
      <w:r>
        <w:br/>
        <w:t>Краде білка там горіхи&lt;br /&gt;</w:t>
        <w:br/>
        <w:t>з саду панського.&lt;br /&gt;</w:t>
        <w:br/>
        <w:t>А для хлопця стільки втіхи&lt;br /&gt;</w:t>
        <w:br/>
        <w:t>для селянського!</w:t>
      </w:r>
    </w:p>
    <w:p>
      <w:r>
        <w:br/>
        <w:t>А горіхи, цю привабу,&lt;br /&gt;</w:t>
        <w:br/>
        <w:t>кращу жемчуга,&lt;br /&gt;</w:t>
        <w:br/>
        <w:t>й нам, було, приносить баба&lt;br /&gt;</w:t>
        <w:br/>
        <w:t>Тимошенчиха.</w:t>
      </w:r>
    </w:p>
    <w:p>
      <w:r>
        <w:br/>
        <w:t>А казкам які ми раді&lt;br /&gt;</w:t>
        <w:br/>
        <w:t>тим, бабусиним,&lt;br /&gt;</w:t>
        <w:br/>
        <w:t>що від них і взимку в хаті&lt;br /&gt;</w:t>
        <w:br/>
        <w:t>як у вусі нам,</w:t>
      </w:r>
    </w:p>
    <w:p>
      <w:r>
        <w:br/>
        <w:t>як веде про Йвана мову&lt;br /&gt;</w:t>
        <w:br/>
        <w:t>про царевича,&lt;br /&gt;</w:t>
        <w:br/>
        <w:t>про Телесика чи Бову&lt;br /&gt;</w:t>
        <w:br/>
        <w:t>Королевича.</w:t>
      </w:r>
    </w:p>
    <w:p>
      <w:r>
        <w:br/>
        <w:t>Наче мишки, тихо-тихо&lt;br /&gt;</w:t>
        <w:br/>
        <w:t>всі сиділи ми;&lt;br /&gt;</w:t>
        <w:br/>
        <w:t>як добро змагало лихо —&lt;br /&gt;</w:t>
        <w:br/>
        <w:t>так раділи ми.</w:t>
      </w:r>
    </w:p>
    <w:p>
      <w:r>
        <w:br/>
        <w:t>За вікном плелася сітка&lt;br /&gt;</w:t>
        <w:br/>
        <w:t>сніговицею.&lt;br /&gt;</w:t>
        <w:br/>
        <w:t>Цілу ніч нам сниться клітка&lt;br /&gt;</w:t>
        <w:br/>
        <w:t>із жар-птицею...</w:t>
      </w:r>
    </w:p>
    <w:p>
      <w:r>
        <w:br/>
        <w:t>ЄДИНЕ СЛОВО</w:t>
      </w:r>
    </w:p>
    <w:p>
      <w:r>
        <w:br/>
        <w:t>Загадка</w:t>
      </w:r>
    </w:p>
    <w:p>
      <w:r>
        <w:br/>
        <w:t>Хто захоче відгадати — хай не дуже поспіша:&lt;br /&gt;</w:t>
        <w:br/>
        <w:t>в мові це єдине слово, де апостроф після Ш.&lt;br /&gt;</w:t>
        <w:br/>
        <w:t>Коли, друже, ти одразу розгадать не знаєш як,&lt;br /&gt;</w:t>
        <w:br/>
        <w:t>зосередься — розгадаєш: слово це просте</w:t>
      </w:r>
    </w:p>
    <w:p>
      <w:r>
        <w:br/>
        <w:t>(Миш'як)</w:t>
      </w:r>
    </w:p>
    <w:p>
      <w:r>
        <w:br/>
        <w:t>СТАНЕ ВІН&lt;br /&gt;</w:t>
        <w:br/>
        <w:t>ПРИВАБЛИВОЮ РІЧЧЮ</w:t>
      </w:r>
    </w:p>
    <w:p>
      <w:r>
        <w:br/>
        <w:t>Загадка</w:t>
      </w:r>
    </w:p>
    <w:p>
      <w:r>
        <w:br/>
        <w:t>Вказівний простий займенник цей&lt;br /&gt;</w:t>
        <w:br/>
        <w:t>повтори в жіночім роді двічі —&lt;br /&gt;</w:t>
        <w:br/>
        <w:t>й стане він привабливою річчю,&lt;br /&gt;</w:t>
        <w:br/>
        <w:t>забавкою для малих дітей.</w:t>
      </w:r>
    </w:p>
    <w:p>
      <w:r>
        <w:br/>
        <w:t>Що це?</w:t>
      </w:r>
    </w:p>
    <w:p>
      <w:r>
        <w:br/>
        <w:t>(Цяця)</w:t>
      </w:r>
    </w:p>
    <w:p>
      <w:r>
        <w:br/>
        <w:t>ЩО ЗА СПЛЮХА?</w:t>
      </w:r>
    </w:p>
    <w:p>
      <w:r>
        <w:br/>
        <w:t>Загадка</w:t>
      </w:r>
    </w:p>
    <w:p>
      <w:r>
        <w:br/>
        <w:t>Не з заліза, не з дерева&lt;br /&gt;</w:t>
        <w:br/>
        <w:t>ця пухкенька сплюха:&lt;br /&gt;</w:t>
        <w:br/>
        <w:t>є у неї два черева&lt;br /&gt;</w:t>
        <w:br/>
        <w:t>і чотири вуха.</w:t>
      </w:r>
    </w:p>
    <w:p>
      <w:r>
        <w:br/>
        <w:t>Що це таке?</w:t>
      </w:r>
    </w:p>
    <w:p>
      <w:r>
        <w:br/>
        <w:t>(Подушка)</w:t>
      </w:r>
    </w:p>
    <w:p>
      <w:r>
        <w:br/>
        <w:t>КОЛЯДНИК</w:t>
      </w:r>
    </w:p>
    <w:p>
      <w:r>
        <w:br/>
        <w:t>Є колядочка у Гриця:&lt;br /&gt;</w:t>
        <w:br/>
        <w:t>"Коляд-коляд-колядиця!"</w:t>
      </w:r>
    </w:p>
    <w:p>
      <w:r>
        <w:br/>
        <w:t>Мати хусткою зав'яже —&lt;br /&gt;</w:t>
        <w:br/>
        <w:t>тільки носик вигляда.&lt;br /&gt;</w:t>
        <w:br/>
        <w:t>Хоч мороз "Дошкулю" каже,&lt;br /&gt;</w:t>
        <w:br/>
        <w:t>так на те ж і коляда!</w:t>
      </w:r>
    </w:p>
    <w:p>
      <w:r>
        <w:br/>
        <w:t>Гриць завбільшечки з мізинець,&lt;br /&gt;</w:t>
        <w:br/>
        <w:t>але справжній колядинець.</w:t>
      </w:r>
    </w:p>
    <w:p>
      <w:r>
        <w:br/>
        <w:t>Колядує, як годиться:&lt;br /&gt;</w:t>
        <w:br/>
        <w:t>"Коляд-коляд-колядиця!</w:t>
      </w:r>
    </w:p>
    <w:p>
      <w:r>
        <w:br/>
        <w:t>Дайте, дядьку, пиріг,&lt;br /&gt;</w:t>
        <w:br/>
        <w:t>покладу собі у міх!</w:t>
      </w:r>
    </w:p>
    <w:p>
      <w:r>
        <w:br/>
        <w:t>А не дасте пирога,&lt;br /&gt;</w:t>
        <w:br/>
        <w:t>візьму бика за рога</w:t>
      </w:r>
    </w:p>
    <w:p>
      <w:r>
        <w:br/>
        <w:t>та виведу на поріг&lt;br /&gt;</w:t>
        <w:br/>
        <w:t>та викручу правий ріг!"</w:t>
      </w:r>
    </w:p>
    <w:p>
      <w:r>
        <w:br/>
        <w:t>Ось до іншого йде двору,&lt;br /&gt;</w:t>
        <w:br/>
        <w:t>напуска ману сувору:&lt;br /&gt;</w:t>
        <w:br/>
        <w:t>"Дядьку, дайте ковбасу,&lt;br /&gt;</w:t>
        <w:br/>
        <w:t>а то хату рознесу!"</w:t>
      </w:r>
    </w:p>
    <w:p>
      <w:r>
        <w:br/>
        <w:t>А дорослі тьоті й дяді&lt;br /&gt;</w:t>
        <w:br/>
        <w:t>цим колядкам дуже раді.</w:t>
      </w:r>
    </w:p>
    <w:p>
      <w:r>
        <w:br/>
        <w:t>І дають то те, то се,&lt;br /&gt;</w:t>
        <w:br/>
        <w:t>і в торбинці Гриць несе,</w:t>
      </w:r>
    </w:p>
    <w:p>
      <w:r>
        <w:br/>
        <w:t>мов господар із базару,&lt;br /&gt;</w:t>
        <w:br/>
        <w:t>сливи, груші для узвару</w:t>
      </w:r>
    </w:p>
    <w:p>
      <w:r>
        <w:br/>
        <w:t>й гарбузці аж золотисті,&lt;br /&gt;</w:t>
        <w:br/>
        <w:t>й трохи кроликам вівса,&lt;br /&gt;</w:t>
        <w:br/>
        <w:t>й пироги пухкі, пашисті,&lt;br /&gt;</w:t>
        <w:br/>
        <w:t>й над усім цим — ковбаса!</w:t>
      </w:r>
    </w:p>
    <w:p>
      <w:r>
        <w:br/>
        <w:t>Сам завбільшечки з мізинець,&lt;br /&gt;</w:t>
        <w:br/>
        <w:t>коляд-коляд-колядинець.</w:t>
      </w:r>
    </w:p>
    <w:p>
      <w:r>
        <w:br/>
        <w:t>МЕРТВА ХВАТКА</w:t>
      </w:r>
    </w:p>
    <w:p>
      <w:r>
        <w:br/>
        <w:t>Цей зворот, як довели&lt;br /&gt;</w:t>
        <w:br/>
        <w:t>мовники-дбайливці,&lt;br /&gt;</w:t>
        <w:br/>
        <w:t>свого часу занесли&lt;br /&gt;</w:t>
        <w:br/>
        <w:t>в лексику мисливці</w:t>
      </w:r>
    </w:p>
    <w:p>
      <w:r>
        <w:br/>
        <w:t>Бо порода є собак:&lt;br /&gt;</w:t>
        <w:br/>
        <w:t>іклами своїми&lt;br /&gt;</w:t>
        <w:br/>
        <w:t>жертву вхопить — і ніяк&lt;br /&gt;</w:t>
        <w:br/>
        <w:t>пащі не розніме.</w:t>
      </w:r>
    </w:p>
    <w:p>
      <w:r>
        <w:br/>
        <w:t>Не одному вже ловцю&lt;br /&gt;</w:t>
        <w:br/>
        <w:t>пси в пригоді стали,&lt;br /&gt;</w:t>
        <w:br/>
        <w:t>і мисливці хватку цю&lt;br /&gt;</w:t>
        <w:br/>
        <w:t>мертвою назвали.</w:t>
      </w:r>
    </w:p>
    <w:p>
      <w:r>
        <w:br/>
        <w:t>А від того й повелось&lt;br /&gt;</w:t>
        <w:br/>
        <w:t>(тут і слів розгадка):&lt;br /&gt;</w:t>
        <w:br/>
        <w:t>чіпко взявся ти за щось —&lt;br /&gt;</w:t>
        <w:br/>
        <w:t>кажуть: мертва хватка!</w:t>
      </w:r>
    </w:p>
    <w:p>
      <w:r>
        <w:br/>
        <w:t>МОГИЛИ СИВІ ПОВІДАЮТЬ</w:t>
      </w:r>
    </w:p>
    <w:p>
      <w:r>
        <w:br/>
        <w:t>Як ти густо, краю милий,&lt;br /&gt;</w:t>
        <w:br/>
        <w:t>полином віків пропах.&lt;br /&gt;</w:t>
        <w:br/>
        <w:t>і які лиш не бродили&lt;br /&gt;</w:t>
        <w:br/>
        <w:t>племена по цих степах.</w:t>
      </w:r>
    </w:p>
    <w:p>
      <w:r>
        <w:br/>
        <w:t>Волелюбні осередки&lt;br /&gt;</w:t>
        <w:br/>
        <w:t>осідали вздовж Сули,&lt;br /&gt;</w:t>
        <w:br/>
        <w:t>де за волю славні предки&lt;br /&gt;</w:t>
        <w:br/>
        <w:t>в славних битвах полягли.</w:t>
      </w:r>
    </w:p>
    <w:p>
      <w:r>
        <w:br/>
        <w:t>Хвиля часу — неугавна.&lt;br /&gt;</w:t>
        <w:br/>
        <w:t>Що ж нам каже сивий міф?&lt;br /&gt;</w:t>
        <w:br/>
        <w:t>В наших землях з пра-прадавна&lt;br /&gt;</w:t>
        <w:br/>
        <w:t>кімерієць жив і скіф.</w:t>
      </w:r>
    </w:p>
    <w:p>
      <w:r>
        <w:br/>
        <w:t>Скіф потиснув кімерійця,&lt;br /&gt;</w:t>
        <w:br/>
        <w:t>скіфа витіснив сармат.&lt;br /&gt;</w:t>
        <w:br/>
        <w:t>Ще в віках пильніш порийся —&lt;br /&gt;</w:t>
        <w:br/>
        <w:t>гот сармата тис назад.</w:t>
      </w:r>
    </w:p>
    <w:p>
      <w:r>
        <w:br/>
        <w:t>Готу гун завдав удару,&lt;br /&gt;</w:t>
        <w:br/>
        <w:t>гуна витіснив авар,&lt;br /&gt;</w:t>
        <w:br/>
        <w:t>печеніг потис авара, —&lt;br /&gt;</w:t>
        <w:br/>
        <w:t>безліч сутичок і чвар.</w:t>
      </w:r>
    </w:p>
    <w:p>
      <w:r>
        <w:br/>
        <w:t>Гримнув половець з літами —&lt;br /&gt;</w:t>
        <w:br/>
        <w:t>відступив і печеніг.&lt;br /&gt;</w:t>
        <w:br/>
        <w:t>Січі знов гримлять степами,&lt;br /&gt;</w:t>
        <w:br/>
        <w:t>за набігом знов набіг.</w:t>
      </w:r>
    </w:p>
    <w:p>
      <w:r>
        <w:br/>
        <w:t>Між світань і перехмарин,&lt;br /&gt;</w:t>
        <w:br/>
        <w:t>вздовж степів, доріг курних&lt;br /&gt;</w:t>
        <w:br/>
        <w:t>сунув турок і татарин,&lt;br /&gt;</w:t>
        <w:br/>
        <w:t>і козак ставав на них.</w:t>
      </w:r>
    </w:p>
    <w:p>
      <w:r>
        <w:br/>
        <w:t>Так сіклись на смерть затято,&lt;br /&gt;</w:t>
        <w:br/>
        <w:t>що мішались кров і пил.&lt;br /&gt;</w:t>
        <w:br/>
        <w:t>Тому й досі так багато&lt;br /&gt;</w:t>
        <w:br/>
        <w:t>по степах стоїть могил.</w:t>
      </w:r>
    </w:p>
    <w:p>
      <w:r>
        <w:br/>
        <w:t>Але наш ти, краю милий,&lt;br /&gt;</w:t>
        <w:br/>
        <w:t>мріє наш чумацький шлях,&lt;br /&gt;</w:t>
        <w:br/>
        <w:t>наші предківські могили&lt;br /&gt;</w:t>
        <w:br/>
        <w:t>на безмежних цих степах.</w:t>
      </w:r>
    </w:p>
    <w:p>
      <w:r>
        <w:br/>
        <w:t>БАТУРИН</w:t>
      </w:r>
    </w:p>
    <w:p>
      <w:r>
        <w:br/>
        <w:t>Ви бували в Батурин!,&lt;br /&gt;</w:t>
        <w:br/>
        <w:t>у містечку славнім,&lt;br /&gt;</w:t>
        <w:br/>
        <w:t>відомому з гетьманщини&lt;br /&gt;</w:t>
        <w:br/>
        <w:t>походженням давнім?</w:t>
      </w:r>
    </w:p>
    <w:p>
      <w:r>
        <w:br/>
        <w:t>На берегах на Сеймових&lt;br /&gt;</w:t>
        <w:br/>
        <w:t>гетьмани гриміли.&lt;br /&gt;</w:t>
        <w:br/>
        <w:t>Ржали коні козацькії&lt;br /&gt;</w:t>
        <w:br/>
        <w:t>і шаблі дзвеніли.</w:t>
      </w:r>
    </w:p>
    <w:p>
      <w:r>
        <w:br/>
        <w:t>Яке ж його походження?&lt;br /&gt;</w:t>
        <w:br/>
        <w:t>Подекуди йдеться,&lt;br /&gt;</w:t>
        <w:br/>
        <w:t>ніби місто засноване&lt;br /&gt;</w:t>
        <w:br/>
        <w:t>як польська фортеця.</w:t>
      </w:r>
    </w:p>
    <w:p>
      <w:r>
        <w:br/>
        <w:t>А потім хтось додумався&lt;br /&gt;</w:t>
        <w:br/>
        <w:t>(хитрий і не дурень),&lt;br /&gt;</w:t>
        <w:br/>
        <w:t>ніби йменням Баторія [3]&lt;br /&gt;</w:t>
        <w:br/>
        <w:t>названо Батурин.</w:t>
      </w:r>
    </w:p>
    <w:p>
      <w:r>
        <w:br/>
        <w:t>Та раніш він заснований,&lt;br /&gt;</w:t>
        <w:br/>
        <w:t>ніж Стефан Баторій&lt;br /&gt;</w:t>
        <w:br/>
        <w:t>мав будь-яке відношення&lt;br /&gt;</w:t>
        <w:br/>
        <w:t>до цих територій.</w:t>
      </w:r>
    </w:p>
    <w:p>
      <w:r>
        <w:br/>
        <w:t>Грала наша тут музика,&lt;br /&gt;</w:t>
        <w:br/>
        <w:t>і кобза, й бандура.&lt;br /&gt;</w:t>
        <w:br/>
        <w:t>А назва йде від давнього&lt;br /&gt;</w:t>
        <w:br/>
        <w:t>словечка батура.</w:t>
      </w:r>
    </w:p>
    <w:p>
      <w:r>
        <w:br/>
        <w:t>А батура в цім випадку&lt;br /&gt;</w:t>
        <w:br/>
        <w:t>означа: фортеця.&lt;br /&gt;</w:t>
        <w:br/>
        <w:t>Ось відкіля походження&lt;br /&gt;</w:t>
        <w:br/>
        <w:t>ниточка снується!</w:t>
      </w:r>
    </w:p>
    <w:p>
      <w:r>
        <w:br/>
        <w:t>ЯК РОЗКЛАСТИ ГОРІХИ?</w:t>
      </w:r>
    </w:p>
    <w:p>
      <w:r>
        <w:br/>
        <w:t>Головоломка</w:t>
      </w:r>
    </w:p>
    <w:p>
      <w:r>
        <w:br/>
        <w:t>Ой, допоможи мені, Насте,&lt;br /&gt;</w:t>
        <w:br/>
        <w:t>сорок п'ять горіхів розкласти,&lt;br /&gt;</w:t>
        <w:br/>
        <w:t>що доспіли в цей понеділок,&lt;br /&gt;</w:t>
        <w:br/>
        <w:t>розкладать на дев'ять тарілок.&lt;br /&gt;</w:t>
        <w:br/>
        <w:t>І ніяких в обліку збігів:&lt;br /&gt;</w:t>
        <w:br/>
        <w:t>в кожній — різна кількість горіхів!</w:t>
      </w:r>
    </w:p>
    <w:p>
      <w:r>
        <w:br/>
        <w:t>Як воно виходить?</w:t>
      </w:r>
    </w:p>
    <w:p>
      <w:r>
        <w:br/>
        <w:t>(1,2,3,4,5,6,7,8,9)</w:t>
      </w:r>
    </w:p>
    <w:p>
      <w:r>
        <w:br/>
        <w:t>Я – ПОНЯТТЯ,&lt;br /&gt;</w:t>
        <w:br/>
        <w:t>З ЧОТИРЬОХ ЛІТЕР</w:t>
      </w:r>
    </w:p>
    <w:p>
      <w:r>
        <w:br/>
        <w:t>Загадка</w:t>
      </w:r>
    </w:p>
    <w:p>
      <w:r>
        <w:br/>
        <w:t>Я — поняття. З чотирьох я літер.&lt;br /&gt;</w:t>
        <w:br/>
        <w:t>Кожен мене знає.&lt;br /&gt;</w:t>
        <w:br/>
        <w:t>Писне миша чи застогне вітер —&lt;br /&gt;</w:t>
        <w:br/>
        <w:t>вже мене й немає.</w:t>
      </w:r>
    </w:p>
    <w:p>
      <w:r>
        <w:br/>
        <w:t>Хто я?</w:t>
      </w:r>
    </w:p>
    <w:p>
      <w:r>
        <w:br/>
        <w:t>(Тиша)</w:t>
      </w:r>
    </w:p>
    <w:p>
      <w:r>
        <w:br/>
        <w:t>СВЯТІ ГОРИ</w:t>
      </w:r>
    </w:p>
    <w:p>
      <w:r>
        <w:br/>
        <w:t>О.Гончару</w:t>
      </w:r>
    </w:p>
    <w:p>
      <w:r>
        <w:br/>
        <w:t>Як Дінцеві личать ці зелені брами,&lt;br /&gt;</w:t>
        <w:br/>
        <w:t>що людину кличуть у священні храми!</w:t>
      </w:r>
    </w:p>
    <w:p>
      <w:r>
        <w:br/>
        <w:t>Святогірськ: раїни чи сокори тут?&lt;br /&gt;</w:t>
        <w:br/>
        <w:t>Диво України цей донецький кут!</w:t>
      </w:r>
    </w:p>
    <w:p>
      <w:r>
        <w:br/>
        <w:t>Рай земний та й годі. Врода неймовірна.&lt;br /&gt;</w:t>
        <w:br/>
        <w:t>Тут сама природа — проповідь Нагірна.</w:t>
      </w:r>
    </w:p>
    <w:p>
      <w:r>
        <w:br/>
        <w:t>Місць таких пригожих не буває двох.&lt;br /&gt;</w:t>
        <w:br/>
        <w:t>В час навал ворожих уберіг сам Бог.</w:t>
      </w:r>
    </w:p>
    <w:p>
      <w:r>
        <w:br/>
        <w:t>Звідає той муку, звідає той горе,&lt;br /&gt;</w:t>
        <w:br/>
        <w:t>хто підніме руку на Святії Гори.</w:t>
      </w:r>
    </w:p>
    <w:p>
      <w:r>
        <w:br/>
        <w:t>ЩО ЗНАЧИТЬ&lt;br /&gt;</w:t>
        <w:br/>
        <w:t>"КОНИКА ПАСТИ"?</w:t>
      </w:r>
    </w:p>
    <w:p>
      <w:r>
        <w:br/>
        <w:t>Я люблю задушевні&lt;br /&gt;</w:t>
        <w:br/>
        <w:t>молодих матерів перемови,&lt;br /&gt;</w:t>
        <w:br/>
        <w:t>вболівання їх кревні,&lt;br /&gt;</w:t>
        <w:br/>
        <w:t>їх заледве надломлені брови,&lt;br /&gt;</w:t>
        <w:br/>
        <w:t>як почнуть розмовлять —&lt;br /&gt;</w:t>
        <w:br/>
        <w:t>все про діток,&lt;br /&gt;</w:t>
        <w:br/>
        <w:t>про своїх немовлят,&lt;br /&gt;</w:t>
        <w:br/>
        <w:t>малоліток:</w:t>
      </w:r>
    </w:p>
    <w:p>
      <w:r>
        <w:br/>
        <w:t>— Моя Лідка, Уляно,&lt;br /&gt;</w:t>
        <w:br/>
        <w:t>почала дибулять так рано...</w:t>
      </w:r>
    </w:p>
    <w:p>
      <w:r>
        <w:br/>
        <w:t>— А Миколка мій, Насте,&lt;br /&gt;</w:t>
        <w:br/>
        <w:t>почав уже коника пасти...</w:t>
      </w:r>
    </w:p>
    <w:p>
      <w:r>
        <w:br/>
        <w:t>Кожен знає, яке маля,&lt;br /&gt;</w:t>
        <w:br/>
        <w:t>коли вперше ніжками дибуля.&lt;br /&gt;</w:t>
        <w:br/>
        <w:t>А що значить коника пасти!&lt;br /&gt;</w:t>
        <w:br/>
        <w:t>Як? До чого його прикласти?</w:t>
      </w:r>
    </w:p>
    <w:p>
      <w:r>
        <w:br/>
        <w:t>"Та це ж просто, — матуся каже,&lt;br /&gt;</w:t>
        <w:br/>
        <w:t>усміхнувшись очима ясними, —&lt;br /&gt;</w:t>
        <w:br/>
        <w:t>як дитя на животик ляже&lt;br /&gt;</w:t>
        <w:br/>
        <w:t>і голівку підніме".</w:t>
      </w:r>
    </w:p>
    <w:p>
      <w:r>
        <w:br/>
        <w:t>Піднімали так само голови&lt;br /&gt;</w:t>
        <w:br/>
        <w:t>пастушки, лежачи на осонні,&lt;br /&gt;</w:t>
        <w:br/>
        <w:t>щоб видно було навколо,&lt;br /&gt;</w:t>
        <w:br/>
        <w:t>де пасуться їх коні</w:t>
      </w:r>
    </w:p>
    <w:p>
      <w:r>
        <w:br/>
        <w:t>Ось відкіль цей походить вираз!&lt;br /&gt;</w:t>
        <w:br/>
        <w:t>Бо хотілось, щоб хлопчик виріс,&lt;br /&gt;</w:t>
        <w:br/>
        <w:t>бо хотіла в нім бачити ненька&lt;br /&gt;</w:t>
        <w:br/>
        <w:t>чумаченька чи козаченька.</w:t>
      </w:r>
    </w:p>
    <w:p>
      <w:r>
        <w:br/>
        <w:t>Цілувала волосся пушок:&lt;br /&gt;</w:t>
        <w:br/>
        <w:t>— Ах ти ж мій пастушок!</w:t>
      </w:r>
    </w:p>
    <w:p>
      <w:r>
        <w:br/>
        <w:t>ЩЕДРИЙ ВЕЧІР</w:t>
      </w:r>
    </w:p>
    <w:p>
      <w:r>
        <w:br/>
        <w:t>Чи знаєм ми наші обряди і звичаї,&lt;br /&gt;</w:t>
        <w:br/>
        <w:t>чи їх не затьмили канони чужі?&lt;br /&gt;</w:t>
        <w:br/>
        <w:t>Пригадую: скільки краси таємничої&lt;br /&gt;</w:t>
        <w:br/>
        <w:t>у Щедрому вечорі — святі душі…</w:t>
      </w:r>
    </w:p>
    <w:p>
      <w:r>
        <w:br/>
        <w:t>І скільки пориву в розміренім цокоті&lt;br /&gt;</w:t>
        <w:br/>
        <w:t>копит за вікном, у розгоні саней...&lt;br /&gt;</w:t>
        <w:br/>
        <w:t>А в хаті наш батько сідає на покуті,&lt;br /&gt;</w:t>
        <w:br/>
        <w:t>і ми за столом, ціла купа дітей.</w:t>
      </w:r>
    </w:p>
    <w:p>
      <w:r>
        <w:br/>
        <w:t>Між батьком і нами — кутя і крученики,&lt;br /&gt;</w:t>
        <w:br/>
        <w:t>шкварки й холодці, — все аж очі вбира,&lt;br /&gt;</w:t>
        <w:br/>
        <w:t>яєчня, ковбаси, в макітрі — вареники,&lt;br /&gt;</w:t>
        <w:br/>
        <w:t>коржів, пирогів отакенна гора!</w:t>
      </w:r>
    </w:p>
    <w:p>
      <w:r>
        <w:br/>
        <w:t>І як наша мати зуміла настачити?&lt;br /&gt;</w:t>
        <w:br/>
        <w:t>Ось батько з-за тих пирогів до рідні&lt;br /&gt;</w:t>
        <w:br/>
        <w:t>(навмисне пригнувшись): — Чи ви мене&lt;br /&gt;</w:t>
        <w:br/>
        <w:t>бачите? —&lt;br /&gt;</w:t>
        <w:br/>
        <w:t>А ми в один голос: — Не бачимо! Ні...</w:t>
      </w:r>
    </w:p>
    <w:p>
      <w:r>
        <w:br/>
        <w:t>— Видать, — каже батько, — були не&lt;br /&gt;</w:t>
        <w:br/>
        <w:t>ледачими".&lt;br /&gt;</w:t>
        <w:br/>
        <w:t>Помолимо ж Бога та вдарим чолом,&lt;br /&gt;</w:t>
        <w:br/>
        <w:t>щоб ви мене, діти, й на той рік не бачили,&lt;br /&gt;</w:t>
        <w:br/>
        <w:t>як сядемо знов за святковим столом.</w:t>
      </w:r>
    </w:p>
    <w:p>
      <w:r>
        <w:br/>
        <w:t>Вертаюсь до мови тії чарівничої&lt;br /&gt;</w:t>
        <w:br/>
        <w:t>і щиро бажаю, щоб вічно жили&lt;br /&gt;</w:t>
        <w:br/>
        <w:t>такі дорогі родові наші звичаї&lt;br /&gt;</w:t>
        <w:br/>
        <w:t>і гнулися в нас від достатку столи.</w:t>
      </w:r>
    </w:p>
    <w:p>
      <w:r>
        <w:br/>
        <w:t>ПО САМУ ЗАВ'ЯЗКУ</w:t>
      </w:r>
    </w:p>
    <w:p>
      <w:r>
        <w:br/>
        <w:t>Цікаві вирази народні&lt;br /&gt;</w:t>
        <w:br/>
        <w:t>Ось каже чоловік один:&lt;br /&gt;</w:t>
        <w:br/>
        <w:t>"В провулок напхано сьогодні&lt;br /&gt;</w:t>
        <w:br/>
        <w:t>по саму зав'язку машин".</w:t>
      </w:r>
    </w:p>
    <w:p>
      <w:r>
        <w:br/>
        <w:t>А другий каже, що у нього&lt;br /&gt;</w:t>
        <w:br/>
        <w:t>по саму зав'язку турбот.&lt;br /&gt;</w:t>
        <w:br/>
        <w:t>Звідкіль тут зав'язка? У кого&lt;br /&gt;</w:t>
        <w:br/>
        <w:t>дізнатись учням про зворот?</w:t>
      </w:r>
    </w:p>
    <w:p>
      <w:r>
        <w:br/>
        <w:t>— Так, певно, говорити стали, —&lt;br /&gt;</w:t>
        <w:br/>
        <w:t>сказав Олесеві дружок, —&lt;br /&gt;</w:t>
        <w:br/>
        <w:t>тому що зерно насипали&lt;br /&gt;</w:t>
        <w:br/>
        <w:t>по саму зав'язку в мішок.</w:t>
      </w:r>
    </w:p>
    <w:p>
      <w:r>
        <w:br/>
        <w:t>Та ось питають на уроці —&lt;br /&gt;</w:t>
        <w:br/>
        <w:t>що скаже вчитель про слівце?&lt;br /&gt;</w:t>
        <w:br/>
        <w:t>— Е, народилося в сорочці, —&lt;br /&gt;</w:t>
        <w:br/>
        <w:t>всміхнувся він, — словечко це.</w:t>
      </w:r>
    </w:p>
    <w:p>
      <w:r>
        <w:br/>
        <w:t>У давнину, коли в людини&lt;br /&gt;</w:t>
        <w:br/>
        <w:t>ще ґудзики не повелись,&lt;br /&gt;</w:t>
        <w:br/>
        <w:t>була в сорочці чи кофтині&lt;br /&gt;</w:t>
        <w:br/>
        <w:t>на шиї зав'язка колись.</w:t>
      </w:r>
    </w:p>
    <w:p>
      <w:r>
        <w:br/>
        <w:t>Коли ж по горло хтось наївся —&lt;br /&gt;</w:t>
        <w:br/>
        <w:t>"по саму зав'язку", — казав.&lt;br /&gt;</w:t>
        <w:br/>
        <w:t>Отак цей вираз і прижився:&lt;br /&gt;</w:t>
        <w:br/>
        <w:t>народ сказав, як зав'язав.</w:t>
      </w:r>
    </w:p>
    <w:p>
      <w:r>
        <w:br/>
        <w:t>СПОГАД</w:t>
      </w:r>
    </w:p>
    <w:p>
      <w:r>
        <w:br/>
        <w:t>Мене спинила біла піна гречки,&lt;br /&gt;</w:t>
        <w:br/>
        <w:t>легка і запашна, неначе збита&lt;br /&gt;</w:t>
        <w:br/>
        <w:t>крильми веселих бджіл.&lt;br /&gt;</w:t>
        <w:br/>
        <w:t>А недалечке&lt;br /&gt;</w:t>
        <w:br/>
        <w:t>долина, вся духмяністю налита.</w:t>
      </w:r>
    </w:p>
    <w:p>
      <w:r>
        <w:br/>
        <w:t>Де я читав таке? Та ще ж у школі!&lt;br /&gt;</w:t>
        <w:br/>
        <w:t>Це ж Коцюбинський! Літ спливло немало.&lt;br /&gt;</w:t>
        <w:br/>
        <w:t>Тепер іду: лунає пісня в полі,&lt;br /&gt;</w:t>
        <w:br/>
        <w:t>і все це наяву мені постало.</w:t>
      </w:r>
    </w:p>
    <w:p>
      <w:r>
        <w:br/>
        <w:t>Це ж "Intermezzo"!&lt;br /&gt;</w:t>
        <w:br/>
        <w:t>Що той грім і туча?&lt;br /&gt;</w:t>
        <w:br/>
        <w:t>П'єш трунок цей — і серце знову юне.&lt;br /&gt;</w:t>
        <w:br/>
        <w:t>І арфа долами дзвенить співуча,&lt;br /&gt;</w:t>
        <w:br/>
        <w:t>і вітерець перебирає струни...</w:t>
      </w:r>
    </w:p>
    <w:p>
      <w:r>
        <w:br/>
        <w:t>ШИРОКА НАТУРА</w:t>
      </w:r>
    </w:p>
    <w:p>
      <w:r>
        <w:br/>
        <w:t>Варить юшку в казані&lt;br /&gt;</w:t>
        <w:br/>
        <w:t>дужий козарлюга.&lt;br /&gt;</w:t>
        <w:br/>
        <w:t>В ложку взяв: смачна чи ні&lt;br /&gt;</w:t>
        <w:br/>
        <w:t>із-під вусів дмуха.</w:t>
      </w:r>
    </w:p>
    <w:p>
      <w:r>
        <w:br/>
        <w:t>Ось із вогнища дістав&lt;br /&gt;</w:t>
        <w:br/>
        <w:t>гілочку-кривульку,&lt;br /&gt;</w:t>
        <w:br/>
        <w:t>жар-вуглинку відламав,&lt;br /&gt;</w:t>
        <w:br/>
        <w:t>затоптав у люльку.</w:t>
      </w:r>
    </w:p>
    <w:p>
      <w:r>
        <w:br/>
        <w:t>Ще в огонь хотів дровець&lt;br /&gt;</w:t>
        <w:br/>
        <w:t>підікласти трохи,&lt;br /&gt;</w:t>
        <w:br/>
        <w:t>та штанами — хай їм грець!&lt;br /&gt;</w:t>
        <w:br/>
        <w:t>зачепив триноги.</w:t>
      </w:r>
    </w:p>
    <w:p>
      <w:r>
        <w:br/>
        <w:t>Леле! Вже обідать зась,&lt;br /&gt;</w:t>
        <w:br/>
        <w:t>вже не буде діла:&lt;br /&gt;</w:t>
        <w:br/>
        <w:t>добра юшка розлилась,&lt;br /&gt;</w:t>
        <w:br/>
        <w:t>тільки зашипіла.</w:t>
      </w:r>
    </w:p>
    <w:p>
      <w:r>
        <w:br/>
        <w:t>Він обличчя поверта,&lt;br /&gt;</w:t>
        <w:br/>
        <w:t>в степ сердито кида:&lt;br /&gt;</w:t>
        <w:br/>
        <w:t>— От проклята тіснота —&lt;br /&gt;</w:t>
        <w:br/>
        <w:t>й повернутись ніде!</w:t>
      </w:r>
    </w:p>
    <w:p>
      <w:r>
        <w:br/>
        <w:t>ВІН І ВОНА</w:t>
      </w:r>
    </w:p>
    <w:p>
      <w:r>
        <w:br/>
        <w:t>Загадка</w:t>
      </w:r>
    </w:p>
    <w:p>
      <w:r>
        <w:br/>
        <w:t>Ану відгадайте, друзі, що це значить:&lt;br /&gt;</w:t>
        <w:br/>
        <w:t>він завжди за нею в небесах простує.&lt;br /&gt;</w:t>
        <w:br/>
        <w:t>Його кожен чує, та ніхто не бачить,&lt;br /&gt;</w:t>
        <w:br/>
        <w:t>її кожен бачить, та ніхто не чує.</w:t>
      </w:r>
    </w:p>
    <w:p>
      <w:r>
        <w:br/>
        <w:t>Що це таке?</w:t>
      </w:r>
    </w:p>
    <w:p>
      <w:r>
        <w:br/>
        <w:t>(Грім і блискавка)</w:t>
      </w:r>
    </w:p>
    <w:p>
      <w:r>
        <w:br/>
        <w:t>ПОГОВОРИЛИ</w:t>
      </w:r>
    </w:p>
    <w:p>
      <w:r>
        <w:br/>
        <w:t>Жарт</w:t>
      </w:r>
    </w:p>
    <w:p>
      <w:r>
        <w:br/>
        <w:t>— Здоров будь, весельчак,&lt;br /&gt;</w:t>
        <w:br/>
        <w:t>як живеться, мій друже?</w:t>
      </w:r>
    </w:p>
    <w:p>
      <w:r>
        <w:br/>
        <w:t>— Та не так, щоб і так,&lt;br /&gt;</w:t>
        <w:br/>
        <w:t>і не дуже, щоб дуже.</w:t>
      </w:r>
    </w:p>
    <w:p>
      <w:r>
        <w:br/>
        <w:t>— А що мозок сушить&lt;br /&gt;</w:t>
        <w:br/>
        <w:t>чи журиться та плакать?</w:t>
      </w:r>
    </w:p>
    <w:p>
      <w:r>
        <w:br/>
        <w:t>— Е, та що говорить,&lt;br /&gt;</w:t>
        <w:br/>
        <w:t>як нема що й балакать!</w:t>
      </w:r>
    </w:p>
    <w:p>
      <w:r>
        <w:br/>
        <w:t>УКРАЇНСЬКІ ПРИКМЕТИ</w:t>
      </w:r>
    </w:p>
    <w:p>
      <w:r>
        <w:br/>
        <w:t>1 ПРОГНОЗУВАЛИ ДОСТЕМЕННО</w:t>
      </w:r>
    </w:p>
    <w:p>
      <w:r>
        <w:br/>
        <w:t>Сьогодні добре знають люди,&lt;br /&gt;</w:t>
        <w:br/>
        <w:t>яка погода завтра буде,&lt;br /&gt;</w:t>
        <w:br/>
        <w:t>бо теле— й радіопрогноз&lt;br /&gt;</w:t>
        <w:br/>
        <w:t>підкаже — спека чи мороз.</w:t>
      </w:r>
    </w:p>
    <w:p>
      <w:r>
        <w:br/>
        <w:t>В старі ж часи — і це знаменно&lt;br /&gt;</w:t>
        <w:br/>
        <w:t>діди й бабусі наперед&lt;br /&gt;</w:t>
        <w:br/>
        <w:t>прогнозували достеменно&lt;br /&gt;</w:t>
        <w:br/>
        <w:t>погоду з безлічі прикмет:</w:t>
      </w:r>
    </w:p>
    <w:p>
      <w:r>
        <w:br/>
        <w:t>як місяць гострий — на негоду,&lt;br /&gt;</w:t>
        <w:br/>
        <w:t>як рівний — на ясну блакить,&lt;br /&gt;</w:t>
        <w:br/>
        <w:t>щербатий — то відомо зроду,&lt;br /&gt;</w:t>
        <w:br/>
        <w:t>що незабаром задощить.</w:t>
      </w:r>
    </w:p>
    <w:p>
      <w:r>
        <w:br/>
        <w:t>Якщо дізнатися належить,&lt;br /&gt;</w:t>
        <w:br/>
        <w:t>така погода чи така —&lt;br /&gt;</w:t>
        <w:br/>
        <w:t>старе й мале уважно стежить&lt;br /&gt;</w:t>
        <w:br/>
        <w:t>за виглядом молодика:</w:t>
      </w:r>
    </w:p>
    <w:p>
      <w:r>
        <w:br/>
        <w:t>якщо з рогами він крутими,&lt;br /&gt;</w:t>
        <w:br/>
        <w:t>то знай — невдовзі дощ ітиме;&lt;br /&gt;</w:t>
        <w:br/>
        <w:t>з положистими заяснів —&lt;br /&gt;</w:t>
        <w:br/>
        <w:t>чекати слід погожих днів.</w:t>
      </w:r>
    </w:p>
    <w:p>
      <w:r>
        <w:br/>
        <w:t>Що це не примха, не зухвалість&lt;br /&gt;</w:t>
        <w:br/>
        <w:t>дізнався я ще в юні дні:&lt;br /&gt;</w:t>
        <w:br/>
        <w:t>ставалось, як прогнозувалось,&lt;br /&gt;</w:t>
        <w:br/>
        <w:t>на подив людям і мені</w:t>
      </w:r>
    </w:p>
    <w:p>
      <w:r>
        <w:br/>
        <w:t>На колос, на рясні стеблини,&lt;br /&gt;</w:t>
        <w:br/>
        <w:t>на тиху нехворощ і хвощ&lt;br /&gt;</w:t>
        <w:br/>
        <w:t>сьогодні промінь сонця лине,&lt;br /&gt;</w:t>
        <w:br/>
        <w:t>а завтра йде краплистий дощ.</w:t>
      </w:r>
    </w:p>
    <w:p>
      <w:r>
        <w:br/>
        <w:t>2. ДИВИСЯ, МИТЮ, ПРИМІЧАЙ</w:t>
      </w:r>
    </w:p>
    <w:p>
      <w:r>
        <w:br/>
        <w:t>Мене у ліс водила мати:&lt;br /&gt;</w:t>
        <w:br/>
        <w:t>—Хіба не диво цей Шамрай? [4]&lt;br /&gt;</w:t>
        <w:br/>
        <w:t>В нім стільки можна прочитати —&lt;br /&gt;</w:t>
        <w:br/>
        <w:t>дивися, Митю, примічай.</w:t>
      </w:r>
    </w:p>
    <w:p>
      <w:r>
        <w:br/>
        <w:t>— Рослини, — каже, — не прогледять&lt;br /&gt;</w:t>
        <w:br/>
        <w:t>ані жари, ні бур, ні гроз.&lt;br /&gt;</w:t>
        <w:br/>
        <w:t>І про погоду попередять —&lt;br /&gt;</w:t>
        <w:br/>
        <w:t>умій лише читать прогноз.</w:t>
      </w:r>
    </w:p>
    <w:p>
      <w:r>
        <w:br/>
        <w:t>Он папороть побіля хмизу:&lt;br /&gt;</w:t>
        <w:br/>
        <w:t>а підійди поглянь лишень —&lt;br /&gt;</w:t>
        <w:br/>
        <w:t>як листя скручене донизу —&lt;br /&gt;</w:t>
        <w:br/>
        <w:t>на сонячний, погожий день.</w:t>
      </w:r>
    </w:p>
    <w:p>
      <w:r>
        <w:br/>
        <w:t>А рівне, випростане листя —&lt;br /&gt;</w:t>
        <w:br/>
        <w:t>готуйся, друже, хоч-не-хоч —&lt;br /&gt;</w:t>
        <w:br/>
        <w:t>біжи вкривай сінце в обійсті,&lt;br /&gt;</w:t>
        <w:br/>
        <w:t>бо неодмінно буде дощ.</w:t>
      </w:r>
    </w:p>
    <w:p>
      <w:r>
        <w:br/>
        <w:t>Як дурманять акацій квіти&lt;br /&gt;</w:t>
        <w:br/>
        <w:t>й над ними в'ються комарі —&lt;br /&gt;</w:t>
        <w:br/>
        <w:t>погожий день тобі не світить:&lt;br /&gt;</w:t>
        <w:br/>
        <w:t>то вже негода на порі...</w:t>
      </w:r>
    </w:p>
    <w:p>
      <w:r>
        <w:br/>
        <w:t>Давно матусі вже немає.&lt;br /&gt;</w:t>
        <w:br/>
        <w:t>А я прибув. Стою в Шамраї,&lt;br /&gt;</w:t>
        <w:br/>
        <w:t>де папороть. Біля куща.&lt;br /&gt;</w:t>
        <w:br/>
        <w:t>Без парасоля, без плаща.</w:t>
      </w:r>
    </w:p>
    <w:p>
      <w:r>
        <w:br/>
        <w:t>А листя випростане, рівне&lt;br /&gt;</w:t>
        <w:br/>
        <w:t>поміж зеленої трави.&lt;br /&gt;</w:t>
        <w:br/>
        <w:t>І з неба зирить око гнівне&lt;br /&gt;</w:t>
        <w:br/>
        <w:t>з-під хмари, наче з-під брови.</w:t>
      </w:r>
    </w:p>
    <w:p>
      <w:r>
        <w:br/>
        <w:t>Висять прозорим малахітом&lt;br /&gt;</w:t>
        <w:br/>
        <w:t>гілки акації вгорі&lt;br /&gt;</w:t>
        <w:br/>
        <w:t>І над пахким жовтавим цвітом&lt;br /&gt;</w:t>
        <w:br/>
        <w:t>роями в'ються комарі</w:t>
      </w:r>
    </w:p>
    <w:p>
      <w:r>
        <w:br/>
        <w:t>Шамрай. Дерев зелена брама.&lt;br /&gt;</w:t>
        <w:br/>
        <w:t>Біжу, бо про негоду в нім&lt;br /&gt;</w:t>
        <w:br/>
        <w:t>мене попереджає мама&lt;br /&gt;</w:t>
        <w:br/>
        <w:t>рослин барометром живим.</w:t>
      </w:r>
    </w:p>
    <w:p>
      <w:r>
        <w:br/>
        <w:t>3. РОСЯНИСТИЙ ПЕРЕСПІВ</w:t>
      </w:r>
    </w:p>
    <w:p>
      <w:r>
        <w:br/>
        <w:t>Старші люди мовили мені,&lt;br /&gt;</w:t>
        <w:br/>
        <w:t>що коли з листочка навесні&lt;br /&gt;</w:t>
        <w:br/>
        <w:t>можна спити росяні краплини,&lt;br /&gt;</w:t>
        <w:br/>
        <w:t>незабаром соловей прилине.</w:t>
      </w:r>
    </w:p>
    <w:p>
      <w:r>
        <w:br/>
        <w:t>Я щодня шукав росу на листі,&lt;br /&gt;</w:t>
        <w:br/>
        <w:t>обдивлявся я квітки барвисті&lt;br /&gt;</w:t>
        <w:br/>
        <w:t>Як заграло сонце у росині,&lt;br /&gt;</w:t>
        <w:br/>
        <w:t>соловей озвався на калині.</w:t>
      </w:r>
    </w:p>
    <w:p>
      <w:r>
        <w:br/>
        <w:t>І щодня між листом росянистим&lt;br /&gt;</w:t>
        <w:br/>
        <w:t>витинав колінця навесні,&lt;br /&gt;</w:t>
        <w:br/>
        <w:t>розсипались росяним намистом&lt;br /&gt;</w:t>
        <w:br/>
        <w:t>срібних звуків розсипи рясні</w:t>
      </w:r>
    </w:p>
    <w:p>
      <w:r>
        <w:br/>
        <w:t>А ячмінь же колос викидає —&lt;br /&gt;</w:t>
        <w:br/>
        <w:t>соловейка голос покидає.&lt;br /&gt;</w:t>
        <w:br/>
        <w:t>Справді, ледь з'явивсь ячмінний колос —&lt;br /&gt;</w:t>
        <w:br/>
        <w:t>соловейка враз покинув голос.</w:t>
      </w:r>
    </w:p>
    <w:p>
      <w:r>
        <w:br/>
        <w:t>ПЕРЕМОВИНИ ДЯДЬКІВ</w:t>
      </w:r>
    </w:p>
    <w:p>
      <w:r>
        <w:br/>
        <w:t>Змалку я любив село,&lt;br /&gt;</w:t>
        <w:br/>
        <w:t>де дядьки на всьому знаються.&lt;br /&gt;</w:t>
        <w:br/>
        <w:t>І цікаво нам було,&lt;br /&gt;</w:t>
        <w:br/>
        <w:t>як вони перемовляються.</w:t>
      </w:r>
    </w:p>
    <w:p>
      <w:r>
        <w:br/>
        <w:t>Хто яких вживає слів,&lt;br /&gt;</w:t>
        <w:br/>
        <w:t>як у речення їх зв'язує.&lt;br /&gt;</w:t>
        <w:br/>
        <w:t>Ось розмову двох дядьків&lt;br /&gt;</w:t>
        <w:br/>
        <w:t>третій дядько переказує:</w:t>
      </w:r>
    </w:p>
    <w:p>
      <w:r>
        <w:br/>
        <w:t>"Хто тобі, — ка', — молотив?"&lt;br /&gt;</w:t>
        <w:br/>
        <w:t>Ка': "Семен Пацула з Миною..."&lt;br /&gt;</w:t>
        <w:br/>
        <w:t>"Скільки ти, — ка', — заплатив?"&lt;br /&gt;</w:t>
        <w:br/>
        <w:t>Ка': "Три пуди з половиною..."</w:t>
      </w:r>
    </w:p>
    <w:p>
      <w:r>
        <w:br/>
        <w:t>Замість "каже" — просто "ка'":&lt;br /&gt;</w:t>
        <w:br/>
        <w:t>Курманівська [5] мовна з'явинка —&lt;br /&gt;</w:t>
        <w:br/>
        <w:t>колоритна, слобідська,&lt;br /&gt;</w:t>
        <w:br/>
        <w:t>як у Квітки-Основ'яненка!</w:t>
      </w:r>
    </w:p>
    <w:p>
      <w:r>
        <w:br/>
        <w:t>БІЛА ВОРОНА</w:t>
      </w:r>
    </w:p>
    <w:p>
      <w:r>
        <w:br/>
        <w:t>Не в шовках-оксамиті&lt;br /&gt;</w:t>
        <w:br/>
        <w:t>в тридцять третьому році, —&lt;br /&gt;</w:t>
        <w:br/>
        <w:t>в білій маминій свиті&lt;br /&gt;</w:t>
        <w:br/>
        <w:t>я сидів на уроці</w:t>
      </w:r>
    </w:p>
    <w:p>
      <w:r>
        <w:br/>
        <w:t>Відчували судому&lt;br /&gt;</w:t>
        <w:br/>
        <w:t>у нетопленій школі&lt;br /&gt;</w:t>
        <w:br/>
        <w:t>Якось біг я додому&lt;br /&gt;</w:t>
        <w:br/>
        <w:t>поміж верби й тополі</w:t>
      </w:r>
    </w:p>
    <w:p>
      <w:r>
        <w:br/>
        <w:t>І почув тої миті&lt;br /&gt;</w:t>
        <w:br/>
        <w:t>з двору діда Софрона:&lt;br /&gt;</w:t>
        <w:br/>
        <w:t>"Не щастить цьому Миті:&lt;br /&gt;</w:t>
        <w:br/>
        <w:t>він — як біла ворона!"</w:t>
      </w:r>
    </w:p>
    <w:p>
      <w:r>
        <w:br/>
        <w:t>Буду ту одежину,&lt;br /&gt;</w:t>
        <w:br/>
        <w:t>кляту"білу ворону",&lt;br /&gt;</w:t>
        <w:br/>
        <w:t>ідіому невинну&lt;br /&gt;</w:t>
        <w:br/>
        <w:t>пам'ятати до скону.</w:t>
      </w:r>
    </w:p>
    <w:p>
      <w:r>
        <w:br/>
        <w:t>В пору ту світанкову&lt;br /&gt;</w:t>
        <w:br/>
        <w:t>не сягала уява,&lt;br /&gt;</w:t>
        <w:br/>
        <w:t>звідкіля в нашу мову&lt;br /&gt;</w:t>
        <w:br/>
        <w:t>залетіла та ґава.</w:t>
      </w:r>
    </w:p>
    <w:p>
      <w:r>
        <w:br/>
        <w:t>Нині знаю я, звідки:&lt;br /&gt;</w:t>
        <w:br/>
        <w:t>між усякої тварі,&lt;br /&gt;</w:t>
        <w:br/>
        <w:t>хоч буває це зрідка,&lt;br /&gt;</w:t>
        <w:br/>
        <w:t>білі є екземпляри.</w:t>
      </w:r>
    </w:p>
    <w:p>
      <w:r>
        <w:br/>
        <w:t>Білий крук чи лисиця —&lt;br /&gt;</w:t>
        <w:br/>
        <w:t>їм бракує пігментів.&lt;br /&gt;</w:t>
        <w:br/>
        <w:t>В світі їх — одиниці&lt;br /&gt;</w:t>
        <w:br/>
        <w:t>між усіх континентів.</w:t>
      </w:r>
    </w:p>
    <w:p>
      <w:r>
        <w:br/>
        <w:t>Тому скрізь по країнах,&lt;br /&gt;</w:t>
        <w:br/>
        <w:t>без межі і кордону —&lt;br /&gt;</w:t>
        <w:br/>
        <w:t>скрізь на різко відмінних&lt;br /&gt;</w:t>
        <w:br/>
        <w:t>кажуть: біла ворона!</w:t>
      </w:r>
    </w:p>
    <w:p>
      <w:r>
        <w:br/>
        <w:t>ЩО ЗА ПТАХ?</w:t>
      </w:r>
    </w:p>
    <w:p>
      <w:r>
        <w:br/>
        <w:t>Загадка — жарт</w:t>
      </w:r>
    </w:p>
    <w:p>
      <w:r>
        <w:br/>
        <w:t>Любі юнко і юначе,&lt;br /&gt;</w:t>
        <w:br/>
        <w:t>що за птах то пролетів,&lt;br /&gt;</w:t>
        <w:br/>
        <w:t>що про нього кажуть, наче&lt;br /&gt;</w:t>
        <w:br/>
        <w:t>важить сорок він пудів?</w:t>
      </w:r>
    </w:p>
    <w:p>
      <w:r>
        <w:br/>
        <w:t>Що за птах?</w:t>
      </w:r>
    </w:p>
    <w:p>
      <w:r>
        <w:br/>
        <w:t>(Сорокопуд)</w:t>
      </w:r>
    </w:p>
    <w:p>
      <w:r>
        <w:br/>
        <w:t>ВАША СУПУТНИЦЯ</w:t>
      </w:r>
    </w:p>
    <w:p>
      <w:r>
        <w:br/>
        <w:t>Загадка</w:t>
      </w:r>
    </w:p>
    <w:p>
      <w:r>
        <w:br/>
        <w:t>Лечу від краю і до краю,&lt;br /&gt;</w:t>
        <w:br/>
        <w:t>чарую дивними словами.&lt;br /&gt;</w:t>
        <w:br/>
        <w:t>Я вас на крилах підіймаю&lt;br /&gt;</w:t>
        <w:br/>
        <w:t>або сумую разом з вами.</w:t>
      </w:r>
    </w:p>
    <w:p>
      <w:r>
        <w:br/>
        <w:t>Хто я?</w:t>
      </w:r>
    </w:p>
    <w:p>
      <w:r>
        <w:br/>
        <w:t>(Пісня)</w:t>
      </w:r>
    </w:p>
    <w:p>
      <w:r>
        <w:br/>
        <w:t>Я АНІ СКРИПКА, АНІ БАС</w:t>
      </w:r>
    </w:p>
    <w:p>
      <w:r>
        <w:br/>
        <w:t>Загадка</w:t>
      </w:r>
    </w:p>
    <w:p>
      <w:r>
        <w:br/>
        <w:t>Я ані скрипка, ані бас,&lt;br /&gt;</w:t>
        <w:br/>
        <w:t>сама із деревини,&lt;br /&gt;</w:t>
        <w:br/>
        <w:t>та звеселю й спечалю вас,&lt;br /&gt;</w:t>
        <w:br/>
        <w:t>коли мій спів полине.&lt;br /&gt;</w:t>
        <w:br/>
        <w:t>З моїх складів неважко скласти&lt;br /&gt;</w:t>
        <w:br/>
        <w:t>словечка сопка й спілка.&lt;br /&gt;</w:t>
        <w:br/>
        <w:t>Отож назвіть мене, будь ласка.</w:t>
      </w:r>
    </w:p>
    <w:p>
      <w:r>
        <w:br/>
        <w:t>Зовуся я</w:t>
      </w:r>
    </w:p>
    <w:p>
      <w:r>
        <w:br/>
        <w:t>(Сопілка)</w:t>
      </w:r>
    </w:p>
    <w:p>
      <w:r>
        <w:br/>
        <w:t>ПЕРЕТВОРЮЮСЬ НА ОЧАХ</w:t>
      </w:r>
    </w:p>
    <w:p>
      <w:r>
        <w:br/>
        <w:t>Загадка</w:t>
      </w:r>
    </w:p>
    <w:p>
      <w:r>
        <w:br/>
        <w:t>Я іменник і вживаюсь тільки в множині, —&lt;br /&gt;</w:t>
        <w:br/>
        <w:t>а закінчення ви, друзі, замініть мені —&lt;br /&gt;</w:t>
        <w:br/>
        <w:t>стану травкою, що сохла у погожі дні,&lt;br /&gt;</w:t>
        <w:br/>
        <w:t>і вживатимусь відтоді тільки в однині.</w:t>
      </w:r>
    </w:p>
    <w:p>
      <w:r>
        <w:br/>
        <w:t>Який я іменник?</w:t>
      </w:r>
    </w:p>
    <w:p>
      <w:r>
        <w:br/>
        <w:t>(Сіни, сіно)</w:t>
      </w:r>
    </w:p>
    <w:p>
      <w:r>
        <w:br/>
        <w:t>РІДНЕ</w:t>
      </w:r>
    </w:p>
    <w:p>
      <w:r>
        <w:br/>
        <w:t>Лелека щось вицокує,&lt;br /&gt;</w:t>
        <w:br/>
        <w:t>з'явившись на Сулі&lt;br /&gt;</w:t>
        <w:br/>
        <w:t>"Стоїть гора високая... —&lt;br /&gt;</w:t>
        <w:br/>
        <w:t>співають у селі —</w:t>
      </w:r>
    </w:p>
    <w:p>
      <w:r>
        <w:br/>
        <w:t>Край берега, у затишку,&lt;br /&gt;</w:t>
        <w:br/>
        <w:t>прив'язані човни;&lt;br /&gt;</w:t>
        <w:br/>
        <w:t>а три верби схилилися,&lt;br /&gt;</w:t>
        <w:br/>
        <w:t>мов журяться вони..."</w:t>
      </w:r>
    </w:p>
    <w:p>
      <w:r>
        <w:br/>
        <w:t>До сліз щемлива пісенька&lt;br /&gt;</w:t>
        <w:br/>
        <w:t>хвилює раз у раз:&lt;br /&gt;</w:t>
        <w:br/>
        <w:t>усе таке самісіньке&lt;br /&gt;</w:t>
        <w:br/>
        <w:t>край берега у нас.</w:t>
      </w:r>
    </w:p>
    <w:p>
      <w:r>
        <w:br/>
        <w:t>Все, як у пісні Глібова, —&lt;br /&gt;</w:t>
        <w:br/>
        <w:t>гора, човни, гаї...&lt;br /&gt;</w:t>
        <w:br/>
        <w:t>Часом не на Сулі, бува,&lt;br /&gt;</w:t>
        <w:br/>
        <w:t>написано її?</w:t>
      </w:r>
    </w:p>
    <w:p>
      <w:r>
        <w:br/>
        <w:t>Та хай не цьому лугові&lt;br /&gt;</w:t>
        <w:br/>
        <w:t>судився цей мотив,&lt;br /&gt;</w:t>
        <w:br/>
        <w:t>хай Глібов пісню Бугові&lt;br /&gt;</w:t>
        <w:br/>
        <w:t>чи Снову присвятив —</w:t>
      </w:r>
    </w:p>
    <w:p>
      <w:r>
        <w:br/>
        <w:t>летять птахи із вирію,&lt;br /&gt;</w:t>
        <w:br/>
        <w:t>на крила налягли.&lt;br /&gt;</w:t>
        <w:br/>
        <w:t>А я пейзаж примірюю&lt;br /&gt;</w:t>
        <w:br/>
        <w:t>до рідної Сули.</w:t>
      </w:r>
    </w:p>
    <w:p>
      <w:r>
        <w:br/>
        <w:t>ВДЯЧНІ СЛОВА</w:t>
      </w:r>
    </w:p>
    <w:p>
      <w:r>
        <w:br/>
        <w:t>Дитячі роки. Перші кроки.&lt;br /&gt;</w:t>
        <w:br/>
        <w:t>Зелений вигін і Сула.&lt;br /&gt;</w:t>
        <w:br/>
        <w:t>І тільки сядеш за уроки,&lt;br /&gt;</w:t>
        <w:br/>
        <w:t>а тут матуся посила:</w:t>
      </w:r>
    </w:p>
    <w:p>
      <w:r>
        <w:br/>
        <w:t>— Піди, спасибі тобі, Митю,&lt;br /&gt;</w:t>
        <w:br/>
        <w:t>води відерце принеси. —&lt;br /&gt;</w:t>
        <w:br/>
        <w:t>Я йшов. Але побіг би миттю&lt;br /&gt;</w:t>
        <w:br/>
        <w:t>ще до схід сонця, до роси.</w:t>
      </w:r>
    </w:p>
    <w:p>
      <w:r>
        <w:br/>
        <w:t>Бо каже мама щонайм'якше&lt;br /&gt;</w:t>
        <w:br/>
        <w:t>(книжками ж, бачить, зайнятий).&lt;br /&gt;</w:t>
        <w:br/>
        <w:t>А коли вас так просять — як же&lt;br /&gt;</w:t>
        <w:br/>
        <w:t>вам після цього не піти?</w:t>
      </w:r>
    </w:p>
    <w:p>
      <w:r>
        <w:br/>
        <w:t>Хоч був "і молоде, й зелене",&lt;br /&gt;</w:t>
        <w:br/>
        <w:t>а все як слід робить хотів.&lt;br /&gt;</w:t>
        <w:br/>
        <w:t>І вже тепер в душі у мене&lt;br /&gt;</w:t>
        <w:br/>
        <w:t>до мами стільки вдячних слів.</w:t>
      </w:r>
    </w:p>
    <w:p>
      <w:r>
        <w:br/>
        <w:t>Бо лиш вона, лиш рідна мати&lt;br /&gt;</w:t>
        <w:br/>
        <w:t>могла не мати й крихти зла;&lt;br /&gt;</w:t>
        <w:br/>
        <w:t>уміла словом спонукати —&lt;br /&gt;</w:t>
        <w:br/>
        <w:t>й робота легшою була.</w:t>
      </w:r>
    </w:p>
    <w:p>
      <w:r>
        <w:br/>
        <w:t>СЛОВА ПОКЛИЧНІ — ПРОСИ&lt;br /&gt;</w:t>
        <w:br/>
        <w:t>Й ВЕЛИЧНІ</w:t>
      </w:r>
    </w:p>
    <w:p>
      <w:r>
        <w:br/>
        <w:t>В джерелах слова — душі криниця,&lt;br /&gt;</w:t>
        <w:br/>
        <w:t>а рідна мова — як чарівниця.</w:t>
      </w:r>
    </w:p>
    <w:p>
      <w:r>
        <w:br/>
        <w:t>Звичайний приклад візьму навмисне,&lt;br /&gt;</w:t>
        <w:br/>
        <w:t>краса ж така в нім, що серце стисне.</w:t>
      </w:r>
    </w:p>
    <w:p>
      <w:r>
        <w:br/>
        <w:t>Дивися — в кличнім простім відмінку:&lt;br /&gt;</w:t>
        <w:br/>
        <w:t>"Ой не стелися, зелен барвінку..."</w:t>
      </w:r>
    </w:p>
    <w:p>
      <w:r>
        <w:br/>
        <w:t>Одвертий кличний — немов дитинний,&lt;br /&gt;</w:t>
        <w:br/>
        <w:t>музичний, зичний та ще й гостинний.</w:t>
      </w:r>
    </w:p>
    <w:p>
      <w:r>
        <w:br/>
        <w:t>Вживеш ти усно чи на папері —&lt;br /&gt;</w:t>
        <w:br/>
        <w:t>мов у світлицю відчиниш двері.</w:t>
      </w:r>
    </w:p>
    <w:p>
      <w:r>
        <w:br/>
        <w:t>Звертання щире, душевне, щедре —&lt;br /&gt;</w:t>
        <w:br/>
        <w:t>Василю, Павле, Іване, Петре!</w:t>
      </w:r>
    </w:p>
    <w:p>
      <w:r>
        <w:br/>
        <w:t>І так сердечно, і так ласкаво —&lt;br /&gt;</w:t>
        <w:br/>
        <w:t>Наталю, Лесю а чи Любаво!</w:t>
      </w:r>
    </w:p>
    <w:p>
      <w:r>
        <w:br/>
        <w:t>До зборів, сходки відкрито й радо —&lt;br /&gt;</w:t>
        <w:br/>
        <w:t>чи товариство а чи громадо!</w:t>
      </w:r>
    </w:p>
    <w:p>
      <w:r>
        <w:br/>
        <w:t>А найсвятіше душа приємле —&lt;br /&gt;</w:t>
        <w:br/>
        <w:t>моя Вкраїно, кохана земле,</w:t>
      </w:r>
    </w:p>
    <w:p>
      <w:r>
        <w:br/>
        <w:t>ти, сивий Дніпре, і ти, Дунаю, —&lt;br /&gt;</w:t>
        <w:br/>
        <w:t>миліших серцю звертань не знаю.</w:t>
      </w:r>
    </w:p>
    <w:p>
      <w:r>
        <w:br/>
        <w:t>ЗАГАДКА З ГЕОГРАФІЇ</w:t>
      </w:r>
    </w:p>
    <w:p>
      <w:r>
        <w:br/>
        <w:t>Жарт</w:t>
      </w:r>
    </w:p>
    <w:p>
      <w:r>
        <w:br/>
        <w:t>Щоб Федя в географії кохався,&lt;br /&gt;</w:t>
        <w:br/>
        <w:t>пізнав у ній безмежжя чар і див&lt;br /&gt;</w:t>
        <w:br/>
        <w:t>і щоб у школі з ліньками не знався,&lt;br /&gt;</w:t>
        <w:br/>
        <w:t>Олесь йому загадку спорудив:</w:t>
      </w:r>
    </w:p>
    <w:p>
      <w:r>
        <w:br/>
        <w:t>— Чи ти країну в Африці узнаєш,&lt;br /&gt;</w:t>
        <w:br/>
        <w:t>в якій ріка Оранжева тече?&lt;br /&gt;</w:t>
        <w:br/>
        <w:t>Назад країни назву прочитаєш —&lt;br /&gt;</w:t>
        <w:br/>
        <w:t>тебе за ліньки сором обпече...</w:t>
      </w:r>
    </w:p>
    <w:p>
      <w:r>
        <w:br/>
        <w:t>Федько по карті йде, мов крізь болото,&lt;br /&gt;</w:t>
        <w:br/>
        <w:t>одразу видно: в джунглях новосел.&lt;br /&gt;</w:t>
        <w:br/>
        <w:t>Олесь йому: — Таж он вона — Лесото!&lt;br /&gt;</w:t>
        <w:br/>
        <w:t>Федько назад читає: — От — осел!</w:t>
      </w:r>
    </w:p>
    <w:p>
      <w:r>
        <w:br/>
        <w:t>ЗВЕРТАННЯ</w:t>
      </w:r>
    </w:p>
    <w:p>
      <w:r>
        <w:br/>
        <w:t>Скільки є в нас, любі друзі,&lt;br /&gt;</w:t>
        <w:br/>
        <w:t>для звертання ніжних слів —&lt;br /&gt;</w:t>
        <w:br/>
        <w:t>і до тата, й до матусі,&lt;br /&gt;</w:t>
        <w:br/>
        <w:t>до бабусь і дідусів!</w:t>
      </w:r>
    </w:p>
    <w:p>
      <w:r>
        <w:br/>
        <w:t>І татусю, й мамцю, й нене,&lt;br /&gt;</w:t>
        <w:br/>
        <w:t>і дідусю, й бабцю теж, —&lt;br /&gt;</w:t>
        <w:br/>
        <w:t>миле, ніжне, сокровенне —&lt;br /&gt;</w:t>
        <w:br/>
        <w:t>як ще краще назовеш?</w:t>
      </w:r>
    </w:p>
    <w:p>
      <w:r>
        <w:br/>
        <w:t>А Федько звертання творить&lt;br /&gt;</w:t>
        <w:br/>
        <w:t>так, що душу виверта:&lt;br /&gt;</w:t>
        <w:br/>
        <w:t>замість "мамо" — "ма" говорить,&lt;br /&gt;</w:t>
        <w:br/>
        <w:t>замість "тату" каже "та"!</w:t>
      </w:r>
    </w:p>
    <w:p>
      <w:r>
        <w:br/>
        <w:t>В школі Беллу — "Бе" гукає,&lt;br /&gt;</w:t>
        <w:br/>
        <w:t>а Меланю кличе "Me"!&lt;br /&gt;</w:t>
        <w:br/>
        <w:t>Леле! Школу оглашае&lt;br /&gt;</w:t>
        <w:br/>
        <w:t>белькотіння лиш саме.</w:t>
      </w:r>
    </w:p>
    <w:p>
      <w:r>
        <w:br/>
        <w:t>Учня він імення знає,&lt;br /&gt;</w:t>
        <w:br/>
        <w:t>та не встигне підійти,&lt;br /&gt;</w:t>
        <w:br/>
        <w:t>як за ґудзика хапає&lt;br /&gt;</w:t>
        <w:br/>
        <w:t>і вигукує: — Ей ти!</w:t>
      </w:r>
    </w:p>
    <w:p>
      <w:r>
        <w:br/>
        <w:t>Дома: — Ба-а! — кричить бабусі.&lt;br /&gt;</w:t>
        <w:br/>
        <w:t>(Ліньки повністю назвать).&lt;br /&gt;</w:t>
        <w:br/>
        <w:t>Як ви думаєте, друзі,&lt;br /&gt;</w:t>
        <w:br/>
        <w:t>що йому на це сказать?</w:t>
      </w:r>
    </w:p>
    <w:p>
      <w:r>
        <w:br/>
        <w:t>Мабуть, треба щось кумекать,&lt;br /&gt;</w:t>
        <w:br/>
        <w:t>бо інакше мимохіть&lt;br /&gt;</w:t>
        <w:br/>
        <w:t>будем тільки бекать-мекать&lt;br /&gt;</w:t>
        <w:br/>
        <w:t>там, де треба говорить!</w:t>
      </w:r>
    </w:p>
    <w:p>
      <w:r>
        <w:br/>
        <w:t>НАЙДЕШЕВШЕ Й НАЙДОРОЖЧЕ</w:t>
      </w:r>
    </w:p>
    <w:p>
      <w:r>
        <w:br/>
        <w:t>Загадка</w:t>
      </w:r>
    </w:p>
    <w:p>
      <w:r>
        <w:br/>
        <w:t>Скажеш так чи надішлеш поштою —&lt;br /&gt;</w:t>
        <w:br/>
        <w:t>я від того нічим не змінюся.&lt;br /&gt;</w:t>
        <w:br/>
        <w:t>Я людині нічого не коштую,&lt;br /&gt;</w:t>
        <w:br/>
        <w:t>але високо нею цінюся.</w:t>
      </w:r>
    </w:p>
    <w:p>
      <w:r>
        <w:br/>
        <w:t>Що це таке?</w:t>
      </w:r>
    </w:p>
    <w:p>
      <w:r>
        <w:br/>
        <w:t>(Слово вдячності)</w:t>
      </w:r>
    </w:p>
    <w:p>
      <w:r>
        <w:br/>
        <w:t>ВІДГАДАЙ ОБОВ'ЯЗКОВО,&lt;br /&gt;</w:t>
        <w:br/>
        <w:t>ЯК ЛІТЕРА МІНЯЄ СЛОВО</w:t>
      </w:r>
    </w:p>
    <w:p>
      <w:r>
        <w:br/>
        <w:t>Метаграма</w:t>
      </w:r>
    </w:p>
    <w:p>
      <w:r>
        <w:br/>
        <w:t>Всього чотири літери у слові,&lt;br /&gt;</w:t>
        <w:br/>
        <w:t>а зміст його міняють початкові:&lt;br /&gt;</w:t>
        <w:br/>
        <w:t>З ґ— буде чорна птиця дика,&lt;br /&gt;</w:t>
        <w:br/>
        <w:t>з п — інша, горда і велика,&lt;br /&gt;</w:t>
        <w:br/>
        <w:t>з к — вже напій пахучий буде,&lt;br /&gt;</w:t>
        <w:br/>
        <w:t>що для гостей готують люди;&lt;br /&gt;</w:t>
        <w:br/>
        <w:t>з л — виріб, дошка з стояками,&lt;br /&gt;</w:t>
        <w:br/>
        <w:t>де спочиваємо ми з вами,&lt;br /&gt;</w:t>
        <w:br/>
        <w:t>також вибій, на шахтах знаний,&lt;br /&gt;</w:t>
        <w:br/>
        <w:t>і вивержень потік вулканний.&lt;br /&gt;</w:t>
        <w:br/>
        <w:t>Коли ж там С поставлю я,&lt;br /&gt;</w:t>
        <w:br/>
        <w:t>то буде вже людське ім'я.</w:t>
      </w:r>
    </w:p>
    <w:p>
      <w:r>
        <w:br/>
        <w:t>Які це слова?</w:t>
      </w:r>
    </w:p>
    <w:p>
      <w:r>
        <w:br/>
        <w:t>(Ґава, пава, кава, лава, Сава)</w:t>
      </w:r>
    </w:p>
    <w:p>
      <w:r>
        <w:br/>
        <w:t>ЯКІ МИ РОДИЧІ?</w:t>
      </w:r>
    </w:p>
    <w:p>
      <w:r>
        <w:br/>
        <w:t>Каламбур</w:t>
      </w:r>
    </w:p>
    <w:p>
      <w:r>
        <w:br/>
        <w:t>— Іване, кажуть, родичі ми з вами.&lt;br /&gt;</w:t>
        <w:br/>
        <w:t>Чи так? Скажи, будь ласка.</w:t>
      </w:r>
    </w:p>
    <w:p>
      <w:r>
        <w:br/>
        <w:t>— Аякже! Ваша мама нашій мамі&lt;br /&gt;</w:t>
        <w:br/>
        <w:t>двоюрідна Параска.</w:t>
      </w:r>
    </w:p>
    <w:p>
      <w:r>
        <w:br/>
        <w:t>ЦІКАВ Є СЛОВО</w:t>
      </w:r>
    </w:p>
    <w:p>
      <w:r>
        <w:br/>
        <w:t>Загадка</w:t>
      </w:r>
    </w:p>
    <w:p>
      <w:r>
        <w:br/>
        <w:t>Хто слово цікаве мені наведе?&lt;br /&gt;</w:t>
        <w:br/>
        <w:t>Нехай обізветься кмітлива душа.&lt;br /&gt;</w:t>
        <w:br/>
        <w:t>В цім слові — подвоєна літера Д&lt;br /&gt;</w:t>
        <w:br/>
        <w:t>і в ньому ж — подвоєна літера Ш.</w:t>
      </w:r>
    </w:p>
    <w:p>
      <w:r>
        <w:br/>
        <w:t>(Піддашшя)</w:t>
      </w:r>
    </w:p>
    <w:p>
      <w:r>
        <w:br/>
        <w:t>103</w:t>
      </w:r>
    </w:p>
    <w:p>
      <w:r>
        <w:br/>
        <w:t>ПОКАТАВШИСЬ, ПОПОЇЖ</w:t>
      </w:r>
    </w:p>
    <w:p>
      <w:r>
        <w:br/>
        <w:t>Загадка</w:t>
      </w:r>
    </w:p>
    <w:p>
      <w:r>
        <w:br/>
        <w:t>Я частина колеса: можеш добре мчати&lt;br /&gt;</w:t>
        <w:br/>
        <w:t>лиш у воза запрягай коня.&lt;br /&gt;</w:t>
        <w:br/>
        <w:t>Переставиш наголос — буду означати&lt;br /&gt;</w:t>
        <w:br/>
        <w:t>споживання їжі серед дня.</w:t>
      </w:r>
    </w:p>
    <w:p>
      <w:r>
        <w:br/>
        <w:t>Хто я?</w:t>
      </w:r>
    </w:p>
    <w:p>
      <w:r>
        <w:br/>
        <w:t>(Обід)</w:t>
      </w:r>
    </w:p>
    <w:p>
      <w:r>
        <w:br/>
        <w:t>ПОМІЖ ДОБРИХ ЛЮДЕЙ</w:t>
      </w:r>
    </w:p>
    <w:p>
      <w:r>
        <w:br/>
        <w:t>Чи ви звертали увагу на це —&lt;br /&gt;</w:t>
        <w:br/>
        <w:t>на Україні то явище примітне:&lt;br /&gt;</w:t>
        <w:br/>
        <w:t>вітаються люди й сказать слівце&lt;br /&gt;</w:t>
        <w:br/>
        <w:t>прагнуть якесь привітне?</w:t>
      </w:r>
    </w:p>
    <w:p>
      <w:r>
        <w:br/>
        <w:t>Мати каже сусідові на межі,&lt;br /&gt;</w:t>
        <w:br/>
        <w:t>щоб засвітився на добрім слові:&lt;br /&gt;</w:t>
        <w:br/>
        <w:t>— Здорові були та Боже вам поможи!&lt;br /&gt;</w:t>
        <w:br/>
        <w:t>— Спасибі Будьте і ви здорові!</w:t>
      </w:r>
    </w:p>
    <w:p>
      <w:r>
        <w:br/>
        <w:t>А батько в чийсь двір заходить зі мною&lt;br /&gt;</w:t>
        <w:br/>
        <w:t>(сюдою з Загреблі пряма дорога),&lt;br /&gt;</w:t>
        <w:br/>
        <w:t>аж тут і господар трясе бородою,&lt;br /&gt;</w:t>
        <w:br/>
        <w:t>курей годує коло порога.</w:t>
      </w:r>
    </w:p>
    <w:p>
      <w:r>
        <w:br/>
        <w:t>— Здрастуйте! — батько йому.— Як&lt;br /&gt;</w:t>
        <w:br/>
        <w:t>поживаєте?&lt;br /&gt;</w:t>
        <w:br/>
        <w:t>— Живемо, — каже дід, — біді наперекір.&lt;br /&gt;</w:t>
        <w:br/>
        <w:t>— А ви нам ноги не поперебиваєте,&lt;br /&gt;</w:t>
        <w:br/>
        <w:t>що ми йдемо оце через ваш двір?</w:t>
      </w:r>
    </w:p>
    <w:p>
      <w:r>
        <w:br/>
        <w:t>Дід провів рукою по бороді рудій,&lt;br /&gt;</w:t>
        <w:br/>
        <w:t>відчувши якийсь приплив теплоти:&lt;br /&gt;</w:t>
        <w:br/>
        <w:t>— Та якщо й переб'єм, то хіба по одній,&lt;br /&gt;</w:t>
        <w:br/>
        <w:t>щоб і другий раз ви могли пройти.</w:t>
      </w:r>
    </w:p>
    <w:p>
      <w:r>
        <w:br/>
        <w:t>І ми йдемо. І так світло на душі&lt;br /&gt;</w:t>
        <w:br/>
        <w:t>І щось лоскотливе напливає у груди.&lt;br /&gt;</w:t>
        <w:br/>
        <w:t>І так приємно, що ми тут не чужі,&lt;br /&gt;</w:t>
        <w:br/>
        <w:t>і що навколо хороші люди.</w:t>
      </w:r>
    </w:p>
    <w:p>
      <w:r>
        <w:br/>
        <w:t>ЧИМ БАГАТІ, ТИМ І РАДІ.</w:t>
      </w:r>
    </w:p>
    <w:p>
      <w:r>
        <w:br/>
        <w:t>Тітка Оришка жила в Курманах,&lt;br /&gt;</w:t>
        <w:br/>
        <w:t>щоліта білила убогу хатину.&lt;br /&gt;</w:t>
        <w:br/>
        <w:t>Вікна хатини дивились на шлях.&lt;br /&gt;</w:t>
        <w:br/>
        <w:t>Червоні ружі виглядали з-за тину,&lt;br /&gt;</w:t>
        <w:br/>
        <w:t>щоб і цвітно, і привітно.</w:t>
      </w:r>
    </w:p>
    <w:p>
      <w:r>
        <w:br/>
        <w:t>Хто здалека їде повз них —&lt;br /&gt;</w:t>
        <w:br/>
        <w:t>біля колодязя спинить підводу.&lt;br /&gt;</w:t>
        <w:br/>
        <w:t>Брязне відрами й цепом візник —&lt;br /&gt;</w:t>
        <w:br/>
        <w:t>набирає студену воду.</w:t>
      </w:r>
    </w:p>
    <w:p>
      <w:r>
        <w:br/>
        <w:t>Наче в казці, одчиниться хижка —&lt;br /&gt;</w:t>
        <w:br/>
        <w:t>й до журавля при колодязі&lt;br /&gt;</w:t>
        <w:br/>
        <w:t>вийде тітка Оришка&lt;br /&gt;</w:t>
        <w:br/>
        <w:t>в чепурненькому одязі.</w:t>
      </w:r>
    </w:p>
    <w:p>
      <w:r>
        <w:br/>
        <w:t>Дядько — на воза, поправив мішок&lt;br /&gt;</w:t>
        <w:br/>
        <w:t>і на волів: соб, цабе!&lt;br /&gt;</w:t>
        <w:br/>
        <w:t>А Оришка: — Візьміть хоч пиріжок. —&lt;br /&gt;</w:t>
        <w:br/>
        <w:t>(Щоб не подумали, що село скупе).</w:t>
      </w:r>
    </w:p>
    <w:p>
      <w:r>
        <w:br/>
        <w:t>Чим багаті, тим і раді...</w:t>
      </w:r>
    </w:p>
    <w:p>
      <w:r>
        <w:br/>
        <w:t>Їде з Ромна бородань на Брід —&lt;br /&gt;</w:t>
        <w:br/>
        <w:t>біля колодязя спинить підводу.&lt;br /&gt;</w:t>
        <w:br/>
        <w:t>Брязне цепом і відрами дід —&lt;br /&gt;</w:t>
        <w:br/>
        <w:t>набирає студену воду.</w:t>
      </w:r>
    </w:p>
    <w:p>
      <w:r>
        <w:br/>
        <w:t>Наче в казці, одчиниться хижка —&lt;br /&gt;</w:t>
        <w:br/>
        <w:t>й до журавля при колодязі&lt;br /&gt;</w:t>
        <w:br/>
        <w:t>вийде тітка Оришка&lt;br /&gt;</w:t>
        <w:br/>
        <w:t>в чепурненькому одязі</w:t>
      </w:r>
    </w:p>
    <w:p>
      <w:r>
        <w:br/>
        <w:t>Дід сіда на віз, бере батіжок,&lt;br /&gt;</w:t>
        <w:br/>
        <w:t>шкапа останнє сінце скубе.&lt;br /&gt;</w:t>
        <w:br/>
        <w:t>А Оришка: — Візьміть хоч грушок. —&lt;br /&gt;</w:t>
        <w:br/>
        <w:t>(Щоб не подумали, що село скупе).</w:t>
      </w:r>
    </w:p>
    <w:p>
      <w:r>
        <w:br/>
        <w:t>Чим багаті, тим і раді..</w:t>
      </w:r>
    </w:p>
    <w:p>
      <w:r>
        <w:br/>
        <w:t>Щира й весела, докине слівця,&lt;br /&gt;</w:t>
        <w:br/>
        <w:t>щоб враження в кожного мандрівця&lt;br /&gt;</w:t>
        <w:br/>
        <w:t>від Курманів найкраще було,&lt;br /&gt;</w:t>
        <w:br/>
        <w:t>бо дуже любила рідне село.</w:t>
      </w:r>
    </w:p>
    <w:p>
      <w:r>
        <w:br/>
        <w:t>НА БАЗАРІ</w:t>
      </w:r>
    </w:p>
    <w:p>
      <w:r>
        <w:br/>
        <w:t>Йдемо з матусею на Спаса —&lt;br /&gt;</w:t>
        <w:br/>
        <w:t>гуде Коровинський базар…&lt;br /&gt;</w:t>
        <w:br/>
        <w:t>Мед, масло, гарбузи, меляса&lt;br /&gt;</w:t>
        <w:br/>
        <w:t>і яблука, немов янтар...</w:t>
      </w:r>
    </w:p>
    <w:p>
      <w:r>
        <w:br/>
        <w:t>Ось дід Оверко,&lt;br /&gt;</w:t>
        <w:br/>
        <w:t>знайомий дід.&lt;br /&gt;</w:t>
        <w:br/>
        <w:t>І груш цеберко&lt;br /&gt;</w:t>
        <w:br/>
        <w:t>біля воріт.</w:t>
      </w:r>
    </w:p>
    <w:p>
      <w:r>
        <w:br/>
        <w:t>І каже: — Ледве придибуляв, —&lt;br /&gt;</w:t>
        <w:br/>
        <w:t>за поперек схопившись, кривиться.&lt;br /&gt;</w:t>
        <w:br/>
        <w:t>Кива на груші мені: мовляв,&lt;br /&gt;</w:t>
        <w:br/>
        <w:t>бери, яка на тебе дивиться.</w:t>
      </w:r>
    </w:p>
    <w:p>
      <w:r>
        <w:br/>
        <w:t>Ось дядько Федір, наш родич — сват&lt;br /&gt;</w:t>
        <w:br/>
        <w:t>(у нас був тиждень тому назад).</w:t>
      </w:r>
    </w:p>
    <w:p>
      <w:r>
        <w:br/>
        <w:t>Стоїть, як завше,&lt;br /&gt;</w:t>
        <w:br/>
        <w:t>жує мундштук,&lt;br /&gt;</w:t>
        <w:br/>
        <w:t>грушки розклавши&lt;br /&gt;</w:t>
        <w:br/>
        <w:t>по десять штук.</w:t>
      </w:r>
    </w:p>
    <w:p>
      <w:r>
        <w:br/>
        <w:t>Ціни ніколи не попустив би.&lt;br /&gt;</w:t>
        <w:br/>
        <w:t>Підходим, а він збентежено глядь.&lt;br /&gt;</w:t>
        <w:br/>
        <w:t>— Я, — каже, — вас би і пригостив би,&lt;br /&gt;</w:t>
        <w:br/>
        <w:t>та не хоцця десятка розбивать.</w:t>
      </w:r>
    </w:p>
    <w:p>
      <w:r>
        <w:br/>
        <w:t>А тітка Настя торби збирає,&lt;br /&gt;</w:t>
        <w:br/>
        <w:t>струснула крихти для горобців.&lt;br /&gt;</w:t>
        <w:br/>
        <w:t>— Попродавала, нічо' й немає,&lt;br /&gt;</w:t>
        <w:br/>
        <w:t>візьми, Митюшко, хоч гарбузців...</w:t>
      </w:r>
    </w:p>
    <w:p>
      <w:r>
        <w:br/>
        <w:t>— Спасибі, тьотю... Ой, не треба!&lt;br /&gt;</w:t>
        <w:br/>
        <w:t>Купили ми кавун — "як жар".—&lt;br /&gt;</w:t>
        <w:br/>
        <w:t>Світило ясне сонце з неба,&lt;br /&gt;</w:t>
        <w:br/>
        <w:t>стихав Коровинський базар.</w:t>
      </w:r>
    </w:p>
    <w:p>
      <w:r>
        <w:br/>
        <w:t>ЛЮДСЬКА ВДАЧА</w:t>
      </w:r>
    </w:p>
    <w:p>
      <w:r>
        <w:br/>
        <w:t>Загадка</w:t>
      </w:r>
    </w:p>
    <w:p>
      <w:r>
        <w:br/>
        <w:t>Про яку, вгадайте, йдеться людську вдачу:&lt;br /&gt;</w:t>
        <w:br/>
        <w:t>зроду не збіднієш з нею, далебі.&lt;br /&gt;</w:t>
        <w:br/>
        <w:t>Бо за тую вдачу матимеш віддачу:&lt;br /&gt;</w:t>
        <w:br/>
        <w:t>що роздав ти людям — вернеться тобі.</w:t>
      </w:r>
    </w:p>
    <w:p>
      <w:r>
        <w:br/>
        <w:t>Яка це риса вдачі?</w:t>
      </w:r>
    </w:p>
    <w:p>
      <w:r>
        <w:br/>
        <w:t>(Щедрість)</w:t>
      </w:r>
    </w:p>
    <w:p>
      <w:r>
        <w:br/>
        <w:t>БЕЗ ЗУБІВ ГРИЗЕ</w:t>
      </w:r>
    </w:p>
    <w:p>
      <w:r>
        <w:br/>
        <w:t>Загадка</w:t>
      </w:r>
    </w:p>
    <w:p>
      <w:r>
        <w:br/>
        <w:t>У тварин не буває,&lt;br /&gt;</w:t>
        <w:br/>
        <w:t>навіть і в шимпанзе.&lt;br /&gt;</w:t>
        <w:br/>
        <w:t>Хоч зубів і не має,&lt;br /&gt;</w:t>
        <w:br/>
        <w:t>а людину гризе.</w:t>
      </w:r>
    </w:p>
    <w:p>
      <w:r>
        <w:br/>
        <w:t>Що це таке?</w:t>
      </w:r>
    </w:p>
    <w:p>
      <w:r>
        <w:br/>
        <w:t>(Совість, сумління)</w:t>
      </w:r>
    </w:p>
    <w:p>
      <w:r>
        <w:br/>
        <w:t>ОСОБЛИВА НІЧ</w:t>
      </w:r>
    </w:p>
    <w:p>
      <w:r>
        <w:br/>
        <w:t>Загадка</w:t>
      </w:r>
    </w:p>
    <w:p>
      <w:r>
        <w:br/>
        <w:t>Що за піч у Гаврила —&lt;br /&gt;</w:t>
        <w:br/>
        <w:t>і пахтіла, і курила,&lt;br /&gt;</w:t>
        <w:br/>
        <w:t>а нічого не зварила.</w:t>
      </w:r>
    </w:p>
    <w:p>
      <w:r>
        <w:br/>
        <w:t>Що це таке?</w:t>
      </w:r>
    </w:p>
    <w:p>
      <w:r>
        <w:br/>
        <w:t>(Кузня)</w:t>
      </w:r>
    </w:p>
    <w:p>
      <w:r>
        <w:br/>
        <w:t>КУЗНЯ</w:t>
      </w:r>
    </w:p>
    <w:p>
      <w:r>
        <w:br/>
        <w:t>Д. Молякевичу</w:t>
      </w:r>
    </w:p>
    <w:p>
      <w:r>
        <w:br/>
        <w:t>Дмитро Панасович, поет,&lt;br /&gt;</w:t>
        <w:br/>
        <w:t>жартун непересічний,&lt;br /&gt;</w:t>
        <w:br/>
        <w:t>відкрив мені один секрет,&lt;br /&gt;</w:t>
        <w:br/>
        <w:t>секрет — філологічний.</w:t>
      </w:r>
    </w:p>
    <w:p>
      <w:r>
        <w:br/>
        <w:t>Заговорив він про слова:&lt;br /&gt;</w:t>
        <w:br/>
        <w:t>— Є вчені, добре знані,&lt;br /&gt;</w:t>
        <w:br/>
        <w:t>а от слова й для них, бува,&lt;br /&gt;</w:t>
        <w:br/>
        <w:t>з походження — туманні</w:t>
      </w:r>
    </w:p>
    <w:p>
      <w:r>
        <w:br/>
        <w:t>Ось слово "кузня". Фасмер, Даль [6],&lt;br /&gt;</w:t>
        <w:br/>
        <w:t>дають близьке — кузнець, коваль,&lt;br /&gt;</w:t>
        <w:br/>
        <w:t>кузенний, кузниця й т.д.,&lt;br /&gt;</w:t>
        <w:br/>
        <w:t>а де вони взялися? Де?</w:t>
      </w:r>
    </w:p>
    <w:p>
      <w:r>
        <w:br/>
        <w:t>Яке походження прапра —&lt;br /&gt;</w:t>
        <w:br/>
        <w:t>"кузенного" словечка? —&lt;br /&gt;</w:t>
        <w:br/>
        <w:t>Уважно слухаю Дмитра:&lt;br /&gt;</w:t>
        <w:br/>
        <w:t>куди веде вервечка?</w:t>
      </w:r>
    </w:p>
    <w:p>
      <w:r>
        <w:br/>
        <w:t>Бесідник мій усе це враз&lt;br /&gt;</w:t>
        <w:br/>
        <w:t>спромігся пояснити:&lt;br /&gt;</w:t>
        <w:br/>
        <w:t>— Ви знаєте, в селі у нас&lt;br /&gt;</w:t>
        <w:br/>
        <w:t>словечко є кузити.</w:t>
      </w:r>
    </w:p>
    <w:p>
      <w:r>
        <w:br/>
        <w:t>Коли пронизливо свистить&lt;br /&gt;</w:t>
        <w:br/>
        <w:t>поземка в сивий грудень&lt;br /&gt;</w:t>
        <w:br/>
        <w:t>чи в горно дмуть: "О, вже кузить!&lt;br /&gt;</w:t>
        <w:br/>
        <w:t>Кузить!" — говорять люди.</w:t>
      </w:r>
    </w:p>
    <w:p>
      <w:r>
        <w:br/>
        <w:t>Для тих, хто знає цей вітрець,&lt;br /&gt;</w:t>
        <w:br/>
        <w:t>уже не таємниця,&lt;br /&gt;</w:t>
        <w:br/>
        <w:t>чом коваля зовуть кузнець,&lt;br /&gt;</w:t>
        <w:br/>
        <w:t>а горно звуть — кузниця.</w:t>
      </w:r>
    </w:p>
    <w:p>
      <w:r>
        <w:br/>
        <w:t>У мовознавців ми й на мить&lt;br /&gt;</w:t>
        <w:br/>
        <w:t>не відбираєм кусня.&lt;br /&gt;</w:t>
        <w:br/>
        <w:t>Та справді: чи не від кузить&lt;br /&gt;</w:t>
        <w:br/>
        <w:t>походить слово кузил?</w:t>
      </w:r>
    </w:p>
    <w:p>
      <w:r>
        <w:br/>
        <w:t>БІЛИМ ПОЛЕМ Я ІДУ</w:t>
      </w:r>
    </w:p>
    <w:p>
      <w:r>
        <w:br/>
        <w:t>Загадка</w:t>
      </w:r>
    </w:p>
    <w:p>
      <w:r>
        <w:br/>
        <w:t>Я тонкий, твердий, та знаний всюди,&lt;br /&gt;</w:t>
        <w:br/>
        <w:t>білим полем я охоче йду.&lt;br /&gt;</w:t>
        <w:br/>
        <w:t>Що ти думаєш — очима люди&lt;br /&gt;</w:t>
        <w:br/>
        <w:t>визначають по моїм сліду.</w:t>
      </w:r>
    </w:p>
    <w:p>
      <w:r>
        <w:br/>
        <w:t>Хто я?</w:t>
      </w:r>
    </w:p>
    <w:p>
      <w:r>
        <w:br/>
        <w:t>(Олівець)</w:t>
      </w:r>
    </w:p>
    <w:p>
      <w:r>
        <w:br/>
        <w:t>ЯКА НАЗВА?</w:t>
      </w:r>
    </w:p>
    <w:p>
      <w:r>
        <w:br/>
        <w:t>Загадка-жарт</w:t>
      </w:r>
    </w:p>
    <w:p>
      <w:r>
        <w:br/>
        <w:t>Двічі повторив Панько Вареник&lt;br /&gt;</w:t>
        <w:br/>
        <w:t>український вказівний займенник&lt;br /&gt;</w:t>
        <w:br/>
        <w:t>і здивовано гукнув до друга:&lt;br /&gt;</w:t>
        <w:br/>
        <w:t>"Це ж так зветься африканська муха!"</w:t>
      </w:r>
    </w:p>
    <w:p>
      <w:r>
        <w:br/>
        <w:t>Яка назва цієї мухи?</w:t>
      </w:r>
    </w:p>
    <w:p>
      <w:r>
        <w:br/>
        <w:t>(Цеце)</w:t>
      </w:r>
    </w:p>
    <w:p>
      <w:r>
        <w:br/>
        <w:t>МІСЦИНА НАД ЯРОМ</w:t>
      </w:r>
    </w:p>
    <w:p>
      <w:r>
        <w:br/>
        <w:t>Загадка</w:t>
      </w:r>
    </w:p>
    <w:p>
      <w:r>
        <w:br/>
        <w:t>Тож бувають у мові дива!&lt;br /&gt;</w:t>
        <w:br/>
        <w:t>Це слівце інтригує недаром:&lt;br /&gt;</w:t>
        <w:br/>
        <w:t>на шість літер — апострофів два,&lt;br /&gt;</w:t>
        <w:br/>
        <w:t>означає місцину над яром.</w:t>
      </w:r>
    </w:p>
    <w:p>
      <w:r>
        <w:br/>
        <w:t>Яке це слово?</w:t>
      </w:r>
    </w:p>
    <w:p>
      <w:r>
        <w:br/>
        <w:t>(Над'яр'я)</w:t>
      </w:r>
    </w:p>
    <w:p>
      <w:r>
        <w:br/>
        <w:t>ЗАГАДКОВІ ІМЕНИНИ</w:t>
      </w:r>
    </w:p>
    <w:p>
      <w:r>
        <w:br/>
        <w:t>Шість десятків років має чоловік,&lt;br /&gt;</w:t>
        <w:br/>
        <w:t>загадку маленьку загадав для нас:&lt;br /&gt;</w:t>
        <w:br/>
        <w:t>не проґавив жодних іменин за вік,&lt;br /&gt;</w:t>
        <w:br/>
        <w:t>та в житті їх справив лиш п'ятнадцять раз.</w:t>
      </w:r>
    </w:p>
    <w:p>
      <w:r>
        <w:br/>
        <w:t>Може б, друзі, з вас хто потрудився&lt;br /&gt;</w:t>
        <w:br/>
        <w:t>та й сказав, коли він народився?</w:t>
      </w:r>
    </w:p>
    <w:p>
      <w:r>
        <w:br/>
        <w:t>(29 лютого)</w:t>
      </w:r>
    </w:p>
    <w:p>
      <w:r>
        <w:br/>
        <w:t>З ОДНИНИ У МНОЖИНУ</w:t>
      </w:r>
    </w:p>
    <w:p>
      <w:r>
        <w:br/>
        <w:t>Загадка</w:t>
      </w:r>
    </w:p>
    <w:p>
      <w:r>
        <w:br/>
        <w:t>Вживаюся я тільки в однині —&lt;br /&gt;</w:t>
        <w:br/>
        <w:t>коротке слово з невеселим змістом.&lt;br /&gt;</w:t>
        <w:br/>
        <w:t>Додайте літеру — і в множині&lt;br /&gt;</w:t>
        <w:br/>
        <w:t>одразу стану слобожанським містом.</w:t>
      </w:r>
    </w:p>
    <w:p>
      <w:r>
        <w:br/>
        <w:t>Який я іменник?</w:t>
      </w:r>
    </w:p>
    <w:p>
      <w:r>
        <w:br/>
        <w:t>(Сум, Суми)</w:t>
      </w:r>
    </w:p>
    <w:p>
      <w:r>
        <w:br/>
        <w:t>СЛАВУТНІ МІСЦЯ</w:t>
      </w:r>
    </w:p>
    <w:p>
      <w:r>
        <w:br/>
        <w:t>Над назвою задумавсь я,&lt;br /&gt;</w:t>
        <w:br/>
        <w:t>ще в юності почутою:&lt;br /&gt;</w:t>
        <w:br/>
        <w:t>звідкіль таке Дніпра ім'я?&lt;br /&gt;</w:t>
        <w:br/>
        <w:t>Чом зветься він Славутою?</w:t>
      </w:r>
    </w:p>
    <w:p>
      <w:r>
        <w:br/>
        <w:t>Читаю, стежу, та, на жаль,&lt;br /&gt;</w:t>
        <w:br/>
        <w:t>все таїною вкутане.&lt;br /&gt;</w:t>
        <w:br/>
        <w:t>Аж натрапляю: пише Даль,&lt;br /&gt;</w:t>
        <w:br/>
        <w:t>що слово є славутина,</w:t>
      </w:r>
    </w:p>
    <w:p>
      <w:r>
        <w:br/>
        <w:t>що значило в старі часи,&lt;br /&gt;</w:t>
        <w:br/>
        <w:t>в народнім давнім звичаї&lt;br /&gt;</w:t>
        <w:br/>
        <w:t>кут неповторної краси,&lt;br /&gt;</w:t>
        <w:br/>
        <w:t>природи мальовничої.</w:t>
      </w:r>
    </w:p>
    <w:p>
      <w:r>
        <w:br/>
        <w:t>А хвилі сивий Дніпр несе,&lt;br /&gt;</w:t>
        <w:br/>
        <w:t>де зелень кучерявиться.&lt;br /&gt;</w:t>
        <w:br/>
        <w:t>Славутне справді тут усе,&lt;br /&gt;</w:t>
        <w:br/>
        <w:t>бо все красою славиться.</w:t>
      </w:r>
    </w:p>
    <w:p>
      <w:r>
        <w:br/>
        <w:t>А де ще є гаї, луги,&lt;br /&gt;</w:t>
        <w:br/>
        <w:t>як на святій Хмельниччині?&lt;br /&gt;</w:t>
        <w:br/>
        <w:t>Горині тихі береги,&lt;br /&gt;</w:t>
        <w:br/>
        <w:t>яр-зіллям закосичені.</w:t>
      </w:r>
    </w:p>
    <w:p>
      <w:r>
        <w:br/>
        <w:t>А це хіба не дивина,&lt;br /&gt;</w:t>
        <w:br/>
        <w:t>в зелений бір укутана:</w:t>
      </w:r>
    </w:p>
    <w:p>
      <w:r>
        <w:br/>
        <w:t>Славута-місто вирина,&lt;br /&gt;</w:t>
        <w:br/>
        <w:t>що звалося Славутина.</w:t>
      </w:r>
    </w:p>
    <w:p>
      <w:r>
        <w:br/>
        <w:t>Вбирай красу, твори добро,&lt;br /&gt;</w:t>
        <w:br/>
        <w:t>милуйся рястом, рутою —&lt;br /&gt;</w:t>
        <w:br/>
        <w:t>й збагнеш, чому зовуть Дніпро&lt;br /&gt;</w:t>
        <w:br/>
        <w:t>Славутичем, Славутою.</w:t>
      </w:r>
    </w:p>
    <w:p>
      <w:r>
        <w:br/>
        <w:t>ЩЕ ПРО НАЗВИ</w:t>
      </w:r>
    </w:p>
    <w:p>
      <w:r>
        <w:br/>
        <w:t>...Немає мудріших,&lt;br /&gt;</w:t>
        <w:br/>
        <w:t>ніж народ, учителів.</w:t>
      </w:r>
    </w:p>
    <w:p>
      <w:r>
        <w:br/>
        <w:t>М. Рильський</w:t>
      </w:r>
    </w:p>
    <w:p>
      <w:r>
        <w:br/>
        <w:t>Здавна, за царя Гороха,&lt;br /&gt;</w:t>
        <w:br/>
        <w:t>словом круглим, як горох,&lt;br /&gt;</w:t>
        <w:br/>
        <w:t>ув оселі край порога&lt;br /&gt;</w:t>
        <w:br/>
        <w:t>сипав жвавий скоморох:</w:t>
      </w:r>
    </w:p>
    <w:p>
      <w:r>
        <w:br/>
        <w:t>— Чули? Обухів&lt;br /&gt;</w:t>
        <w:br/>
        <w:t>торбу набухав,&lt;br /&gt;</w:t>
        <w:br/>
        <w:t>а Київ — виїв...</w:t>
      </w:r>
    </w:p>
    <w:p>
      <w:r>
        <w:br/>
        <w:t>А народ же як пристебне —&lt;br /&gt;</w:t>
        <w:br/>
        <w:t>слово влучне і шпарке&lt;br /&gt;</w:t>
        <w:br/>
        <w:t>вічно житиме, дотепне,&lt;br /&gt;</w:t>
        <w:br/>
        <w:t>чи солодке, чи гірке.</w:t>
      </w:r>
    </w:p>
    <w:p>
      <w:r>
        <w:br/>
        <w:t>Мова дідова не змеркла,&lt;br /&gt;</w:t>
        <w:br/>
        <w:t>перейшла до внука:&lt;br /&gt;</w:t>
        <w:br/>
        <w:t>"Славен город Біла Церква,&lt;br /&gt;</w:t>
        <w:br/>
        <w:t>ще славніш Прилука..."</w:t>
      </w:r>
    </w:p>
    <w:p>
      <w:r>
        <w:br/>
        <w:t>Одному Золотоноша&lt;br /&gt;</w:t>
        <w:br/>
        <w:t>на всі сто хороша.&lt;br /&gt;</w:t>
        <w:br/>
        <w:t>А для іншого Тараща&lt;br /&gt;</w:t>
        <w:br/>
        <w:t>у сто разів краща.</w:t>
      </w:r>
    </w:p>
    <w:p>
      <w:r>
        <w:br/>
        <w:t>Я люблю цю перепалку —&lt;br /&gt;</w:t>
        <w:br/>
        <w:t>чув про неї змалку:&lt;br /&gt;</w:t>
        <w:br/>
        <w:t>"Ой хвалився Яготин —&lt;br /&gt;</w:t>
        <w:br/>
        <w:t>Ніжин мені побратим".</w:t>
      </w:r>
    </w:p>
    <w:p>
      <w:r>
        <w:br/>
        <w:t>А до нього славний Ніжин:&lt;br /&gt;</w:t>
        <w:br/>
        <w:t>"Я красою не обижен.&lt;br /&gt;</w:t>
        <w:br/>
        <w:t>У степу стоїть Ромен,&lt;br /&gt;</w:t>
        <w:br/>
        <w:t>та й той мені не ровен".</w:t>
      </w:r>
    </w:p>
    <w:p>
      <w:r>
        <w:br/>
        <w:t>Від Обухова до Ічні —&lt;br /&gt;</w:t>
        <w:br/>
        <w:t>жарти, дотепи зустрічні&lt;br /&gt;</w:t>
        <w:br/>
        <w:t>Від Красилова до Варви —&lt;br /&gt;</w:t>
        <w:br/>
        <w:t>все нові квітчасті барви:</w:t>
      </w:r>
    </w:p>
    <w:p>
      <w:r>
        <w:br/>
        <w:t>мак, любисток і ласкавець —&lt;br /&gt;</w:t>
        <w:br/>
        <w:t>не будяк і не осот —&lt;br /&gt;</w:t>
        <w:br/>
        <w:t>бо найкращий мовознавець&lt;br /&gt;</w:t>
        <w:br/>
        <w:t>мудрий рідний наш народ.</w:t>
      </w:r>
    </w:p>
    <w:p>
      <w:r>
        <w:br/>
        <w:t>ПОЩАСТИЛО</w:t>
      </w:r>
    </w:p>
    <w:p>
      <w:r>
        <w:br/>
        <w:t>Пісенька-жарт</w:t>
      </w:r>
    </w:p>
    <w:p>
      <w:r>
        <w:br/>
        <w:t>У неділю нашій Варі&lt;br /&gt;</w:t>
        <w:br/>
        <w:t>пощастило на базарі</w:t>
      </w:r>
    </w:p>
    <w:p>
      <w:r>
        <w:br/>
        <w:t>Для курей золотокоса&lt;br /&gt;</w:t>
        <w:br/>
        <w:t>підкупила гречки й проса.</w:t>
      </w:r>
    </w:p>
    <w:p>
      <w:r>
        <w:br/>
        <w:t>А для себе — босоніжки,&lt;br /&gt;</w:t>
        <w:br/>
        <w:t>стало легше тюпать пішки.</w:t>
      </w:r>
    </w:p>
    <w:p>
      <w:r>
        <w:br/>
        <w:t>Легко серцю молодому,&lt;br /&gt;</w:t>
        <w:br/>
        <w:t>йде співаючи додому:</w:t>
      </w:r>
    </w:p>
    <w:p>
      <w:r>
        <w:br/>
        <w:t>"Трошки гречки, трошки проса,&lt;br /&gt;</w:t>
        <w:br/>
        <w:t>трошки взута, трошки боса".</w:t>
      </w:r>
    </w:p>
    <w:p>
      <w:r>
        <w:br/>
        <w:t>БІЖИТЬ БЕЗ НІГ</w:t>
      </w:r>
    </w:p>
    <w:p>
      <w:r>
        <w:br/>
        <w:t>Загадка</w:t>
      </w:r>
    </w:p>
    <w:p>
      <w:r>
        <w:br/>
        <w:t>Біжить без ніг в ярки, в рови,&lt;br /&gt;</w:t>
        <w:br/>
        <w:t>без рук, а має рукави.&lt;br /&gt;</w:t>
        <w:br/>
        <w:t>Я відгадав уже, а ви?</w:t>
      </w:r>
    </w:p>
    <w:p>
      <w:r>
        <w:br/>
        <w:t>Що це таке?</w:t>
      </w:r>
    </w:p>
    <w:p>
      <w:r>
        <w:br/>
        <w:t>(Річка)</w:t>
      </w:r>
    </w:p>
    <w:p>
      <w:r>
        <w:br/>
        <w:t>СИРОТА ДО НАРОДЖЕННЯ</w:t>
      </w:r>
    </w:p>
    <w:p>
      <w:r>
        <w:br/>
        <w:t>Загадка</w:t>
      </w:r>
    </w:p>
    <w:p>
      <w:r>
        <w:br/>
        <w:t>А відгадайте, що за дивовина&lt;br /&gt;</w:t>
        <w:br/>
        <w:t>в умові загадки незвичні дані:&lt;br /&gt;</w:t>
        <w:br/>
        <w:t>іще не народилася дитина,&lt;br /&gt;</w:t>
        <w:br/>
        <w:t>а вже у мачухи на вихованні</w:t>
      </w:r>
    </w:p>
    <w:p>
      <w:r>
        <w:br/>
        <w:t>Що воно?</w:t>
      </w:r>
    </w:p>
    <w:p>
      <w:r>
        <w:br/>
        <w:t>(Зозулине яйце)</w:t>
      </w:r>
    </w:p>
    <w:p>
      <w:r>
        <w:br/>
        <w:t>ДИВНИЙ ПОЛІГЛОТ</w:t>
      </w:r>
    </w:p>
    <w:p>
      <w:r>
        <w:br/>
        <w:t>Загадка</w:t>
      </w:r>
    </w:p>
    <w:p>
      <w:r>
        <w:br/>
        <w:t>Що не скажеш їй — повторить&lt;br /&gt;</w:t>
        <w:br/>
        <w:t>з гарною вимовою.&lt;br /&gt;</w:t>
        <w:br/>
        <w:t>І не вчила, а говорить&lt;br /&gt;</w:t>
        <w:br/>
        <w:t>будь-якою мовою.</w:t>
      </w:r>
    </w:p>
    <w:p>
      <w:r>
        <w:br/>
        <w:t>Що це таке?</w:t>
      </w:r>
    </w:p>
    <w:p>
      <w:r>
        <w:br/>
        <w:t>(Луна)</w:t>
      </w:r>
    </w:p>
    <w:p>
      <w:r>
        <w:br/>
        <w:t>ВИМОВ СКОРО СКОРОМОВКУ</w:t>
      </w:r>
    </w:p>
    <w:p>
      <w:r>
        <w:br/>
        <w:t>Вимов скоро: тітка, квітка,&lt;br /&gt;</w:t>
        <w:br/>
        <w:t>крига, кринка, бровка,&lt;br /&gt;</w:t>
        <w:br/>
        <w:t>скроня, скриня, сковорідка&lt;br /&gt;</w:t>
        <w:br/>
        <w:t>буде скоромовка!</w:t>
      </w:r>
    </w:p>
    <w:p>
      <w:r>
        <w:br/>
        <w:t>БАБИНЕ ЛІТО</w:t>
      </w:r>
    </w:p>
    <w:p>
      <w:r>
        <w:br/>
        <w:t>Стала осінь луками ходити,&lt;br /&gt;</w:t>
        <w:br/>
        <w:t>наснувала з павутин антен... [7]&lt;br /&gt;</w:t>
        <w:br/>
        <w:t>Літо, літо бабине, куди ти&lt;br /&gt;</w:t>
        <w:br/>
        <w:t>захурчало в триста веретен?</w:t>
      </w:r>
    </w:p>
    <w:p>
      <w:r>
        <w:br/>
        <w:t>Ох, бабусям, дідусям до серця&lt;br /&gt;</w:t>
        <w:br/>
        <w:t>ця теплінь (підмічено давно)!&lt;br /&gt;</w:t>
        <w:br/>
        <w:t>Чом же літо бабиним зоветься&lt;br /&gt;</w:t>
        <w:br/>
        <w:t>і чому не дідове воно?</w:t>
      </w:r>
    </w:p>
    <w:p>
      <w:r>
        <w:br/>
        <w:t>Кажуть люди: то літає в ступі&lt;br /&gt;</w:t>
        <w:br/>
        <w:t>баба вітрогониста Яга:&lt;br /&gt;</w:t>
        <w:br/>
        <w:t>всі шляхи, усі стежини любі&lt;br /&gt;</w:t>
        <w:br/>
        <w:t>скоро біла замете юга.</w:t>
      </w:r>
    </w:p>
    <w:p>
      <w:r>
        <w:br/>
        <w:t>Може, то на бабиних маршрутах&lt;br /&gt;</w:t>
        <w:br/>
        <w:t>прядива тонкого ниточки?&lt;br /&gt;</w:t>
        <w:br/>
        <w:t>Ні, летять на срібних парашутах&lt;br /&gt;</w:t>
        <w:br/>
        <w:t>на нові домівки павучки.</w:t>
      </w:r>
    </w:p>
    <w:p>
      <w:r>
        <w:br/>
        <w:t>І Яга тут, мабуть, ні при чому,&lt;br /&gt;</w:t>
        <w:br/>
        <w:t>бо тоді від бабиного зла&lt;br /&gt;</w:t>
        <w:br/>
        <w:t>у ясному небі голубому&lt;br /&gt;</w:t>
        <w:br/>
        <w:t>павутина б чорною була…</w:t>
      </w:r>
    </w:p>
    <w:p>
      <w:r>
        <w:br/>
        <w:t>Пригріває сонечко потрішки,&lt;br /&gt;</w:t>
        <w:br/>
        <w:t>і сьогодні здогадались ми:&lt;br /&gt;</w:t>
        <w:br/>
        <w:t>то бабусі Осені усмішки&lt;br /&gt;</w:t>
        <w:br/>
        <w:t>в передодень білої зими.</w:t>
      </w:r>
    </w:p>
    <w:p>
      <w:r>
        <w:br/>
        <w:t>ВІД МАЛОГО&lt;br /&gt;</w:t>
        <w:br/>
        <w:t>ДО ВЕЛИКОГО</w:t>
      </w:r>
    </w:p>
    <w:p>
      <w:r>
        <w:br/>
        <w:t>Загадка</w:t>
      </w:r>
    </w:p>
    <w:p>
      <w:r>
        <w:br/>
        <w:t>Я суцвіття злаків, де плоди на мливо&lt;br /&gt;</w:t>
        <w:br/>
        <w:t>достигають жовті, наче віск.&lt;br /&gt;</w:t>
        <w:br/>
        <w:t>З наголосом іншим — велетенське диво,&lt;br /&gt;</w:t>
        <w:br/>
        <w:t>статуя, колона, обеліск.</w:t>
      </w:r>
    </w:p>
    <w:p>
      <w:r>
        <w:br/>
        <w:t>Хто я?</w:t>
      </w:r>
    </w:p>
    <w:p>
      <w:r>
        <w:br/>
        <w:t>(Колос)</w:t>
      </w:r>
    </w:p>
    <w:p>
      <w:r>
        <w:br/>
        <w:t>ТІПУН ТОБІ НА ЯЗИК!</w:t>
      </w:r>
    </w:p>
    <w:p>
      <w:r>
        <w:br/>
        <w:t>Дідусь вируша в кожусі,&lt;br /&gt;</w:t>
        <w:br/>
        <w:t>онук подає башлик:&lt;br /&gt;</w:t>
        <w:br/>
        <w:t>— Простудитесь ви, дідусю...&lt;br /&gt;</w:t>
        <w:br/>
        <w:t>—Тіпун тобі на язик!..</w:t>
      </w:r>
    </w:p>
    <w:p>
      <w:r>
        <w:br/>
        <w:t>Недавно читав я нарис,&lt;br /&gt;</w:t>
        <w:br/>
        <w:t>дізнався наприкінці:&lt;br /&gt;</w:t>
        <w:br/>
        <w:t>тіпун — хрящуватий наріст&lt;br /&gt;</w:t>
        <w:br/>
        <w:t>у птаха на язиці</w:t>
      </w:r>
    </w:p>
    <w:p>
      <w:r>
        <w:br/>
        <w:t>І на язиці в людини&lt;br /&gt;</w:t>
        <w:br/>
        <w:t>вискакує прищ — тіпун.&lt;br /&gt;</w:t>
        <w:br/>
        <w:t>Звичайно, не без причини,&lt;br /&gt;</w:t>
        <w:br/>
        <w:t>коли людина — брехун.</w:t>
      </w:r>
    </w:p>
    <w:p>
      <w:r>
        <w:br/>
        <w:t>Поводься завжди зразково.&lt;br /&gt;</w:t>
        <w:br/>
        <w:t>Якщо ж, пустий балакун,&lt;br /&gt;</w:t>
        <w:br/>
        <w:t>сказав ти брехливе слово —&lt;br /&gt;</w:t>
        <w:br/>
        <w:t>то й сів на язик тіпун!..</w:t>
      </w:r>
    </w:p>
    <w:p>
      <w:r>
        <w:br/>
        <w:t>Коли щось лихе віщуєш,&lt;br /&gt;</w:t>
        <w:br/>
        <w:t>галдикнеш, як той індик, —&lt;br /&gt;</w:t>
        <w:br/>
        <w:t>одразу ж на це почуєш:&lt;br /&gt;</w:t>
        <w:br/>
        <w:t>— Тіпун тобі на язик!</w:t>
      </w:r>
    </w:p>
    <w:p>
      <w:r>
        <w:br/>
        <w:t>ЧОМУ ДЕСНА?</w:t>
      </w:r>
    </w:p>
    <w:p>
      <w:r>
        <w:br/>
        <w:t>Люблю я завзятих хлоп'ят і дівчат&lt;br /&gt;</w:t>
        <w:br/>
        <w:t>за те, що до знань вони ласі;&lt;br /&gt;</w:t>
        <w:br/>
        <w:t>люблю завітати й розмову почать&lt;br /&gt;</w:t>
        <w:br/>
        <w:t>з кмітливими в класі:</w:t>
      </w:r>
    </w:p>
    <w:p>
      <w:r>
        <w:br/>
        <w:t>— А що, коли, друзі, спитаю я вас:&lt;br /&gt;</w:t>
        <w:br/>
        <w:t>що значить, приміром, десниця —&lt;br /&gt;</w:t>
        <w:br/>
        <w:t>І весело й дружно гукає весь клас:&lt;br /&gt;</w:t>
        <w:br/>
        <w:t>— Правиця! Правиця!</w:t>
      </w:r>
    </w:p>
    <w:p>
      <w:r>
        <w:br/>
        <w:t>—Десниця, — кажу, — знає й бабця стара, —&lt;br /&gt;</w:t>
        <w:br/>
        <w:t>є правою дійсно рукою.&lt;br /&gt;</w:t>
        <w:br/>
        <w:t>Чому ж тоді ліва притока Дніпра&lt;br /&gt;</w:t>
        <w:br/>
        <w:t>зоветься Десною!</w:t>
      </w:r>
    </w:p>
    <w:p>
      <w:r>
        <w:br/>
        <w:t>— Колись я по радіо чула одне&lt;br /&gt;</w:t>
        <w:br/>
        <w:t>пояснення, — каже Марічка, —&lt;br /&gt;</w:t>
        <w:br/>
        <w:t>Десна — це від скіфських словечок спо, сне —&lt;br /&gt;</w:t>
        <w:br/>
        <w:t>вода, тобто річка.</w:t>
      </w:r>
    </w:p>
    <w:p>
      <w:r>
        <w:br/>
        <w:t>— Чудово! Міркуйте, шпаркі, молодь…&lt;br /&gt;</w:t>
        <w:br/>
        <w:t>дітей заохочую знову.&lt;br /&gt;</w:t>
        <w:br/>
        <w:t>Принишкли, мовчать. І я далі тоді&lt;br /&gt;</w:t>
        <w:br/>
        <w:t>веду свою мову:</w:t>
      </w:r>
    </w:p>
    <w:p>
      <w:r>
        <w:br/>
        <w:t>— Є ще одна версія, друзі мої,&lt;br /&gt;</w:t>
        <w:br/>
        <w:t>що теж нам цікавою буде:&lt;br /&gt;</w:t>
        <w:br/>
        <w:t>угору ішли по Дніпра течії&lt;br /&gt;</w:t>
        <w:br/>
        <w:t>селитися люди.</w:t>
      </w:r>
    </w:p>
    <w:p>
      <w:r>
        <w:br/>
        <w:t>Дорога на північ була нелегка,&lt;br /&gt;</w:t>
        <w:br/>
        <w:t>немало зазнали клопоту.&lt;br /&gt;</w:t>
        <w:br/>
        <w:t>А назва Десна — бо була їм ріка&lt;br /&gt;</w:t>
        <w:br/>
        <w:t>праворуч по ходу.</w:t>
      </w:r>
    </w:p>
    <w:p>
      <w:r>
        <w:br/>
        <w:t>НАВЧИЛА</w:t>
      </w:r>
    </w:p>
    <w:p>
      <w:r>
        <w:br/>
        <w:t>Жарт</w:t>
      </w:r>
    </w:p>
    <w:p>
      <w:r>
        <w:br/>
        <w:t>Ох ці шпаки-витівники!&lt;br /&gt;</w:t>
        <w:br/>
        <w:t>їм пишуть слово ворон,&lt;br /&gt;</w:t>
        <w:br/>
        <w:t>вони читають навпаки,&lt;br /&gt;</w:t>
        <w:br/>
        <w:t>виходить слово норов.</w:t>
      </w:r>
    </w:p>
    <w:p>
      <w:r>
        <w:br/>
        <w:t>Сороко, ти не скрекоти&lt;br /&gt;</w:t>
        <w:br/>
        <w:t>даремно коло хати.&lt;br /&gt;</w:t>
        <w:br/>
        <w:t>У гай за вчительку лети,&lt;br /&gt;</w:t>
        <w:br/>
        <w:t>навчи шпаків читати.</w:t>
      </w:r>
    </w:p>
    <w:p>
      <w:r>
        <w:br/>
        <w:t>Сорока вчить, усе як слід&lt;br /&gt;</w:t>
        <w:br/>
        <w:t>шпачки на вус мотають.&lt;br /&gt;</w:t>
        <w:br/>
        <w:t>Черкнула їм: потоп і дід,&lt;br /&gt;</w:t>
        <w:br/>
        <w:t>дід і потоп читають.</w:t>
      </w:r>
    </w:p>
    <w:p>
      <w:r>
        <w:br/>
        <w:t>Дай ще урок шпачкам своїм,&lt;br /&gt;</w:t>
        <w:br/>
        <w:t>сороко-білобоко!&lt;br /&gt;</w:t>
        <w:br/>
        <w:t>Черкнула слово око їм,&lt;br /&gt;</w:t>
        <w:br/>
        <w:t>вони читають: око!</w:t>
      </w:r>
    </w:p>
    <w:p>
      <w:r>
        <w:br/>
        <w:t>Про неї слава навсебіч —&lt;br /&gt;</w:t>
        <w:br/>
        <w:t>недарма скре-ке-чила.&lt;br /&gt;</w:t>
        <w:br/>
        <w:t>— О, — кажуть, — зовсім інша річ,&lt;br /&gt;</w:t>
        <w:br/>
        <w:t>як правильно навчила!</w:t>
      </w:r>
    </w:p>
    <w:p>
      <w:r>
        <w:br/>
        <w:t>* * *</w:t>
      </w:r>
    </w:p>
    <w:p>
      <w:r>
        <w:br/>
        <w:t>Читать слова звичайно і навспак&lt;br /&gt;</w:t>
        <w:br/>
        <w:t>цікаво так, що не списать пером.&lt;br /&gt;</w:t>
        <w:br/>
        <w:t>У нас це зветься літеральний рак,&lt;br /&gt;</w:t>
        <w:br/>
        <w:t>а греки називають паліндром.</w:t>
      </w:r>
    </w:p>
    <w:p>
      <w:r>
        <w:br/>
        <w:t>ХТО Я?</w:t>
      </w:r>
    </w:p>
    <w:p>
      <w:r>
        <w:br/>
        <w:t>Загадка</w:t>
      </w:r>
    </w:p>
    <w:p>
      <w:r>
        <w:br/>
        <w:t>Річкою красивою я взяла розгін,&lt;br /&gt;</w:t>
        <w:br/>
        <w:t>раптом перша літера попливла в затоку,&lt;br /&gt;</w:t>
        <w:br/>
        <w:t>а коли поставили іншу навзамін —&lt;br /&gt;</w:t>
        <w:br/>
        <w:t>стала несподівано я… порою року.</w:t>
      </w:r>
    </w:p>
    <w:p>
      <w:r>
        <w:br/>
        <w:t>Хто я?</w:t>
      </w:r>
    </w:p>
    <w:p>
      <w:r>
        <w:br/>
        <w:t>(Десна, весна)</w:t>
      </w:r>
    </w:p>
    <w:p>
      <w:r>
        <w:br/>
        <w:t>"КОЗАЦЬКІЇ КОНИ&lt;br /&gt;</w:t>
        <w:br/>
        <w:t>НЕ ТОПЧУТЬ БАРВІНКУ"</w:t>
      </w:r>
    </w:p>
    <w:p>
      <w:r>
        <w:br/>
        <w:t>Т. Сергійчуку</w:t>
      </w:r>
    </w:p>
    <w:p>
      <w:r>
        <w:br/>
        <w:t>Є речі на світі суціль загадкові:&lt;br /&gt;</w:t>
        <w:br/>
        <w:t>звідкіль срібні цоки в звичайній підкові?</w:t>
      </w:r>
    </w:p>
    <w:p>
      <w:r>
        <w:br/>
        <w:t>Поляже козак, повний сили і моці, —&lt;br /&gt;</w:t>
        <w:br/>
        <w:t>звідкіль людські сльози в коневому оці?</w:t>
      </w:r>
    </w:p>
    <w:p>
      <w:r>
        <w:br/>
        <w:t>Головоньку клонить... Жалобна година...&lt;br /&gt;</w:t>
        <w:br/>
        <w:t>Казав було батько: "Не кінь, а людина".</w:t>
      </w:r>
    </w:p>
    <w:p>
      <w:r>
        <w:br/>
        <w:t>Недарма в народі говориться, синку:&lt;br /&gt;</w:t>
        <w:br/>
        <w:t>"Козацькії коні не топчуть барвінку..."</w:t>
      </w:r>
    </w:p>
    <w:p>
      <w:r>
        <w:br/>
        <w:t>А я не спитав, хоч ішли тоді поряд:&lt;br /&gt;</w:t>
        <w:br/>
        <w:t>"Скажіть мені, тату, чому так говорять?"</w:t>
      </w:r>
    </w:p>
    <w:p>
      <w:r>
        <w:br/>
        <w:t>МОРОЧИТЬ ГОЛОВУ</w:t>
      </w:r>
    </w:p>
    <w:p>
      <w:r>
        <w:br/>
        <w:t>Не буду зайвого торочить,&lt;br /&gt;</w:t>
        <w:br/>
        <w:t>щоб не сказали: чув десь дзвін...&lt;br /&gt;</w:t>
        <w:br/>
        <w:t>Є вираз: голову морочить.&lt;br /&gt;</w:t>
        <w:br/>
        <w:t>Але звідкіль походить він?</w:t>
      </w:r>
    </w:p>
    <w:p>
      <w:r>
        <w:br/>
        <w:t>На це знавець лінгвіст-історик&lt;br /&gt;</w:t>
        <w:br/>
        <w:t>відкаже (сумніву нема):</w:t>
      </w:r>
    </w:p>
    <w:p>
      <w:r>
        <w:br/>
        <w:t>"Морочить — це від слова морок,&lt;br /&gt;</w:t>
        <w:br/>
        <w:t>а морок — це туман, пітьма".</w:t>
      </w:r>
    </w:p>
    <w:p>
      <w:r>
        <w:br/>
        <w:t>Тоді й синоніми нам стануть&lt;br /&gt;</w:t>
        <w:br/>
        <w:t>ясніші — що вже говорить —&lt;br /&gt;</w:t>
        <w:br/>
        <w:t>такі слова, як затуманить,&lt;br /&gt;</w:t>
        <w:br/>
        <w:t>як спантеличить, одурить.</w:t>
      </w:r>
    </w:p>
    <w:p>
      <w:r>
        <w:br/>
        <w:t>Отож коли підкреслить хочуть,&lt;br /&gt;</w:t>
        <w:br/>
        <w:t>що водить хтось когось за ніс —&lt;br /&gt;</w:t>
        <w:br/>
        <w:t>"От, — кажуть, — голову морочить,&lt;br /&gt;</w:t>
        <w:br/>
        <w:t>ошукує, як сущий біс!"</w:t>
      </w:r>
    </w:p>
    <w:p>
      <w:r>
        <w:br/>
        <w:t>ДІСТАНЬ ІЗ ПІД ЗЕМЛІ</w:t>
      </w:r>
    </w:p>
    <w:p>
      <w:r>
        <w:br/>
        <w:t>До мене запитання&lt;br /&gt;</w:t>
        <w:br/>
        <w:t>в листівках і листах.&lt;br /&gt;</w:t>
        <w:br/>
        <w:t>Питає Шендрик Таня,&lt;br /&gt;</w:t>
        <w:br/>
        <w:t>питає Ваня Стах:</w:t>
      </w:r>
    </w:p>
    <w:p>
      <w:r>
        <w:br/>
        <w:t>"Відкіль походить вислів&lt;br /&gt;</w:t>
        <w:br/>
        <w:t>із-під землі дістать?"&lt;br /&gt;</w:t>
        <w:br/>
        <w:t>Подумав я, помислив —&lt;br /&gt;</w:t>
        <w:br/>
        <w:t>доводилось читать,</w:t>
      </w:r>
    </w:p>
    <w:p>
      <w:r>
        <w:br/>
        <w:t>що в люду, хай і бідність,&lt;br /&gt;</w:t>
        <w:br/>
        <w:t>лиш дрантя та торби, —&lt;br /&gt;</w:t>
        <w:br/>
        <w:t>буває необхідність&lt;br /&gt;</w:t>
        <w:br/>
        <w:t>ховать якісь скарби.</w:t>
      </w:r>
    </w:p>
    <w:p>
      <w:r>
        <w:br/>
        <w:t>Крадіжки. І стихії.&lt;br /&gt;</w:t>
        <w:br/>
        <w:t>Й навали ворогів.&lt;br /&gt;</w:t>
        <w:br/>
        <w:t>Які ж були надії&lt;br /&gt;</w:t>
        <w:br/>
        <w:t>не втратити скарбів?</w:t>
      </w:r>
    </w:p>
    <w:p>
      <w:r>
        <w:br/>
        <w:t>Тоді ж не те, що нині,&lt;br /&gt;</w:t>
        <w:br/>
        <w:t>у наш новітній час —&lt;br /&gt;</w:t>
        <w:br/>
        <w:t>таж не було в помині&lt;br /&gt;</w:t>
        <w:br/>
        <w:t>ніяких ощадкас.</w:t>
      </w:r>
    </w:p>
    <w:p>
      <w:r>
        <w:br/>
        <w:t>Був спосіб для людини&lt;br /&gt;</w:t>
        <w:br/>
        <w:t>свої скарби сховать&lt;br /&gt;</w:t>
        <w:br/>
        <w:t>надійний і єдиний —&lt;br /&gt;</w:t>
        <w:br/>
        <w:t>у землю закопать.</w:t>
      </w:r>
    </w:p>
    <w:p>
      <w:r>
        <w:br/>
        <w:t>До слушного їх часу&lt;br /&gt;</w:t>
        <w:br/>
        <w:t>і клали всі туди,&lt;br /&gt;</w:t>
        <w:br/>
        <w:t>в підземну "ощадкасу",&lt;br /&gt;</w:t>
        <w:br/>
        <w:t>подалі від біди.</w:t>
      </w:r>
    </w:p>
    <w:p>
      <w:r>
        <w:br/>
        <w:t>Пан накладав податки,&lt;br /&gt;</w:t>
        <w:br/>
        <w:t>а не внесеш — тюрма.&lt;br /&gt;</w:t>
        <w:br/>
        <w:t>Бідак стогнав: нестатки,&lt;br /&gt;</w:t>
        <w:br/>
        <w:t>бо грошей же нема,</w:t>
      </w:r>
    </w:p>
    <w:p>
      <w:r>
        <w:br/>
        <w:t>А посіпака строго,&lt;br /&gt;</w:t>
        <w:br/>
        <w:t>здиравши з бідних дань:&lt;br /&gt;</w:t>
        <w:br/>
        <w:t>"Мені то що до того —&lt;br /&gt;</w:t>
        <w:br/>
        <w:t>хоч з-під землі дістань!"</w:t>
      </w:r>
    </w:p>
    <w:p>
      <w:r>
        <w:br/>
        <w:t>В країні лад змінився,&lt;br /&gt;</w:t>
        <w:br/>
        <w:t>старе розтало в млі&lt;br /&gt;</w:t>
        <w:br/>
        <w:t>А вислів залишився:&lt;br /&gt;</w:t>
        <w:br/>
        <w:t>дістань хоч з-під землі!</w:t>
      </w:r>
    </w:p>
    <w:p>
      <w:r>
        <w:br/>
        <w:t>ПОТРІЙНЕ ЗНАЧЕННЯ</w:t>
      </w:r>
    </w:p>
    <w:p>
      <w:r>
        <w:br/>
        <w:t>Загадка</w:t>
      </w:r>
    </w:p>
    <w:p>
      <w:r>
        <w:br/>
        <w:t>Ану прикиньте розумом:&lt;br /&gt;</w:t>
        <w:br/>
        <w:t>яке словечко воднораз&lt;br /&gt;</w:t>
        <w:br/>
        <w:t>республіка, і озеро,&lt;br /&gt;</w:t>
        <w:br/>
        <w:t>й задушливий отруйний газ?</w:t>
      </w:r>
    </w:p>
    <w:p>
      <w:r>
        <w:br/>
        <w:t>(Чад)</w:t>
      </w:r>
    </w:p>
    <w:p>
      <w:r>
        <w:br/>
        <w:t>Є ТАКА КРАЇНА В БІЛІМ СВІТІ</w:t>
      </w:r>
    </w:p>
    <w:p>
      <w:r>
        <w:br/>
        <w:t>Шарада</w:t>
      </w:r>
    </w:p>
    <w:p>
      <w:r>
        <w:br/>
        <w:t>Ось країни назва. В ній — п'ять літер;&lt;br /&gt;</w:t>
        <w:br/>
        <w:t>ви їх розділіть на три і дві —&lt;br /&gt;</w:t>
        <w:br/>
        <w:t>в листі зашумить одразу вітер,&lt;br /&gt;</w:t>
        <w:br/>
        <w:t>застрибають коники в траві,&lt;br /&gt;</w:t>
        <w:br/>
        <w:t>бо оті три літери одні —&lt;br /&gt;</w:t>
        <w:br/>
        <w:t>невеликий ліс у множині,&lt;br /&gt;</w:t>
        <w:br/>
        <w:t>другі дві — зазначу при нагоді —&lt;br /&gt;</w:t>
        <w:br/>
        <w:t>вказівний займенник з ними в згоді.&lt;br /&gt;</w:t>
        <w:br/>
        <w:t>Є така країна в білім світі&lt;br /&gt;</w:t>
        <w:br/>
        <w:t>й називається вона</w:t>
      </w:r>
    </w:p>
    <w:p>
      <w:r>
        <w:br/>
        <w:t>(Гаї-ті))</w:t>
      </w:r>
    </w:p>
    <w:p>
      <w:r>
        <w:br/>
        <w:t>ЩОБ УЗНАЛИ УКРАЇНКУ</w:t>
      </w:r>
    </w:p>
    <w:p>
      <w:r>
        <w:br/>
        <w:t>Не було імення в пресі&lt;br /&gt;</w:t>
        <w:br/>
        <w:t>Білозерської Олесі,&lt;br /&gt;</w:t>
        <w:br/>
        <w:t>хоча твори з її рук&lt;br /&gt;</w:t>
        <w:br/>
        <w:t>вже давно ішли у друк.</w:t>
      </w:r>
    </w:p>
    <w:p>
      <w:r>
        <w:br/>
        <w:t>В неї прізвище — озерне:&lt;br /&gt;</w:t>
        <w:br/>
        <w:t>в ньому — білки гострий зір,&lt;br /&gt;</w:t>
        <w:br/>
        <w:t>і пшениця білозерна,&lt;br /&gt;</w:t>
        <w:br/>
        <w:t>й тихий місяць-білозір.</w:t>
      </w:r>
    </w:p>
    <w:p>
      <w:r>
        <w:br/>
        <w:t>Мала жінка свій ужинок,&lt;br /&gt;</w:t>
        <w:br/>
        <w:t>власним іменем красна.&lt;br /&gt;</w:t>
        <w:br/>
        <w:t>Чом же Ганною Барвінок&lt;br /&gt;</w:t>
        <w:br/>
        <w:t>нарекла себе вона?</w:t>
      </w:r>
    </w:p>
    <w:p>
      <w:r>
        <w:br/>
        <w:t>Крига тиснула імперська,&lt;br /&gt;</w:t>
        <w:br/>
        <w:t>і прибрала Білозерська&lt;br /&gt;</w:t>
        <w:br/>
        <w:t>барвінковий псевдонім&lt;br /&gt;</w:t>
        <w:br/>
        <w:t>(скільки рідного у нім!).</w:t>
      </w:r>
    </w:p>
    <w:p>
      <w:r>
        <w:br/>
        <w:t>Підказала ймення "Хата" [8]&lt;br /&gt;</w:t>
        <w:br/>
        <w:t>чи котрийсь порадив брат? [9]&lt;br /&gt;</w:t>
        <w:br/>
        <w:t>Там, де хата — рута-м'ята,&lt;br /&gt;</w:t>
        <w:br/>
        <w:t>барвінковий зелен-сад.</w:t>
      </w:r>
    </w:p>
    <w:p>
      <w:r>
        <w:br/>
        <w:t>І взяла з того барвінку&lt;br /&gt;</w:t>
        <w:br/>
        <w:t>барви, віно і вінок,&lt;br /&gt;</w:t>
        <w:br/>
        <w:t>щоб узнали українку&lt;br /&gt;</w:t>
        <w:br/>
        <w:t>з-поміж тисячі жінок.</w:t>
      </w:r>
    </w:p>
    <w:p>
      <w:r>
        <w:br/>
        <w:t>МОВЧАЗНІ НАВЧАТЕЛІ</w:t>
      </w:r>
    </w:p>
    <w:p>
      <w:r>
        <w:br/>
        <w:t>Загадка</w:t>
      </w:r>
    </w:p>
    <w:p>
      <w:r>
        <w:br/>
        <w:t>Хоч в усній мові нас немає,&lt;br /&gt;</w:t>
        <w:br/>
        <w:t>а на папері мовчимо,&lt;br /&gt;</w:t>
        <w:br/>
        <w:t>та все, що ти читаєш, друже,&lt;br /&gt;</w:t>
        <w:br/>
        <w:t>сприймати правильно вчимо.</w:t>
      </w:r>
    </w:p>
    <w:p>
      <w:r>
        <w:br/>
        <w:t>Хто ми?</w:t>
      </w:r>
    </w:p>
    <w:p>
      <w:r>
        <w:br/>
        <w:t>(Розділові знаки)</w:t>
      </w:r>
    </w:p>
    <w:p>
      <w:r>
        <w:br/>
        <w:t>КРАЇНА Й… ГОЛОВНИЙ УБІР</w:t>
      </w:r>
    </w:p>
    <w:p>
      <w:r>
        <w:br/>
        <w:t>Загадка</w:t>
      </w:r>
    </w:p>
    <w:p>
      <w:r>
        <w:br/>
        <w:t>— Ой, цікаве слово! — каже Ніна.&lt;br /&gt;</w:t>
        <w:br/>
        <w:t>В словнику, як хочеш, перевір:&lt;br /&gt;</w:t>
        <w:br/>
        <w:t>напиши з великої — країна,&lt;br /&gt;</w:t>
        <w:br/>
        <w:t>а з малої — головний убір.</w:t>
      </w:r>
    </w:p>
    <w:p>
      <w:r>
        <w:br/>
        <w:t>Що це за слово?</w:t>
      </w:r>
    </w:p>
    <w:p>
      <w:r>
        <w:br/>
        <w:t>(Панама)</w:t>
      </w:r>
    </w:p>
    <w:p>
      <w:r>
        <w:br/>
        <w:t>ІВAН НОСИТЬ ПЛАХТУ,&lt;br /&gt;</w:t>
        <w:br/>
        <w:t>А НАСТЯ—БУЛАВУ?</w:t>
      </w:r>
    </w:p>
    <w:p>
      <w:r>
        <w:br/>
        <w:t>Ви чули примовку,&lt;br /&gt;</w:t>
        <w:br/>
        <w:t>і досі ще живу:&lt;br /&gt;</w:t>
        <w:br/>
        <w:t>Івaн носить плахту,&lt;br /&gt;</w:t>
        <w:br/>
        <w:t>а Настя булаву?</w:t>
      </w:r>
    </w:p>
    <w:p>
      <w:r>
        <w:br/>
        <w:t>Так люди говорять&lt;br /&gt;</w:t>
        <w:br/>
        <w:t>(і правильно цілком)&lt;br /&gt;</w:t>
        <w:br/>
        <w:t>тоді, коли в Насті&lt;br /&gt;</w:t>
        <w:br/>
        <w:t>Іван під каблуком.</w:t>
      </w:r>
    </w:p>
    <w:p>
      <w:r>
        <w:br/>
        <w:t>А факт історичний&lt;br /&gt;</w:t>
        <w:br/>
        <w:t>в основі тут лежить.&lt;br /&gt;</w:t>
        <w:br/>
        <w:t>Загляньмо в минуле —&lt;br /&gt;</w:t>
        <w:br/>
        <w:t>побачим вочевидь.</w:t>
      </w:r>
    </w:p>
    <w:p>
      <w:r>
        <w:br/>
        <w:t>На Лівобережжі&lt;br /&gt;</w:t>
        <w:br/>
        <w:t>у той прадавній час&lt;br /&gt;</w:t>
        <w:br/>
        <w:t>Іван Скоропадський&lt;br /&gt;</w:t>
        <w:br/>
        <w:t>став гетьманом у нас.</w:t>
      </w:r>
    </w:p>
    <w:p>
      <w:r>
        <w:br/>
        <w:t>Любив надмір жінку —&lt;br /&gt;</w:t>
        <w:br/>
        <w:t>отож не дивина,&lt;br /&gt;</w:t>
        <w:br/>
        <w:t>що правила Настя,&lt;br /&gt;</w:t>
        <w:br/>
        <w:t>вродливиця-жона.</w:t>
      </w:r>
    </w:p>
    <w:p>
      <w:r>
        <w:br/>
        <w:t>Вона і в державні&lt;br /&gt;</w:t>
        <w:br/>
        <w:t>втручалася діла.&lt;br /&gt;</w:t>
        <w:br/>
        <w:t>Тож Настина влада&lt;br /&gt;</w:t>
        <w:br/>
        <w:t>безмежною була.</w:t>
      </w:r>
    </w:p>
    <w:p>
      <w:r>
        <w:br/>
        <w:t>Й пішло поміж людом&lt;br /&gt;</w:t>
        <w:br/>
        <w:t>(бо видно ж наяву):&lt;br /&gt;</w:t>
        <w:br/>
        <w:t>lван носить плахту,&lt;br /&gt;</w:t>
        <w:br/>
        <w:t>а Настя булаву!</w:t>
      </w:r>
    </w:p>
    <w:p>
      <w:r>
        <w:br/>
        <w:t>ТАЄМНИЦЯ&lt;br /&gt;</w:t>
        <w:br/>
        <w:t>ЗВИЧАЙНОГО СЛОВА</w:t>
      </w:r>
    </w:p>
    <w:p>
      <w:r>
        <w:br/>
        <w:t>Я запитую учнів,&lt;br /&gt;</w:t>
        <w:br/>
        <w:t>чом рослина будяк,&lt;br /&gt;</w:t>
        <w:br/>
        <w:t>красень гордий колючий,&lt;br /&gt;</w:t>
        <w:br/>
        <w:t>називається так?</w:t>
      </w:r>
    </w:p>
    <w:p>
      <w:r>
        <w:br/>
        <w:t>Запитально дивлюся,&lt;br /&gt;</w:t>
        <w:br/>
        <w:t>раптом чую:— Будяк? —&lt;br /&gt;</w:t>
        <w:br/>
        <w:t>обізвалась Ганнуся, —&lt;br /&gt;</w:t>
        <w:br/>
        <w:t>Бо росте він будь-як!</w:t>
      </w:r>
    </w:p>
    <w:p>
      <w:r>
        <w:br/>
        <w:t>— Молодець ти, що маєш&lt;br /&gt;</w:t>
        <w:br/>
        <w:t>власну думку про це.&lt;br /&gt;</w:t>
        <w:br/>
        <w:t>Але зараз узнаєш,&lt;br /&gt;</w:t>
        <w:br/>
        <w:t>звідки дивне слівце.</w:t>
      </w:r>
    </w:p>
    <w:p>
      <w:r>
        <w:br/>
        <w:t>У Франка є це слово&lt;br /&gt;</w:t>
        <w:br/>
        <w:t>в написанні бодяк.&lt;br /&gt;</w:t>
        <w:br/>
        <w:t>Може, це випадково?&lt;br /&gt;</w:t>
        <w:br/>
        <w:t>Ні, не просто це так!</w:t>
      </w:r>
    </w:p>
    <w:p>
      <w:r>
        <w:br/>
        <w:t>В слові кожна карлючка&lt;br /&gt;</w:t>
        <w:br/>
        <w:t>мов підказка, мов код.&lt;br /&gt;</w:t>
        <w:br/>
        <w:t>Я згадав, що колючка&lt;br /&gt;</w:t>
        <w:br/>
        <w:t>по-болгарському — бод.</w:t>
      </w:r>
    </w:p>
    <w:p>
      <w:r>
        <w:br/>
        <w:t>А рогами колоти —&lt;br /&gt;</w:t>
        <w:br/>
        <w:t>по-російськи — бодать&lt;br /&gt;</w:t>
        <w:br/>
        <w:t>(не лише поліглоти&lt;br /&gt;</w:t>
        <w:br/>
        <w:t>можуть щось розгадать!).</w:t>
      </w:r>
    </w:p>
    <w:p>
      <w:r>
        <w:br/>
        <w:t>Мови дивний разочок&lt;br /&gt;</w:t>
        <w:br/>
        <w:t>нам підказує, як&lt;br /&gt;</w:t>
        <w:br/>
        <w:t>слів сукавсь мотузочок:&lt;br /&gt;</w:t>
        <w:br/>
        <w:t>бод, бодяк і — будяк!</w:t>
      </w:r>
    </w:p>
    <w:p>
      <w:r>
        <w:br/>
        <w:t>ЯК ЗАЧЕПИТЕ — ПОКОЛЕ</w:t>
      </w:r>
    </w:p>
    <w:p>
      <w:r>
        <w:br/>
        <w:t>Загадка</w:t>
      </w:r>
    </w:p>
    <w:p>
      <w:r>
        <w:br/>
        <w:t>Свитка сива, аж біляста.&lt;br /&gt;</w:t>
        <w:br/>
        <w:t>На одній нозі стоїть.&lt;br /&gt;</w:t>
        <w:br/>
        <w:t>І, здається, ніби хваста,&lt;br /&gt;</w:t>
        <w:br/>
        <w:t>знаний протягом століть.</w:t>
      </w:r>
    </w:p>
    <w:p>
      <w:r>
        <w:br/>
        <w:t>Малинова на все поле&lt;br /&gt;</w:t>
        <w:br/>
        <w:t>шапка сяє, мов корона.&lt;br /&gt;</w:t>
        <w:br/>
        <w:t>Як зачепите — поколе.&lt;br /&gt;</w:t>
        <w:br/>
        <w:t>Й це не напад — оборона!</w:t>
      </w:r>
    </w:p>
    <w:p>
      <w:r>
        <w:br/>
        <w:t>Що це таке?</w:t>
      </w:r>
    </w:p>
    <w:p>
      <w:r>
        <w:br/>
        <w:t>(Будяк)</w:t>
      </w:r>
    </w:p>
    <w:p>
      <w:r>
        <w:br/>
        <w:t>ОТ ТАК ШТУКА!</w:t>
      </w:r>
    </w:p>
    <w:p>
      <w:r>
        <w:br/>
        <w:t>Метаграма</w:t>
      </w:r>
    </w:p>
    <w:p>
      <w:r>
        <w:br/>
        <w:t>Для всіх була я люба-мила&lt;br /&gt;</w:t>
        <w:br/>
        <w:t>вгорі всередині кімнати.&lt;br /&gt;</w:t>
        <w:br/>
        <w:t>Як першу літеру згубила —&lt;br /&gt;</w:t>
        <w:br/>
        <w:t>на лузі почала брикати.&lt;br /&gt;</w:t>
        <w:br/>
        <w:t>Ще згодом літеру згубила —&lt;br /&gt;</w:t>
        <w:br/>
        <w:t>зробилась іменем дівчати.&lt;br /&gt;</w:t>
        <w:br/>
        <w:t>Та — що за лихо? — ще згубила&lt;br /&gt;</w:t>
        <w:br/>
        <w:t>і стала нотою звучати.&lt;br /&gt;</w:t>
        <w:br/>
        <w:t>Передостання ж утекла —&lt;br /&gt;</w:t>
        <w:br/>
        <w:t>лишилось я.</w:t>
      </w:r>
    </w:p>
    <w:p>
      <w:r>
        <w:br/>
        <w:t>Хто ж я була?</w:t>
      </w:r>
    </w:p>
    <w:p>
      <w:r>
        <w:br/>
        <w:t>(Стеля, теля, Еля, ля, я)</w:t>
      </w:r>
    </w:p>
    <w:p>
      <w:r>
        <w:br/>
        <w:t>БАРВІНОК НЕЗНИЩЕННИЙ</w:t>
      </w:r>
    </w:p>
    <w:p>
      <w:r>
        <w:br/>
        <w:t>Скільки є на світі квітів,&lt;br /&gt;</w:t>
        <w:br/>
        <w:t>стільки є на світі мов.&lt;br /&gt;</w:t>
        <w:br/>
        <w:t>"Дивне розмаїття"</w:t>
      </w:r>
    </w:p>
    <w:p>
      <w:r>
        <w:br/>
        <w:t>Скажіте, чому це повинно так бути,&lt;br /&gt;</w:t>
        <w:br/>
        <w:t>щоб стільки зела і барвистих суцвіть —&lt;br /&gt;</w:t>
        <w:br/>
        <w:t>і раптом не стало барвінка чи рути, —&lt;br /&gt;</w:t>
        <w:br/>
        <w:t>чому це повинно так бути, скажіть?</w:t>
      </w:r>
    </w:p>
    <w:p>
      <w:r>
        <w:br/>
        <w:t>А скільки ж було ворогів знавіснілих,&lt;br /&gt;</w:t>
        <w:br/>
        <w:t>жорстоко топтали барвінковий цвіт;&lt;br /&gt;</w:t>
        <w:br/>
        <w:t>топтали на схилах, батьківських могилах,&lt;br /&gt;</w:t>
        <w:br/>
        <w:t>а він кучерявивсь, дивуючи світ.</w:t>
      </w:r>
    </w:p>
    <w:p>
      <w:r>
        <w:br/>
        <w:t>Чи то закодовано, може, чи звикнув,&lt;br /&gt;</w:t>
        <w:br/>
        <w:t>але незнищенний таки, далебі&lt;br /&gt;</w:t>
        <w:br/>
        <w:t>Бо скільки не никнув, зі світу не зникнув,&lt;br /&gt;</w:t>
        <w:br/>
        <w:t>зоріють очиці його голубі</w:t>
      </w:r>
    </w:p>
    <w:p>
      <w:r>
        <w:br/>
        <w:t>І хай там найтяжча біда а чи скрута,&lt;br /&gt;</w:t>
        <w:br/>
        <w:t>все рідне ми будем плекать і любить.&lt;br /&gt;</w:t>
        <w:br/>
        <w:t>Не зникне уже ні барвінок, ні рута,&lt;br /&gt;</w:t>
        <w:br/>
        <w:t>покіль є земля і небесна блакить.</w:t>
      </w:r>
    </w:p>
    <w:p>
      <w:r>
        <w:br/>
        <w:t>ЯМ КРАЇНИ І СТОЛИЦІ?</w:t>
      </w:r>
    </w:p>
    <w:p>
      <w:r>
        <w:br/>
        <w:t>Загадка</w:t>
      </w:r>
    </w:p>
    <w:p>
      <w:r>
        <w:br/>
        <w:t>Ану, філологи натхненні,&lt;br /&gt;</w:t>
        <w:br/>
        <w:t>з допитливими лицями:&lt;br /&gt;</w:t>
        <w:br/>
        <w:t>які країни однойменні&lt;br /&gt;</w:t>
        <w:br/>
        <w:t>із їхніми столицями?</w:t>
      </w:r>
    </w:p>
    <w:p>
      <w:r>
        <w:br/>
        <w:t>(Алжир, Туніс, Люксембург,&lt;br /&gt;</w:t>
        <w:br/>
        <w:t>Мехіко, Бразилія та ін.)</w:t>
      </w:r>
    </w:p>
    <w:p>
      <w:r>
        <w:br/>
        <w:t>ПЕРЕКЛАДАЦЬКИЙ ГОРІШОК</w:t>
      </w:r>
    </w:p>
    <w:p>
      <w:r>
        <w:br/>
        <w:t>В редакційній кімнатці&lt;br /&gt;</w:t>
        <w:br/>
        <w:t>видавництва "Дніпро"&lt;br /&gt;</w:t>
        <w:br/>
        <w:t>метикують завзятці,&lt;br /&gt;</w:t>
        <w:br/>
        <w:t>кожен гострить перо.</w:t>
      </w:r>
    </w:p>
    <w:p>
      <w:r>
        <w:br/>
        <w:t>А поетом же хвацьким&lt;br /&gt;</w:t>
        <w:br/>
        <w:t>був із них не один.&lt;br /&gt;</w:t>
        <w:br/>
        <w:t>Та сидять над Словацьким&lt;br /&gt;</w:t>
        <w:br/>
        <w:t>кілька добрих годин.</w:t>
      </w:r>
    </w:p>
    <w:p>
      <w:r>
        <w:br/>
        <w:t>Б'ються ентузіасти,&lt;br /&gt;</w:t>
        <w:br/>
        <w:t>спільний в них інтерес:&lt;br /&gt;</w:t>
        <w:br/>
        <w:t>як рядок перекласти —&lt;br /&gt;</w:t>
        <w:br/>
        <w:t>ці то пес, ці то бес?</w:t>
      </w:r>
    </w:p>
    <w:p>
      <w:r>
        <w:br/>
        <w:t>Так на так — зникне рима:&lt;br /&gt;</w:t>
        <w:br/>
        <w:t>чи то пес, чи то біс —&lt;br /&gt;</w:t>
        <w:br/>
        <w:t>втрата неприпустима, —&lt;br /&gt;</w:t>
        <w:br/>
        <w:t>хто по дрова, хто в ліс.</w:t>
      </w:r>
    </w:p>
    <w:p>
      <w:r>
        <w:br/>
        <w:t>Варіант: "нечистяка&lt;br /&gt;</w:t>
        <w:br/>
        <w:t>чи собака?" — не те.&lt;br /&gt;</w:t>
        <w:br/>
        <w:t>Де таланту ознака?&lt;br /&gt;</w:t>
        <w:br/>
        <w:t>Діло наче й просте?</w:t>
      </w:r>
    </w:p>
    <w:p>
      <w:r>
        <w:br/>
        <w:t>Й мова наша спроможна&lt;br /&gt;</w:t>
        <w:br/>
        <w:t>відтворити вповні&lt;br /&gt;</w:t>
        <w:br/>
        <w:t>Чи по-польському можна,&lt;br /&gt;</w:t>
        <w:br/>
        <w:t>а по-нашому — ні?</w:t>
      </w:r>
    </w:p>
    <w:p>
      <w:r>
        <w:br/>
        <w:t>Вже і сум, і зажура,&lt;br /&gt;</w:t>
        <w:br/>
        <w:t>й пошук знову і знов...&lt;br /&gt;</w:t>
        <w:br/>
        <w:t>Аж тут раптом Сосюра&lt;br /&gt;</w:t>
        <w:br/>
        <w:t>до кімнати зайшов.</w:t>
      </w:r>
    </w:p>
    <w:p>
      <w:r>
        <w:br/>
        <w:t>Пера всі відіклали,&lt;br /&gt;</w:t>
        <w:br/>
        <w:t>гурт — до нього увесь.&lt;br /&gt;</w:t>
        <w:br/>
        <w:t>— Як би ви переклали —&lt;br /&gt;</w:t>
        <w:br/>
        <w:t>ці то пес, ці то бєс?</w:t>
      </w:r>
    </w:p>
    <w:p>
      <w:r>
        <w:br/>
        <w:t>— Як? — І тут же розв'язка&lt;br /&gt;</w:t>
        <w:br/>
        <w:t>поетичний рекорд, —&lt;br /&gt;</w:t>
        <w:br/>
        <w:t>Дуже просто: будь ласка,&lt;br /&gt;</w:t>
        <w:br/>
        <w:t>чи то хорт, чи то чорт?</w:t>
      </w:r>
    </w:p>
    <w:p>
      <w:r>
        <w:br/>
        <w:t>БІЛУГОЮ РЕВІТИ</w:t>
      </w:r>
    </w:p>
    <w:p>
      <w:r>
        <w:br/>
        <w:t>Тепер, звичайно, весь народ —&lt;br /&gt;</w:t>
        <w:br/>
        <w:t>дорослі, навіть діти&lt;br /&gt;</w:t>
        <w:br/>
        <w:t>прекрасно знають цей зворот:&lt;br /&gt;</w:t>
        <w:br/>
        <w:t>білугою ревіти.</w:t>
      </w:r>
    </w:p>
    <w:p>
      <w:r>
        <w:br/>
        <w:t>Та звідки помилка така&lt;br /&gt;</w:t>
        <w:br/>
        <w:t>в східнослов'янських мовах?&lt;br /&gt;</w:t>
        <w:br/>
        <w:t>Адже рибина це морська&lt;br /&gt;</w:t>
        <w:br/>
        <w:t>з родини осетрових!</w:t>
      </w:r>
    </w:p>
    <w:p>
      <w:r>
        <w:br/>
        <w:t>Лінгвісти свідчать недарма,&lt;br /&gt;</w:t>
        <w:br/>
        <w:t>що тут у мові хиба:&lt;br /&gt;</w:t>
        <w:br/>
        <w:t>"В білуги голосу нема —&lt;br /&gt;</w:t>
        <w:br/>
        <w:t>вона німа... як риба!"</w:t>
      </w:r>
    </w:p>
    <w:p>
      <w:r>
        <w:br/>
        <w:t>Ох, ці таїни, хай їм грець!&lt;br /&gt;</w:t>
        <w:br/>
        <w:t>Тут нашорошуй вуха:&lt;br /&gt;</w:t>
        <w:br/>
        <w:t>у морі є такий ссавець&lt;br /&gt;</w:t>
        <w:br/>
        <w:t>з дельфінових — білуха!</w:t>
      </w:r>
    </w:p>
    <w:p>
      <w:r>
        <w:br/>
        <w:t>Він справді із морських глибин&lt;br /&gt;</w:t>
        <w:br/>
        <w:t>реве, немов корова.&lt;br /&gt;</w:t>
        <w:br/>
        <w:t>І дивно, як цих двох тварин&lt;br /&gt;</w:t>
        <w:br/>
        <w:t>змогла поплутать мова? .</w:t>
      </w:r>
    </w:p>
    <w:p>
      <w:r>
        <w:br/>
        <w:t>Подібність винна звукова!&lt;br /&gt;</w:t>
        <w:br/>
        <w:t>Та знають навіть діти&lt;br /&gt;</w:t>
        <w:br/>
        <w:t>і розуміють ці слова —&lt;br /&gt;</w:t>
        <w:br/>
        <w:t>білугою ревіти!</w:t>
      </w:r>
    </w:p>
    <w:p>
      <w:r>
        <w:br/>
        <w:t>ЩО МОЖЕ ЛІТЕРА</w:t>
      </w:r>
    </w:p>
    <w:p>
      <w:r>
        <w:br/>
        <w:t>Загадка</w:t>
      </w:r>
    </w:p>
    <w:p>
      <w:r>
        <w:br/>
        <w:t>Букву З поставим між складами —&lt;br /&gt;</w:t>
        <w:br/>
        <w:t>буде любий нам фольклорний твір,&lt;br /&gt;</w:t>
        <w:br/>
        <w:t>С поставим — матимемо з вами&lt;br /&gt;</w:t>
        <w:br/>
        <w:t>металевий головний убір.</w:t>
      </w:r>
    </w:p>
    <w:p>
      <w:r>
        <w:br/>
        <w:t>Що це таке?</w:t>
      </w:r>
    </w:p>
    <w:p>
      <w:r>
        <w:br/>
        <w:t>(Казка, каска)</w:t>
      </w:r>
    </w:p>
    <w:p>
      <w:r>
        <w:br/>
        <w:t>БЕРЕЗОВА КАША</w:t>
      </w:r>
    </w:p>
    <w:p>
      <w:r>
        <w:br/>
        <w:t>Син одбивається од рук.&lt;br /&gt;</w:t>
        <w:br/>
        <w:t>Ракетки. Самокати.&lt;br /&gt;</w:t>
        <w:br/>
        <w:t>Батьківським правом до наук&lt;br /&gt;</w:t>
        <w:br/>
        <w:t>почав я спонукати:</w:t>
      </w:r>
    </w:p>
    <w:p>
      <w:r>
        <w:br/>
        <w:t>— Щось ти уроки занедбав, —&lt;br /&gt;</w:t>
        <w:br/>
        <w:t>все ігрища ті вражі&lt;br /&gt;</w:t>
        <w:br/>
        <w:t>Гляди, щоб ти не скуштував&lt;br /&gt;</w:t>
        <w:br/>
        <w:t>березової каші!</w:t>
      </w:r>
    </w:p>
    <w:p>
      <w:r>
        <w:br/>
        <w:t>На це всміхається не зле&lt;br /&gt;</w:t>
        <w:br/>
        <w:t>синок довготелесий:&lt;br /&gt;</w:t>
        <w:br/>
        <w:t>— Я знаю, — каже, — сік, але&lt;br /&gt;</w:t>
        <w:br/>
        <w:t>щоб каша із берези?</w:t>
      </w:r>
    </w:p>
    <w:p>
      <w:r>
        <w:br/>
        <w:t>А я йому: — Того, хто вчивсь,&lt;br /&gt;</w:t>
        <w:br/>
        <w:t>любили предки наші&lt;br /&gt;</w:t>
        <w:br/>
        <w:t>й несли за те, що не лінивсь,&lt;br /&gt;</w:t>
        <w:br/>
        <w:t>до школи горщик каші</w:t>
      </w:r>
    </w:p>
    <w:p>
      <w:r>
        <w:br/>
        <w:t>Хто ж не обтяжувавсь нічим,&lt;br /&gt;</w:t>
        <w:br/>
        <w:t>суворі предки наші&lt;br /&gt;</w:t>
        <w:br/>
        <w:t>всипали добрих різок тим —&lt;br /&gt;</w:t>
        <w:br/>
        <w:t>березової "каші".</w:t>
      </w:r>
    </w:p>
    <w:p>
      <w:r>
        <w:br/>
        <w:t>А знав би ти, які були&lt;br /&gt;</w:t>
        <w:br/>
        <w:t>з берези пруття голі,&lt;br /&gt;</w:t>
        <w:br/>
        <w:t>що ними дітвору сікли&lt;br /&gt;</w:t>
        <w:br/>
        <w:t>в старій церковній школі.</w:t>
      </w:r>
    </w:p>
    <w:p>
      <w:r>
        <w:br/>
        <w:t>О, там старались що не крок&lt;br /&gt;</w:t>
        <w:br/>
        <w:t>"підвищувати" бали&lt;br /&gt;</w:t>
        <w:br/>
        <w:t>і за невивчений урок&lt;br /&gt;</w:t>
        <w:br/>
        <w:t>безжалісно стьобали.</w:t>
      </w:r>
    </w:p>
    <w:p>
      <w:r>
        <w:br/>
        <w:t>Тож батько наш і нам казав&lt;br /&gt;</w:t>
        <w:br/>
        <w:t>за витребеньки наші:&lt;br /&gt;</w:t>
        <w:br/>
        <w:t>— Гляди, щоб ти не скуштував&lt;br /&gt;</w:t>
        <w:br/>
        <w:t>березової каші!</w:t>
      </w:r>
    </w:p>
    <w:p>
      <w:r>
        <w:br/>
        <w:t>ЛОХВИЦЯ</w:t>
      </w:r>
    </w:p>
    <w:p>
      <w:r>
        <w:br/>
        <w:t>Коли ми їдем Київ — Суми,&lt;br /&gt;</w:t>
        <w:br/>
        <w:t>побіля Лохвиці — місток.&lt;br /&gt;</w:t>
        <w:br/>
        <w:t>Обабіч — зарості. Внизу ми&lt;br /&gt;</w:t>
        <w:br/>
        <w:t>аж відчуваєм холодок.</w:t>
      </w:r>
    </w:p>
    <w:p>
      <w:r>
        <w:br/>
        <w:t>Вже й Лохвиця. Чи не рослина&lt;br /&gt;</w:t>
        <w:br/>
        <w:t>дала їй назву отаку?&lt;br /&gt;</w:t>
        <w:br/>
        <w:t>Адже росли тут лох, лохина,&lt;br /&gt;</w:t>
        <w:br/>
        <w:t>що є в Грінченка в словнику.</w:t>
      </w:r>
    </w:p>
    <w:p>
      <w:r>
        <w:br/>
        <w:t>Та головне, що річка в'ється&lt;br /&gt;</w:t>
        <w:br/>
        <w:t>повз давні насипи, вали.&lt;br /&gt;</w:t>
        <w:br/>
        <w:t>Сухою Лохвицею зветься&lt;br /&gt;</w:t>
        <w:br/>
        <w:t>і є притокою Сули.</w:t>
      </w:r>
    </w:p>
    <w:p>
      <w:r>
        <w:br/>
        <w:t>Снігами живиться й дощами,&lt;br /&gt;</w:t>
        <w:br/>
        <w:t>й, буває, так пересиха,&lt;br /&gt;</w:t>
        <w:br/>
        <w:t>що, мов калюжка між кущами,&lt;br /&gt;</w:t>
        <w:br/>
        <w:t>стає воістину суха.</w:t>
      </w:r>
    </w:p>
    <w:p>
      <w:r>
        <w:br/>
        <w:t>Та назва не дає спокою:&lt;br /&gt;</w:t>
        <w:br/>
        <w:t>що ж Лохвиця в собі таїть,&lt;br /&gt;</w:t>
        <w:br/>
        <w:t>що може бути і сухою —&lt;br /&gt;</w:t>
        <w:br/>
        <w:t>як тайну слова зрозуміть?</w:t>
      </w:r>
    </w:p>
    <w:p>
      <w:r>
        <w:br/>
        <w:t>Щоб дивну назву розтлумачить,&lt;br /&gt;</w:t>
        <w:br/>
        <w:t>нас може виручить слівце —&lt;br /&gt;</w:t>
        <w:br/>
        <w:t>слов'янське локва. Що це значить?&lt;br /&gt;</w:t>
        <w:br/>
        <w:t>А означає слово це —</w:t>
      </w:r>
    </w:p>
    <w:p>
      <w:r>
        <w:br/>
        <w:t>калюжа, рудочка, болітце&lt;br /&gt;</w:t>
        <w:br/>
        <w:t>(а зменшувальне — локвица).&lt;br /&gt;</w:t>
        <w:br/>
        <w:t>І докажіть ви, що не звідси&lt;br /&gt;</w:t>
        <w:br/>
        <w:t>походить назва Лохвиця!</w:t>
      </w:r>
    </w:p>
    <w:p>
      <w:r>
        <w:br/>
        <w:t>ДУМАЙТЕ, ЧИТАЙТЕ</w:t>
      </w:r>
    </w:p>
    <w:p>
      <w:r>
        <w:br/>
        <w:t>Слова рідні, питимії&lt;br /&gt;</w:t>
        <w:br/>
        <w:t>ще раз пригадайте:&lt;br /&gt;</w:t>
        <w:br/>
        <w:t>"Учітеся, брати мої,&lt;br /&gt;</w:t>
        <w:br/>
        <w:t>думайте, читайте..."</w:t>
      </w:r>
    </w:p>
    <w:p>
      <w:r>
        <w:br/>
        <w:t>А чи геній випадково&lt;br /&gt;</w:t>
        <w:br/>
        <w:t>в час важкої стуми&lt;br /&gt;</w:t>
        <w:br/>
        <w:t>повторяв пекуче слово:&lt;br /&gt;</w:t>
        <w:br/>
        <w:t>"Думи мої, думи"?..</w:t>
      </w:r>
    </w:p>
    <w:p>
      <w:r>
        <w:br/>
        <w:t>"В Україну, — мовив сумно, —&lt;br /&gt;</w:t>
        <w:br/>
        <w:t>ідіть, думи-діти".&lt;br /&gt;</w:t>
        <w:br/>
        <w:t>Щоб розумно, не бездумно&lt;br /&gt;</w:t>
        <w:br/>
        <w:t>ми жили на світі</w:t>
      </w:r>
    </w:p>
    <w:p>
      <w:r>
        <w:br/>
        <w:t>Тож не нидіть нам, не скніти —&lt;br /&gt;</w:t>
        <w:br/>
        <w:t>йти, не знавши втоми.&lt;br /&gt;</w:t>
        <w:br/>
        <w:t>Розуміть, чиї ми діти,&lt;br /&gt;</w:t>
        <w:br/>
        <w:t>пам'ятати, хто ми.</w:t>
      </w:r>
    </w:p>
    <w:p>
      <w:r>
        <w:br/>
        <w:t>"ДІДУ МІЙ, ДУДАРИКУ"</w:t>
      </w:r>
    </w:p>
    <w:p>
      <w:r>
        <w:br/>
        <w:t>У селі з давнім другом&lt;br /&gt;</w:t>
        <w:br/>
        <w:t>в тиху пору теплісіньку&lt;br /&gt;</w:t>
        <w:br/>
        <w:t>над Сулою, над лугом&lt;br /&gt;</w:t>
        <w:br/>
        <w:t>рідну слухаю пісеньку:</w:t>
      </w:r>
    </w:p>
    <w:p>
      <w:r>
        <w:br/>
        <w:t>"Діду мій, дударику,&lt;br /&gt;</w:t>
        <w:br/>
        <w:t>ти ж, було, селом ходиш,&lt;br /&gt;</w:t>
        <w:br/>
        <w:t>ти ж, було, в дуду граєш,&lt;br /&gt;</w:t>
        <w:br/>
        <w:t>тепер тебе немає,&lt;br /&gt;</w:t>
        <w:br/>
        <w:t>дуда твоя гуляє..."</w:t>
      </w:r>
    </w:p>
    <w:p>
      <w:r>
        <w:br/>
        <w:t>А Сашко мені: — Друже,&lt;br /&gt;</w:t>
        <w:br/>
        <w:t>в співах — рідні бувальщини.&lt;br /&gt;</w:t>
        <w:br/>
        <w:t>І пісні не байдужі&lt;br /&gt;</w:t>
        <w:br/>
        <w:t>до духовної спадщини:</w:t>
      </w:r>
    </w:p>
    <w:p>
      <w:r>
        <w:br/>
        <w:t>"...і пищики зостаються,&lt;br /&gt;</w:t>
        <w:br/>
        <w:t>казна-кому дістаються"...</w:t>
      </w:r>
    </w:p>
    <w:p>
      <w:r>
        <w:br/>
        <w:t>Хай звучить і не модно&lt;br /&gt;</w:t>
        <w:br/>
        <w:t>сопілчина небіжчика,&lt;br /&gt;</w:t>
        <w:br/>
        <w:t>не для кого завгодно&lt;br /&gt;</w:t>
        <w:br/>
        <w:t>зоставалися пищики.</w:t>
      </w:r>
    </w:p>
    <w:p>
      <w:r>
        <w:br/>
        <w:t>Як сказати Сашкові,&lt;br /&gt;</w:t>
        <w:br/>
        <w:t>чим я пісні завдячую?&lt;br /&gt;</w:t>
        <w:br/>
        <w:t>Полюбив її змалку&lt;br /&gt;</w:t>
        <w:br/>
        <w:t>я душею дитячою:</w:t>
      </w:r>
    </w:p>
    <w:p>
      <w:r>
        <w:br/>
        <w:t>"Діду мій, дударику,&lt;br /&gt;</w:t>
        <w:br/>
        <w:t>ти ж, було, селом ходиш..."</w:t>
      </w:r>
    </w:p>
    <w:p>
      <w:r>
        <w:br/>
        <w:t>Виклика кожним звуком&lt;br /&gt;</w:t>
        <w:br/>
        <w:t>почуття в нас незвідані,&lt;br /&gt;</w:t>
        <w:br/>
        <w:t>що дідами онукам&lt;br /&gt;</w:t>
        <w:br/>
        <w:t>з правіків заповідані…</w:t>
      </w:r>
    </w:p>
    <w:p>
      <w:r>
        <w:br/>
        <w:t>ЗНАЧЕННЯ ПОБІЛЬШИТЬСЯ</w:t>
      </w:r>
    </w:p>
    <w:p>
      <w:r>
        <w:br/>
        <w:t>Метаграма</w:t>
      </w:r>
    </w:p>
    <w:p>
      <w:r>
        <w:br/>
        <w:t>Це слово часто стрінете:&lt;br /&gt;</w:t>
        <w:br/>
        <w:t>три літери у нім;&lt;br /&gt;</w:t>
        <w:br/>
        <w:t>та першу з них заміните&lt;br /&gt;</w:t>
        <w:br/>
        <w:t>в цім слові чарівнім —</w:t>
      </w:r>
    </w:p>
    <w:p>
      <w:r>
        <w:br/>
        <w:t>і значення побільшиться&lt;br /&gt;</w:t>
        <w:br/>
        <w:t>одразу в сто разів.&lt;br /&gt;</w:t>
        <w:br/>
        <w:t>І будете ви тішиться&lt;br /&gt;</w:t>
        <w:br/>
        <w:t>з двох зовсім різних слів.</w:t>
      </w:r>
    </w:p>
    <w:p>
      <w:r>
        <w:br/>
        <w:t>Які це слова?</w:t>
      </w:r>
    </w:p>
    <w:p>
      <w:r>
        <w:br/>
        <w:t>(Рік, вік)</w:t>
      </w:r>
    </w:p>
    <w:p>
      <w:r>
        <w:br/>
        <w:t>ЛИСИЙ І БОСИЙ</w:t>
      </w:r>
    </w:p>
    <w:p>
      <w:r>
        <w:br/>
        <w:t>Загадка</w:t>
      </w:r>
    </w:p>
    <w:p>
      <w:r>
        <w:br/>
        <w:t>Ану, хто з вас відгадає&lt;br /&gt;</w:t>
        <w:br/>
        <w:t>(може, хто й не вчеше):&lt;br /&gt;</w:t>
        <w:br/>
        <w:t>згори лисий поглядає,&lt;br /&gt;</w:t>
        <w:br/>
        <w:t>знизу — босий бреше.</w:t>
      </w:r>
    </w:p>
    <w:p>
      <w:r>
        <w:br/>
        <w:t>Що це таке?</w:t>
      </w:r>
    </w:p>
    <w:p>
      <w:r>
        <w:br/>
        <w:t>(Місяць і собака)</w:t>
      </w:r>
    </w:p>
    <w:p>
      <w:r>
        <w:br/>
        <w:t>НЕ ЛИШЕ ЗАПЕРЕЧУВАЛЬНА</w:t>
      </w:r>
    </w:p>
    <w:p>
      <w:r>
        <w:br/>
        <w:t>Загадка</w:t>
      </w:r>
    </w:p>
    <w:p>
      <w:r>
        <w:br/>
        <w:t>А хто порадує мене —&lt;br /&gt;</w:t>
        <w:br/>
        <w:t>скажіть мені, будь ласка:&lt;br /&gt;</w:t>
        <w:br/>
        <w:t>в якому слові частка не —&lt;br /&gt;</w:t>
        <w:br/>
        <w:t>підсилювальна частка?</w:t>
      </w:r>
    </w:p>
    <w:p>
      <w:r>
        <w:br/>
        <w:t>(Нехай)</w:t>
      </w:r>
    </w:p>
    <w:p>
      <w:r>
        <w:br/>
        <w:t>І ТАКЕ БУВАЄ</w:t>
      </w:r>
    </w:p>
    <w:p>
      <w:r>
        <w:br/>
        <w:t>Загадка</w:t>
      </w:r>
    </w:p>
    <w:p>
      <w:r>
        <w:br/>
        <w:t>Хто жіноче ймення відгадає,&lt;br /&gt;</w:t>
        <w:br/>
        <w:t>дуже миле у своїй природності,&lt;br /&gt;</w:t>
        <w:br/>
        <w:t>що в пестливій формі означає&lt;br /&gt;</w:t>
        <w:br/>
        <w:t>представницю іншої народності?</w:t>
      </w:r>
    </w:p>
    <w:p>
      <w:r>
        <w:br/>
        <w:t>(Марійка, марійка)</w:t>
      </w:r>
    </w:p>
    <w:p>
      <w:r>
        <w:br/>
        <w:t>ПТИЦЯ Й ПАРАСОЛІ</w:t>
      </w:r>
    </w:p>
    <w:p>
      <w:r>
        <w:br/>
        <w:t>Загадка</w:t>
      </w:r>
    </w:p>
    <w:p>
      <w:r>
        <w:br/>
        <w:t>Летить птиця на роздоллі,&lt;br /&gt;</w:t>
        <w:br/>
        <w:t>випускає парасоль</w:t>
      </w:r>
    </w:p>
    <w:p>
      <w:r>
        <w:br/>
        <w:t>Що це таке?</w:t>
      </w:r>
    </w:p>
    <w:p>
      <w:r>
        <w:br/>
        <w:t>(Літак і парашути)</w:t>
      </w:r>
    </w:p>
    <w:p>
      <w:r>
        <w:br/>
        <w:t>МЕТАЛЕВА ЖИРАФА</w:t>
      </w:r>
    </w:p>
    <w:p>
      <w:r>
        <w:br/>
        <w:t>Загадка</w:t>
      </w:r>
    </w:p>
    <w:p>
      <w:r>
        <w:br/>
        <w:t>Хоч не слон я і не робот,&lt;br /&gt;</w:t>
        <w:br/>
        <w:t>а жирафа металева,&lt;br /&gt;</w:t>
        <w:br/>
        <w:t>вантажі беру у хобот —&lt;br /&gt;</w:t>
        <w:br/>
        <w:t>цеглу, рейки і дерева...</w:t>
      </w:r>
    </w:p>
    <w:p>
      <w:r>
        <w:br/>
        <w:t>Хто я?</w:t>
      </w:r>
    </w:p>
    <w:p>
      <w:r>
        <w:br/>
        <w:t>(Підйомний кран)</w:t>
      </w:r>
    </w:p>
    <w:p>
      <w:r>
        <w:br/>
        <w:t>158</w:t>
      </w:r>
    </w:p>
    <w:p>
      <w:r>
        <w:br/>
        <w:t>ДИВЛЯТЬСЯ СЕСТРИЧКИ</w:t>
      </w:r>
    </w:p>
    <w:p>
      <w:r>
        <w:br/>
        <w:t>Загадка</w:t>
      </w:r>
    </w:p>
    <w:p>
      <w:r>
        <w:br/>
        <w:t>Дивляться сестрички&lt;br /&gt;</w:t>
        <w:br/>
        <w:t>так, немов живії:&lt;br /&gt;</w:t>
        <w:br/>
        <w:t>жовті в них очички,&lt;br /&gt;</w:t>
        <w:br/>
        <w:t>білі у них вії.</w:t>
      </w:r>
    </w:p>
    <w:p>
      <w:r>
        <w:br/>
        <w:t>Хто вони?</w:t>
      </w:r>
    </w:p>
    <w:p>
      <w:r>
        <w:br/>
        <w:t>(Ромашки)</w:t>
      </w:r>
    </w:p>
    <w:p>
      <w:r>
        <w:br/>
        <w:t>ЖИТИ ПА ШИРОКУ НОГУ</w:t>
      </w:r>
    </w:p>
    <w:p>
      <w:r>
        <w:br/>
        <w:t>Прислухаємось до слів потроху.&lt;br /&gt;</w:t>
        <w:br/>
        <w:t>Часом кажуть про якихсь друзяк:&lt;br /&gt;</w:t>
        <w:br/>
        <w:t>"Звикли жити па широку ногу,&lt;br /&gt;</w:t>
        <w:br/>
        <w:t>розкошує так тепер не всяк!"</w:t>
      </w:r>
    </w:p>
    <w:p>
      <w:r>
        <w:br/>
        <w:t>Що то за нога така широка?&lt;br /&gt;</w:t>
        <w:br/>
        <w:t>Де у нашім вислові взялась?&lt;br /&gt;</w:t>
        <w:br/>
        <w:t>Дошукатись — немала морока,&lt;br /&gt;</w:t>
        <w:br/>
        <w:t>а бува, і встановити зась.</w:t>
      </w:r>
    </w:p>
    <w:p>
      <w:r>
        <w:br/>
        <w:t>Треба знать середньовічну моду&lt;br /&gt;</w:t>
        <w:br/>
        <w:t>і тодішніх багачів буття:&lt;br /&gt;</w:t>
        <w:br/>
        <w:t>у Європі моді на догоду&lt;br /&gt;</w:t>
        <w:br/>
        <w:t>величезне шилося взуття.</w:t>
      </w:r>
    </w:p>
    <w:p>
      <w:r>
        <w:br/>
        <w:t>Це взуття носили і слов'яни,&lt;br /&gt;</w:t>
        <w:br/>
        <w:t>козиряла в нім усяка знать:&lt;br /&gt;</w:t>
        <w:br/>
        <w:t>що ботинки довші — більше шани,&lt;br /&gt;</w:t>
        <w:br/>
        <w:t>можна багача по них пізнать.</w:t>
      </w:r>
    </w:p>
    <w:p>
      <w:r>
        <w:br/>
        <w:t>Як, бувало, йде цабе велике —&lt;br /&gt;</w:t>
        <w:br/>
        <w:t>зразу видно, що воно "з панських":&lt;br /&gt;</w:t>
        <w:br/>
        <w:t>ледве не з півметра черевики,&lt;br /&gt;</w:t>
        <w:br/>
        <w:t>широко ступати треба в них!</w:t>
      </w:r>
    </w:p>
    <w:p>
      <w:r>
        <w:br/>
        <w:t>Щоб ходить зручніше — неодмінно&lt;br /&gt;</w:t>
        <w:br/>
        <w:t>мали щось робити мудраки:&lt;br /&gt;</w:t>
        <w:br/>
        <w:t>в носаках тримать набите сіно&lt;br /&gt;</w:t>
        <w:br/>
        <w:t>або ще загнути носаки.</w:t>
      </w:r>
    </w:p>
    <w:p>
      <w:r>
        <w:br/>
        <w:t>У Парижі про панів великих&lt;br /&gt;</w:t>
        <w:br/>
        <w:t>і сьогодні можна ще почуть:&lt;br /&gt;</w:t>
        <w:br/>
        <w:t>"О, ці мають сіно в черевиках!",&lt;br /&gt;</w:t>
        <w:br/>
        <w:t>тобто добре, в розкоші живуть.</w:t>
      </w:r>
    </w:p>
    <w:p>
      <w:r>
        <w:br/>
        <w:t>Тож і ми простежить маєм змогу&lt;br /&gt;</w:t>
        <w:br/>
        <w:t>і потвердити для читачів:&lt;br /&gt;</w:t>
        <w:br/>
        <w:t>вислів жити на широку ногу&lt;br /&gt;</w:t>
        <w:br/>
        <w:t>породила мода багачів.</w:t>
      </w:r>
    </w:p>
    <w:p>
      <w:r>
        <w:br/>
        <w:t>Є вона й сьогодні, рать не боса,&lt;br /&gt;</w:t>
        <w:br/>
        <w:t>правда, вгору носака не пне.&lt;br /&gt;</w:t>
        <w:br/>
        <w:t>Але глянь: іде, задерши носа,&lt;br /&gt;</w:t>
        <w:br/>
        <w:t>або, ще як кажуть, кирпу гне.</w:t>
      </w:r>
    </w:p>
    <w:p>
      <w:r>
        <w:br/>
        <w:t>ПИЛИП ІЗ КОНОПЕЛЬ</w:t>
      </w:r>
    </w:p>
    <w:p>
      <w:r>
        <w:br/>
        <w:t>Перш ніж лізти, люди важать,&lt;br /&gt;</w:t>
        <w:br/>
        <w:t>на який ступить щабель.&lt;br /&gt;</w:t>
        <w:br/>
        <w:t>Щось невлад зморозиш, кажуть:&lt;br /&gt;</w:t>
        <w:br/>
        <w:t>як Пилип із конопель.</w:t>
      </w:r>
    </w:p>
    <w:p>
      <w:r>
        <w:br/>
        <w:t>Хто такий Пилип той дивний&lt;br /&gt;</w:t>
        <w:br/>
        <w:t>і чого він там сидів? —&lt;br /&gt;</w:t>
        <w:br/>
        <w:t>Інтерес уже спортивний&lt;br /&gt;</w:t>
        <w:br/>
        <w:t>до таких крилатих слів.</w:t>
      </w:r>
    </w:p>
    <w:p>
      <w:r>
        <w:br/>
        <w:t>Жив пан Філіп (з книг я знаю).&lt;br /&gt;</w:t>
        <w:br/>
        <w:t>Шляхтич, з польських був земель&lt;br /&gt;</w:t>
        <w:br/>
        <w:t>з Сандомирського десь краю,&lt;br /&gt;</w:t>
        <w:br/>
        <w:t>із містечка Конопель.</w:t>
      </w:r>
    </w:p>
    <w:p>
      <w:r>
        <w:br/>
        <w:t>Якось він прибув на раду&lt;br /&gt;</w:t>
        <w:br/>
        <w:t>(сеймик саме скликав їх),&lt;br /&gt;</w:t>
        <w:br/>
        <w:t>щось там бевкнув не до ладу —&lt;br /&gt;</w:t>
        <w:br/>
        <w:t>у присутніх подив, сміх:</w:t>
      </w:r>
    </w:p>
    <w:p>
      <w:r>
        <w:br/>
        <w:t>— Хто то? — всі питають.—Пробі! —&lt;br /&gt;</w:t>
        <w:br/>
        <w:t>Та на нього оком стрель.&lt;br /&gt;</w:t>
        <w:br/>
        <w:t>— То пан Філіп із Конопі!&lt;br /&gt;</w:t>
        <w:br/>
        <w:t>(пан Пилип із Конопель).</w:t>
      </w:r>
    </w:p>
    <w:p>
      <w:r>
        <w:br/>
        <w:t>І піїпов Пилип у люди&lt;br /&gt;</w:t>
        <w:br/>
        <w:t>аж за тридев'ять земель.&lt;br /&gt;</w:t>
        <w:br/>
        <w:t>І пішов гулять усюди&lt;br /&gt;</w:t>
        <w:br/>
        <w:t>той Пилип із конопель.</w:t>
      </w:r>
    </w:p>
    <w:p>
      <w:r>
        <w:br/>
        <w:t>А можливо, що й не в цьому&lt;br /&gt;</w:t>
        <w:br/>
        <w:t>слів крилатих справжня суть.&lt;br /&gt;</w:t>
        <w:br/>
        <w:t>Бо Пилипом, як відомо,&lt;br /&gt;</w:t>
        <w:br/>
        <w:t>у народі зайця звуть.</w:t>
      </w:r>
    </w:p>
    <w:p>
      <w:r>
        <w:br/>
        <w:t>Може, істина так близько,&lt;br /&gt;</w:t>
        <w:br/>
        <w:t>не за тридев'ять земель:&lt;br /&gt;</w:t>
        <w:br/>
        <w:t>просто вискочив зайчисько&lt;br /&gt;</w:t>
        <w:br/>
        <w:t>із звичайних конопель.</w:t>
      </w:r>
    </w:p>
    <w:p>
      <w:r>
        <w:br/>
        <w:t>Вам цікаво, — тема, звідки?&lt;br /&gt;</w:t>
        <w:br/>
        <w:t>Із Міцкевича узята.&lt;br /&gt;</w:t>
        <w:br/>
        <w:t>Придивіться до примітки —&lt;br /&gt;</w:t>
        <w:br/>
        <w:t>"Пан Тадеуш". Пісня п'ята.</w:t>
      </w:r>
    </w:p>
    <w:p>
      <w:r>
        <w:br/>
        <w:t>РОБИ, ЩОБ НЕ ПЕРЕРОБЛЯТЬ</w:t>
      </w:r>
    </w:p>
    <w:p>
      <w:r>
        <w:br/>
        <w:t>Казав татусь — робити треба,&lt;br /&gt;</w:t>
        <w:br/>
        <w:t>не виглядать, що зробить хтось.&lt;br /&gt;</w:t>
        <w:br/>
        <w:t>"Роби, та так, щоб після тебе&lt;br /&gt;</w:t>
        <w:br/>
        <w:t>перероблять не довелось".</w:t>
      </w:r>
    </w:p>
    <w:p>
      <w:r>
        <w:br/>
        <w:t>Бо всі пра-пра і дід, і баба —&lt;br /&gt;</w:t>
        <w:br/>
        <w:t>в калюжу ще ніхто не сів.&lt;br /&gt;</w:t>
        <w:br/>
        <w:t>А виросте якась незграба,&lt;br /&gt;</w:t>
        <w:br/>
        <w:t>то підведе Білоусів.</w:t>
      </w:r>
    </w:p>
    <w:p>
      <w:r>
        <w:br/>
        <w:t>Іще навчаючись у школі,&lt;br /&gt;</w:t>
        <w:br/>
        <w:t>запраг, щоб діло йшло на лад.&lt;br /&gt;</w:t>
        <w:br/>
        <w:t>Я колоски збирав у полі,&lt;br /&gt;</w:t>
        <w:br/>
        <w:t>я прислухався до порад.</w:t>
      </w:r>
    </w:p>
    <w:p>
      <w:r>
        <w:br/>
        <w:t>А радили вставати зрання,&lt;br /&gt;</w:t>
        <w:br/>
        <w:t>порада ж ця — великий плюс.&lt;br /&gt;</w:t>
        <w:br/>
        <w:t>І я збагнув: секрет — старання,&lt;br /&gt;</w:t>
        <w:br/>
        <w:t>і нині з іншими ділюсь:</w:t>
      </w:r>
    </w:p>
    <w:p>
      <w:r>
        <w:br/>
        <w:t>"Роби, і не зважай на втому,&lt;br /&gt;</w:t>
        <w:br/>
        <w:t>і не чекай, що зробить хтось.&lt;br /&gt;</w:t>
        <w:br/>
        <w:t>Коли ж зробив, то щоб нікому&lt;br /&gt;</w:t>
        <w:br/>
        <w:t>перероблять не довелось!"</w:t>
      </w:r>
    </w:p>
    <w:p>
      <w:r>
        <w:br/>
        <w:t>І ЧОГО ВОНО ТАК?</w:t>
      </w:r>
    </w:p>
    <w:p>
      <w:r>
        <w:br/>
        <w:t>Наяву чи вві сні десь верба чи смерека,&lt;br /&gt;</w:t>
        <w:br/>
        <w:t>чи з лататтям ставок чи болітце грузьке,&lt;br /&gt;</w:t>
        <w:br/>
        <w:t>але раптом побачиш — на хаті лелека —&lt;br /&gt;</w:t>
        <w:br/>
        <w:t>щось таке українське, щось рідне, близьке.</w:t>
      </w:r>
    </w:p>
    <w:p>
      <w:r>
        <w:br/>
        <w:t>Наяву чи вві сні десь тополі над шляхом,&lt;br /&gt;</w:t>
        <w:br/>
        <w:t>чи село, повз яке проїжджав разів сто, —&lt;br /&gt;</w:t>
        <w:br/>
        <w:t>а приліплене десь у куточку під дахом&lt;br /&gt;</w:t>
        <w:br/>
        <w:t>так оселю теплить ластів'яче гніздо.</w:t>
      </w:r>
    </w:p>
    <w:p>
      <w:r>
        <w:br/>
        <w:t>І чого воно так, що на рідній стежині&lt;br /&gt;</w:t>
        <w:br/>
        <w:t>чи на довгих шляхах неймовірно трудних,&lt;br /&gt;</w:t>
        <w:br/>
        <w:t>так бентежать серця нам ключі журавлині,-&lt;br /&gt;</w:t>
        <w:br/>
        <w:t>може, предківські душі вселилися в них?</w:t>
      </w:r>
    </w:p>
    <w:p>
      <w:r>
        <w:br/>
        <w:t>МОЄ СЕЛО</w:t>
      </w:r>
    </w:p>
    <w:p>
      <w:r>
        <w:br/>
        <w:t>Моє село — ні гір, ні круч, —&lt;br /&gt;</w:t>
        <w:br/>
        <w:t>рівнина, рівнина.&lt;br /&gt;</w:t>
        <w:br/>
        <w:t>Пусти — покотиться обруч&lt;br /&gt;</w:t>
        <w:br/>
        <w:t>до самого Ромна.</w:t>
      </w:r>
    </w:p>
    <w:p>
      <w:r>
        <w:br/>
        <w:t>І від стрімких роменських круч&lt;br /&gt;</w:t>
        <w:br/>
        <w:t>дорога вздовж ланів:&lt;br /&gt;</w:t>
        <w:br/>
        <w:t>пусти — покотиться обруч&lt;br /&gt;</w:t>
        <w:br/>
        <w:t>до самих Курманів.</w:t>
      </w:r>
    </w:p>
    <w:p>
      <w:r>
        <w:br/>
        <w:t>Чому обруч? Як атрибут&lt;br /&gt;</w:t>
        <w:br/>
        <w:t>він, може, й застарів.&lt;br /&gt;</w:t>
        <w:br/>
        <w:t>Та я — і це підкреслю тут —&lt;br /&gt;</w:t>
        <w:br/>
        <w:t>із роду бондарів.</w:t>
      </w:r>
    </w:p>
    <w:p>
      <w:r>
        <w:br/>
        <w:t>— Ми не якісь, — казав мій дід, —&lt;br /&gt;</w:t>
        <w:br/>
        <w:t>заблуди-пришелепки.&lt;br /&gt;</w:t>
        <w:br/>
        <w:t>У тих, хто забува свій рід,&lt;br /&gt;</w:t>
        <w:br/>
        <w:t>не вистачає клепки.</w:t>
      </w:r>
    </w:p>
    <w:p>
      <w:r>
        <w:br/>
        <w:t>СЛОВО НАШЕ РІДНИ</w:t>
      </w:r>
    </w:p>
    <w:p>
      <w:r>
        <w:br/>
        <w:t>Акростих</w:t>
      </w:r>
    </w:p>
    <w:p>
      <w:r>
        <w:br/>
        <w:t>Роде наш красний, роде наш прекрасний,&lt;br /&gt;</w:t>
        <w:br/>
        <w:t>Іншого в світі не шукаєм ми;&lt;br /&gt;</w:t>
        <w:br/>
        <w:t>Дух український, вольний, незагасний,&lt;br /&gt;</w:t>
        <w:br/>
        <w:t>Не подолати силам зла і тьми:&lt;br /&gt;</w:t>
        <w:br/>
        <w:t>Ери нової вже гримлять громи.</w:t>
      </w:r>
    </w:p>
    <w:p>
      <w:r>
        <w:br/>
        <w:t>Слово погідне, слово наше рідне,&lt;br /&gt;</w:t>
        <w:br/>
        <w:t>Любим тебе ми, будем вік любить,&lt;br /&gt;</w:t>
        <w:br/>
        <w:t>Обрій відкрився, всім світам ти видне,&lt;br /&gt;</w:t>
        <w:br/>
        <w:t>Видне як сонце, як ясна блакить;&lt;br /&gt;</w:t>
        <w:br/>
        <w:t>О рідне слово, хай тобі щастить!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Чари барвінкові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