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Чакалка (збірка)</w:t>
      </w:r>
    </w:p>
    <w:p>
      <w:r>
        <w:br/>
        <w:t xml:space="preserve"> ХТО ХОРОШИЙ</w:t>
      </w:r>
    </w:p>
    <w:p>
      <w:r>
        <w:br/>
        <w:t>Засинає бегемот,&lt;br /&gt;</w:t>
        <w:br/>
        <w:t>позіхнувши на весь рот.&lt;br /&gt;</w:t>
        <w:br/>
        <w:t>Біля нього моститься&lt;br /&gt;</w:t>
        <w:br/>
        <w:t>ніжна бегемотиця,&lt;br /&gt;</w:t>
        <w:br/>
        <w:t>й бегемотенята&lt;br /&gt;</w:t>
        <w:br/>
        <w:t>полягали спати.</w:t>
      </w:r>
    </w:p>
    <w:p>
      <w:r>
        <w:br/>
        <w:t>Лиш в сусідньому вольєрі&lt;br /&gt;</w:t>
        <w:br/>
        <w:t>хижі зайчики не сплять&lt;br /&gt;</w:t>
        <w:br/>
        <w:t>і зубаті пащі шкірять –&lt;br /&gt;</w:t>
        <w:br/>
        <w:t>бегемота покусать…</w:t>
      </w:r>
    </w:p>
    <w:p>
      <w:r>
        <w:br/>
        <w:t>Не повірили? Авжеж!&lt;br /&gt;</w:t>
        <w:br/>
        <w:t>Бегемот хороший теж.</w:t>
      </w:r>
    </w:p>
    <w:p>
      <w:r>
        <w:br/>
        <w:t>КОЛЬОРОВІ ПРИКОЛИ</w:t>
      </w:r>
    </w:p>
    <w:p>
      <w:r>
        <w:br/>
        <w:t>Два зелених крокодили&lt;br /&gt;</w:t>
        <w:br/>
        <w:t>аж по дрова в ліс ходили,&lt;br /&gt;</w:t>
        <w:br/>
        <w:t>та у лісі, як на зло,&lt;br /&gt;</w:t>
        <w:br/>
        <w:t>дров зелених не було.</w:t>
      </w:r>
    </w:p>
    <w:p>
      <w:r>
        <w:br/>
        <w:t>Два слони сріблясто-сірі&lt;br /&gt;</w:t>
        <w:br/>
        <w:t>на сріблясту гору сіли.&lt;br /&gt;</w:t>
        <w:br/>
        <w:t>Хоч би що їм говорив,&lt;br /&gt;</w:t>
        <w:br/>
        <w:t>а зробилось дві гори.</w:t>
      </w:r>
    </w:p>
    <w:p>
      <w:r>
        <w:br/>
        <w:t>На червоній черепиці&lt;br /&gt;</w:t>
        <w:br/>
        <w:t>спали дві червоних птиці.&lt;br /&gt;</w:t>
        <w:br/>
        <w:t>Дивувались вранці-рано:&lt;br /&gt;</w:t>
        <w:br/>
        <w:t>– Я рожева, ти багряна.</w:t>
      </w:r>
    </w:p>
    <w:p>
      <w:r>
        <w:br/>
        <w:t>Дві коричневих мурахи&lt;br /&gt;</w:t>
        <w:br/>
        <w:t>повбирались у папахи&lt;br /&gt;</w:t>
        <w:br/>
        <w:t>і в коричневих дворах&lt;br /&gt;</w:t>
        <w:br/>
        <w:t>загубились між мурах.</w:t>
      </w:r>
    </w:p>
    <w:p>
      <w:r>
        <w:br/>
        <w:t>Раз на грушку теплу, спілу&lt;br /&gt;</w:t>
        <w:br/>
        <w:t>двійко приятельок сіло –&lt;br /&gt;</w:t>
        <w:br/>
        <w:t>жовті-жовті дві оси…&lt;br /&gt;</w:t>
        <w:br/>
        <w:t>Обережно! Не вкуси…</w:t>
      </w:r>
    </w:p>
    <w:p>
      <w:r>
        <w:br/>
        <w:t>Синій кит гука киту:&lt;br /&gt;</w:t>
        <w:br/>
        <w:t>– Я шукаю смакоту.&lt;br /&gt;</w:t>
        <w:br/>
        <w:t>Синій кит відповіда:&lt;br /&gt;</w:t>
        <w:br/>
        <w:t>– Ду-уже синя смакота.</w:t>
      </w:r>
    </w:p>
    <w:p>
      <w:r>
        <w:br/>
        <w:t>Біла киця кицю білу&lt;br /&gt;</w:t>
        <w:br/>
        <w:t>похвалила, як уміла:&lt;br /&gt;</w:t>
        <w:br/>
        <w:t>– Ти білесенька така.&lt;br /&gt;</w:t>
        <w:br/>
        <w:t>Напилася молока!</w:t>
      </w:r>
    </w:p>
    <w:p>
      <w:r>
        <w:br/>
        <w:t>Раз вужище чорно-чорний&lt;br /&gt;</w:t>
        <w:br/>
        <w:t>до чорнозему дочовгав.&lt;br /&gt;</w:t>
        <w:br/>
        <w:t>– От лиш вуха зачорню я,&lt;br /&gt;</w:t>
        <w:br/>
        <w:t>і безпечно заночую.</w:t>
      </w:r>
    </w:p>
    <w:p>
      <w:r>
        <w:br/>
        <w:t>СМІХОТА</w:t>
      </w:r>
    </w:p>
    <w:p>
      <w:r>
        <w:br/>
        <w:t>Кіт коту котив м’яча –&lt;br /&gt;</w:t>
        <w:br/>
        <w:t>і нявчав.&lt;br /&gt;</w:t>
        <w:br/>
        <w:t>Кіт коту котив м’яча –&lt;br /&gt;</w:t>
        <w:br/>
        <w:t>і мовчав.</w:t>
      </w:r>
    </w:p>
    <w:p>
      <w:r>
        <w:br/>
        <w:t>Перестрілись два коти –&lt;br /&gt;</w:t>
        <w:br/>
        <w:t>кіт кота перекотив.&lt;br /&gt;</w:t>
        <w:br/>
        <w:t>М’яч спіткнувся об м’яча –&lt;br /&gt;</w:t>
        <w:br/>
        <w:t>і його перенявчав.</w:t>
      </w:r>
    </w:p>
    <w:p>
      <w:r>
        <w:br/>
        <w:t>Метушились, гнулись, пнулись,&lt;br /&gt;</w:t>
        <w:br/>
        <w:t>і, нарешті, розминулись.</w:t>
      </w:r>
    </w:p>
    <w:p>
      <w:r>
        <w:br/>
        <w:t>М’яч м’ячу котив м’яча –&lt;br /&gt;</w:t>
        <w:br/>
        <w:t>і нявчав.&lt;br /&gt;</w:t>
        <w:br/>
        <w:t>Кіт коту котив кота…&lt;br /&gt;</w:t>
        <w:br/>
        <w:t>Сміхота!</w:t>
      </w:r>
    </w:p>
    <w:p>
      <w:r>
        <w:br/>
        <w:t>ЧАКАЛКА</w:t>
      </w:r>
    </w:p>
    <w:p>
      <w:r>
        <w:br/>
        <w:t>Хтось на кухні чавкає,&lt;br /&gt;</w:t>
        <w:br/>
        <w:t>чавкає –&lt;br /&gt;</w:t>
        <w:br/>
        <w:t>то, напевно, Чакалка,&lt;br /&gt;</w:t>
        <w:br/>
        <w:t>Чакалка.&lt;br /&gt;</w:t>
        <w:br/>
        <w:t>Баняком і чайником,&lt;br /&gt;</w:t>
        <w:br/>
        <w:t>тарілками й чарками –&lt;br /&gt;</w:t>
        <w:br/>
        <w:t>дзень!&lt;br /&gt;</w:t>
        <w:br/>
        <w:t>трісь!&lt;br /&gt;</w:t>
        <w:br/>
        <w:t>То напевно Чакалка,&lt;br /&gt;</w:t>
        <w:br/>
        <w:t>голоднезна Чакалка&lt;br /&gt;</w:t>
        <w:br/>
        <w:t>ВСЕ&lt;br /&gt;</w:t>
        <w:br/>
        <w:t>їсть!</w:t>
      </w:r>
    </w:p>
    <w:p>
      <w:r>
        <w:br/>
        <w:t>Що не здужає поїсти –&lt;br /&gt;</w:t>
        <w:br/>
        <w:t>понесе в мішку до міста,&lt;br /&gt;</w:t>
        <w:br/>
        <w:t>але й того, хто не спить,&lt;br /&gt;</w:t>
        <w:br/>
        <w:t>може також прихопить.&lt;br /&gt;</w:t>
        <w:br/>
        <w:t>Там, у темному мішку,&lt;br /&gt;</w:t>
        <w:br/>
        <w:t>буде каша у горшку,&lt;br /&gt;</w:t>
        <w:br/>
        <w:t>і повидло, і млинці,&lt;br /&gt;</w:t>
        <w:br/>
        <w:t>і куліш на молоці,&lt;br /&gt;</w:t>
        <w:br/>
        <w:t>і перепічка духмяна,&lt;br /&gt;</w:t>
        <w:br/>
        <w:t>і дитина неслухняна…</w:t>
      </w:r>
    </w:p>
    <w:p>
      <w:r>
        <w:br/>
        <w:t>Буде довго чапати,&lt;br /&gt;</w:t>
        <w:br/>
        <w:t>чапати&lt;br /&gt;</w:t>
        <w:br/>
        <w:t>десь по місту Чакалка,&lt;br /&gt;</w:t>
        <w:br/>
        <w:t>Чакалка.&lt;br /&gt;</w:t>
        <w:br/>
        <w:t>Зголодніє – і в мішку&lt;br /&gt;</w:t>
        <w:br/>
        <w:t>знайде кашу у горшку,&lt;br /&gt;</w:t>
        <w:br/>
        <w:t>і шматочок калача,&lt;br /&gt;</w:t>
        <w:br/>
        <w:t>і принишкле дитинча.&lt;br /&gt;</w:t>
        <w:br/>
        <w:t>Буде все це Чакалка,&lt;br /&gt;</w:t>
        <w:br/>
        <w:t>Чакалка&lt;br /&gt;</w:t>
        <w:br/>
        <w:t>поїдати-чавкати,&lt;br /&gt;</w:t>
        <w:br/>
        <w:t>чавкати…</w:t>
      </w:r>
    </w:p>
    <w:p>
      <w:r>
        <w:br/>
        <w:t>– Татку, а у тім мішку&lt;br /&gt;</w:t>
        <w:br/>
        <w:t>буде хрумиків дещиця?&lt;br /&gt;</w:t>
        <w:br/>
        <w:t>Бо насправді там, на кухні,&lt;br /&gt;</w:t>
        <w:br/>
        <w:t>порядкує наша киця.</w:t>
      </w:r>
    </w:p>
    <w:p>
      <w:r>
        <w:br/>
        <w:t>РОДИНА БАБАЇВ</w:t>
      </w:r>
    </w:p>
    <w:p>
      <w:r>
        <w:br/>
        <w:t>Бабай грозиться бабаю:&lt;br /&gt;</w:t>
        <w:br/>
        <w:t>– Ото по попі надаю!</w:t>
      </w:r>
    </w:p>
    <w:p>
      <w:r>
        <w:br/>
        <w:t>Відповіда йому бабай:&lt;br /&gt;</w:t>
        <w:br/>
        <w:t>– Ти тільки спробуй надавай!</w:t>
      </w:r>
    </w:p>
    <w:p>
      <w:r>
        <w:br/>
        <w:t>А бабаїха: – От якби&lt;br /&gt;</w:t>
        <w:br/>
        <w:t>обом потріпати чуби!</w:t>
      </w:r>
    </w:p>
    <w:p>
      <w:r>
        <w:br/>
        <w:t>А бабаята, бабаята&lt;br /&gt;</w:t>
        <w:br/>
        <w:t>як узялися лупцювати –</w:t>
      </w:r>
    </w:p>
    <w:p>
      <w:r>
        <w:br/>
        <w:t>по чім попало, чим знайдуть&lt;br /&gt;</w:t>
        <w:br/>
        <w:t>тузають, буцають, деруть,</w:t>
      </w:r>
    </w:p>
    <w:p>
      <w:r>
        <w:br/>
        <w:t>гамселять, грьопають – ого! –&lt;br /&gt;</w:t>
        <w:br/>
        <w:t>по два, по три на одного!</w:t>
      </w:r>
    </w:p>
    <w:p>
      <w:r>
        <w:br/>
        <w:t>А бабаїха і бабай&lt;br /&gt;</w:t>
        <w:br/>
        <w:t>гукають їм: – Давай! Давай!</w:t>
      </w:r>
    </w:p>
    <w:p>
      <w:r>
        <w:br/>
        <w:t>Оце і я недавно стрів&lt;br /&gt;</w:t>
        <w:br/>
        <w:t>таку родину бабаїв,</w:t>
      </w:r>
    </w:p>
    <w:p>
      <w:r>
        <w:br/>
        <w:t>і дивувався – так і знай, –:&lt;br /&gt;</w:t>
        <w:br/>
        <w:t>чого їх не бере БАБАЙ?!</w:t>
      </w:r>
    </w:p>
    <w:p>
      <w:r>
        <w:br/>
        <w:t>МУХОМОРИ</w:t>
      </w:r>
    </w:p>
    <w:p>
      <w:r>
        <w:br/>
        <w:t>Аж на море, аж на море&lt;br /&gt;</w:t>
        <w:br/>
        <w:t>від’їжджають мухомори.</w:t>
      </w:r>
    </w:p>
    <w:p>
      <w:r>
        <w:br/>
        <w:t>Проводжати на перон вийшла вся околиця.&lt;br /&gt;</w:t>
        <w:br/>
        <w:t>Їде тато-мухомор, мама-мухомориця,&lt;br /&gt;</w:t>
        <w:br/>
        <w:t>а за ними дружно в ряд двісті мухоморенят –&lt;br /&gt;</w:t>
        <w:br/>
        <w:t>всі сміються, задаються, мухоморяться!</w:t>
      </w:r>
    </w:p>
    <w:p>
      <w:r>
        <w:br/>
        <w:t>Аж на море, аж на мо&lt;br /&gt;</w:t>
        <w:br/>
        <w:t>від’їжджають мухомо…</w:t>
      </w:r>
    </w:p>
    <w:p>
      <w:r>
        <w:br/>
        <w:t>У краплинку капелюхи – крап! крап! крап!&lt;br /&gt;</w:t>
        <w:br/>
        <w:t>Ну а мухи, справжні зухи – шасть! шасть! шасть!&lt;br /&gt;</w:t>
        <w:br/>
        <w:t>Їх усіх за капелюхи хап! хап! хап!&lt;br /&gt;</w:t>
        <w:br/>
        <w:t>Ой ці мухи! ох ці мухи! от напасть!</w:t>
      </w:r>
    </w:p>
    <w:p>
      <w:r>
        <w:br/>
        <w:t>Аж за море&lt;br /&gt;</w:t>
        <w:br/>
        <w:t>мухомори!</w:t>
      </w:r>
    </w:p>
    <w:p>
      <w:r>
        <w:br/>
        <w:t>У ЛУЗІ</w:t>
      </w:r>
    </w:p>
    <w:p>
      <w:r>
        <w:br/>
        <w:t>Цілий день пасуться в лузі&lt;br /&gt;</w:t>
        <w:br/>
        <w:t>найулюбленіші друзі:</w:t>
      </w:r>
    </w:p>
    <w:p>
      <w:r>
        <w:br/>
        <w:t>і корова&lt;br /&gt;</w:t>
        <w:br/>
        <w:t>чорноброва,&lt;br /&gt;</w:t>
        <w:br/>
        <w:t>і телиця&lt;br /&gt;</w:t>
        <w:br/>
        <w:t>білолиця…</w:t>
      </w:r>
    </w:p>
    <w:p>
      <w:r>
        <w:br/>
        <w:t>А бичок,&lt;br /&gt;</w:t>
        <w:br/>
        <w:t>ко-ло-бо-чок,&lt;br /&gt;</w:t>
        <w:br/>
        <w:t>тихо вклався на бочок.&lt;br /&gt;</w:t>
        <w:br/>
        <w:t>Каже: – Я уже попас,&lt;br /&gt;</w:t>
        <w:br/>
        <w:t>а тепер поспати час.</w:t>
      </w:r>
    </w:p>
    <w:p>
      <w:r>
        <w:br/>
        <w:t>СОБАЧЕ ЛИСТУВАННЯ</w:t>
      </w:r>
    </w:p>
    <w:p>
      <w:r>
        <w:br/>
        <w:t>Пес до пса&lt;br /&gt;</w:t>
        <w:br/>
        <w:t>написав:&lt;br /&gt;</w:t>
        <w:br/>
        <w:t>"У тебе, псе,&lt;br /&gt;</w:t>
        <w:br/>
        <w:t>добре все?&lt;br /&gt;</w:t>
        <w:br/>
        <w:t>Бо в мене в будці&lt;br /&gt;</w:t>
        <w:br/>
        <w:t>миші шкребуться".</w:t>
      </w:r>
    </w:p>
    <w:p>
      <w:r>
        <w:br/>
        <w:t>Відписав&lt;br /&gt;</w:t>
        <w:br/>
        <w:t>пес до пса:&lt;br /&gt;</w:t>
        <w:br/>
        <w:t>"У мене, псе,&lt;br /&gt;</w:t>
        <w:br/>
        <w:t>чудово все.&lt;br /&gt;</w:t>
        <w:br/>
        <w:t>Тобі ж, небоже,&lt;br /&gt;</w:t>
        <w:br/>
        <w:t>кіт допоможе".</w:t>
      </w:r>
    </w:p>
    <w:p>
      <w:r>
        <w:br/>
        <w:t>НЕ КУСАЄТЬСЯ</w:t>
      </w:r>
    </w:p>
    <w:p>
      <w:r>
        <w:br/>
        <w:t>– Не дивись на мене, вуже –&lt;br /&gt;</w:t>
        <w:br/>
        <w:t>я тебе боюся дуже.&lt;br /&gt;</w:t>
        <w:br/>
        <w:t>Не підійду, й не проси –&lt;br /&gt;</w:t>
        <w:br/>
        <w:t>Бережусь, щоб не вкусив.</w:t>
      </w:r>
    </w:p>
    <w:p>
      <w:r>
        <w:br/>
        <w:t>Вуж образився: – Кусючка?!&lt;br /&gt;</w:t>
        <w:br/>
        <w:t>Та ніколи у житті!&lt;br /&gt;</w:t>
        <w:br/>
        <w:t>Стережу я нашу річку&lt;br /&gt;</w:t>
        <w:br/>
        <w:t>від кусючих хижаків.</w:t>
      </w:r>
    </w:p>
    <w:p>
      <w:r>
        <w:br/>
        <w:t>Хай лише яка гадюка&lt;br /&gt;</w:t>
        <w:br/>
        <w:t>підповзе до комишу,&lt;br /&gt;</w:t>
        <w:br/>
        <w:t>я таку одразу злюку&lt;br /&gt;</w:t>
        <w:br/>
        <w:t>упіймаю і… вкушу.</w:t>
      </w:r>
    </w:p>
    <w:p>
      <w:r>
        <w:br/>
        <w:t>НЕСПРАВЖНЄ СЕЛО</w:t>
      </w:r>
    </w:p>
    <w:p>
      <w:r>
        <w:br/>
        <w:t>Я цього метелика&lt;br /&gt;</w:t>
        <w:br/>
        <w:t>бачила по телику,&lt;br /&gt;</w:t>
        <w:br/>
        <w:t>зайчика-розвідника –&lt;br /&gt;</w:t>
        <w:br/>
        <w:t>в мультику по відику,&lt;br /&gt;</w:t>
        <w:br/>
        <w:t>а телятко – ось воно! –&lt;br /&gt;</w:t>
        <w:br/>
        <w:t>зустрічала у кіно.&lt;br /&gt;</w:t>
        <w:br/>
        <w:t>Також справжнього коня&lt;br /&gt;</w:t>
        <w:br/>
        <w:t>і маленьке слоненя.</w:t>
      </w:r>
    </w:p>
    <w:p>
      <w:r>
        <w:br/>
        <w:t>А в бабусі у селі&lt;br /&gt;</w:t>
        <w:br/>
        <w:t>слоненята є малі?&lt;br /&gt;</w:t>
        <w:br/>
        <w:t>Як, немає?! Й не було?&lt;br /&gt;</w:t>
        <w:br/>
        <w:t>Ну й неспра-а-авжнє тут село…</w:t>
      </w:r>
    </w:p>
    <w:p>
      <w:r>
        <w:br/>
        <w:t>ПРО КОРИСТЬ ЧИТАННЯ</w:t>
      </w:r>
    </w:p>
    <w:p>
      <w:r>
        <w:br/>
        <w:t>За сьогодні сіра мишка&lt;br /&gt;</w:t>
        <w:br/>
        <w:t>з’їла вже четверту книжку,&lt;br /&gt;</w:t>
        <w:br/>
        <w:t>а така ж мала –&lt;br /&gt;</w:t>
        <w:br/>
        <w:t>майже як була.</w:t>
      </w:r>
    </w:p>
    <w:p>
      <w:r>
        <w:br/>
        <w:t>Докоряє миша-мама:&lt;br /&gt;</w:t>
        <w:br/>
        <w:t>– Не читала ти їх, мабуть,&lt;br /&gt;</w:t>
        <w:br/>
        <w:t>а без цього ти&lt;br /&gt;</w:t>
        <w:br/>
        <w:t>не будеш рости.</w:t>
      </w:r>
    </w:p>
    <w:p>
      <w:r>
        <w:br/>
        <w:t>Це, дитинко, знають всі&lt;br /&gt;</w:t>
        <w:br/>
        <w:t>миші й навіть люди:&lt;br /&gt;</w:t>
        <w:br/>
        <w:t>не читаєш, а їси –&lt;br /&gt;</w:t>
        <w:br/>
        <w:t>користі не буде.</w:t>
      </w:r>
    </w:p>
    <w:p>
      <w:r>
        <w:br/>
        <w:t>РОЗМОВА</w:t>
      </w:r>
    </w:p>
    <w:p>
      <w:r>
        <w:br/>
        <w:t>– Літак?&lt;br /&gt;</w:t>
        <w:br/>
        <w:t>– Так!&lt;br /&gt;</w:t>
        <w:br/>
        <w:t>– У вікні?&lt;br /&gt;</w:t>
        <w:br/>
        <w:t>– Ні,&lt;br /&gt;</w:t>
        <w:br/>
        <w:t>он там.&lt;br /&gt;</w:t>
        <w:br/>
        <w:t>– Сам?&lt;br /&gt;</w:t>
        <w:br/>
        <w:t>– Не сам,&lt;br /&gt;</w:t>
        <w:br/>
        <w:t>із хмариною&lt;br /&gt;</w:t>
        <w:br/>
        <w:t>темно-синьою.&lt;br /&gt;</w:t>
        <w:br/>
        <w:t>– Так то ж місяць&lt;br /&gt;</w:t>
        <w:br/>
        <w:t>небо місить,&lt;br /&gt;</w:t>
        <w:br/>
        <w:t>хлібчик сонця пече.&lt;br /&gt;</w:t>
        <w:br/>
        <w:t>– А хмара?&lt;br /&gt;</w:t>
        <w:br/>
        <w:t>– Гаряча пара&lt;br /&gt;</w:t>
        <w:br/>
        <w:t>від хлібця в небо тече.</w:t>
      </w:r>
    </w:p>
    <w:p>
      <w:r>
        <w:br/>
        <w:t>БУЛЬ i НЯМ</w:t>
      </w:r>
    </w:p>
    <w:p>
      <w:r>
        <w:br/>
        <w:t>На річці діти буль-буль-буль,&lt;br /&gt;</w:t>
        <w:br/>
        <w:t>а бегемоти – ох.&lt;br /&gt;</w:t>
        <w:br/>
        <w:t>У річці бегемотів нуль,&lt;br /&gt;</w:t>
        <w:br/>
        <w:t>А діти буль за двох.</w:t>
      </w:r>
    </w:p>
    <w:p>
      <w:r>
        <w:br/>
        <w:t>Бурчав найстарший бегемот:&lt;br /&gt;</w:t>
        <w:br/>
        <w:t>– Цього не потерплю!&lt;br /&gt;</w:t>
        <w:br/>
        <w:t>Не хочу я на річці от –&lt;br /&gt;</w:t>
        <w:br/>
        <w:t>я буль-буль-буль люблю.</w:t>
      </w:r>
    </w:p>
    <w:p>
      <w:r>
        <w:br/>
        <w:t>Сказало бегемотеня:&lt;br /&gt;</w:t>
        <w:br/>
        <w:t>– Ви, дядечку, мовчіть.&lt;br /&gt;</w:t>
        <w:br/>
        <w:t>Удень ми будем ням-ням-ням,&lt;br /&gt;</w:t>
        <w:br/>
        <w:t>а буль-буль-буль вночі.</w:t>
      </w:r>
    </w:p>
    <w:p>
      <w:r>
        <w:br/>
        <w:t>УРОКИ МОВИ</w:t>
      </w:r>
    </w:p>
    <w:p>
      <w:r>
        <w:br/>
        <w:t>Прийшла до нас якось бабуся Яга,&lt;br /&gt;</w:t>
        <w:br/>
        <w:t>яка не уміла казали "ага".&lt;br /&gt;</w:t>
        <w:br/>
        <w:t>Виходило в неї "аґа" та "аґа",&lt;br /&gt;</w:t>
        <w:br/>
        <w:t>як в гуски, яка розмовляє "ґа-ґа".</w:t>
      </w:r>
    </w:p>
    <w:p>
      <w:r>
        <w:br/>
        <w:t>А ще зустрічався нам дідо Ягун,&lt;br /&gt;</w:t>
        <w:br/>
        <w:t>він людської мови вчив бабу Ягу.&lt;br /&gt;</w:t>
        <w:br/>
        <w:t>Вона ж не хотіла, хоч плач, а хоч скач,&lt;br /&gt;</w:t>
        <w:br/>
        <w:t>і на паляницю казала "калач".</w:t>
      </w:r>
    </w:p>
    <w:p>
      <w:r>
        <w:br/>
        <w:t>Така ото, дітки, пригода була,&lt;br /&gt;</w:t>
        <w:br/>
        <w:t>допоки Яга в Кострому не втекла.&lt;br /&gt;</w:t>
        <w:br/>
        <w:t>Бо справді: не вмієш сказати "ого",&lt;br /&gt;</w:t>
        <w:br/>
        <w:t>То й нічого діток лякати, Яго.</w:t>
      </w:r>
    </w:p>
    <w:p>
      <w:r>
        <w:br/>
        <w:t>СТРАШНА КАЗКА</w:t>
      </w:r>
    </w:p>
    <w:p>
      <w:r>
        <w:br/>
        <w:t>У темному-темному лісі&lt;br /&gt;</w:t>
        <w:br/>
        <w:t>жив темний-претемний ліс,&lt;br /&gt;</w:t>
        <w:br/>
        <w:t>а в темнім-претемнім лісі&lt;br /&gt;</w:t>
        <w:br/>
        <w:t>було дуже темно скрізь.</w:t>
      </w:r>
    </w:p>
    <w:p>
      <w:r>
        <w:br/>
        <w:t>Там бігали темні вовчиська&lt;br /&gt;</w:t>
        <w:br/>
        <w:t>і темних ловили зайців,&lt;br /&gt;</w:t>
        <w:br/>
        <w:t>і там, не далеко й не близько,&lt;br /&gt;</w:t>
        <w:br/>
        <w:t>жив дідько у чорнім яйці.</w:t>
      </w:r>
    </w:p>
    <w:p>
      <w:r>
        <w:br/>
        <w:t>Той дідько був темний-претемний&lt;br /&gt;</w:t>
        <w:br/>
        <w:t>і темні творив діла,&lt;br /&gt;</w:t>
        <w:br/>
        <w:t>а в ньому іще темніша&lt;br /&gt;</w:t>
        <w:br/>
        <w:t>чортяча душа жила.</w:t>
      </w:r>
    </w:p>
    <w:p>
      <w:r>
        <w:br/>
        <w:t>Вона цю страшнющу казку&lt;br /&gt;</w:t>
        <w:br/>
        <w:t>мотала собі на вус…&lt;br /&gt;</w:t>
        <w:br/>
        <w:t>Їй також повірити важко,&lt;br /&gt;</w:t>
        <w:br/>
        <w:t>що ти такий боягуз!</w:t>
      </w:r>
    </w:p>
    <w:p>
      <w:r>
        <w:br/>
        <w:t>МАЙДАН І МАЙДАНЧИКИ</w:t>
      </w:r>
    </w:p>
    <w:p>
      <w:r>
        <w:br/>
        <w:t>– А чи є у Майдана майданчик? –&lt;br /&gt;</w:t>
        <w:br/>
        <w:t>запитався у Стефи Богданчик.</w:t>
      </w:r>
    </w:p>
    <w:p>
      <w:r>
        <w:br/>
        <w:t>Каже Стефа: – Їх сто або й двісті,&lt;br /&gt;</w:t>
        <w:br/>
        <w:t>вони в кожному, – каже, – місті,</w:t>
      </w:r>
    </w:p>
    <w:p>
      <w:r>
        <w:br/>
        <w:t>їх у нього дуже багато –&lt;br /&gt;</w:t>
        <w:br/>
        <w:t>він багатомайданний тато.</w:t>
      </w:r>
    </w:p>
    <w:p>
      <w:r>
        <w:br/>
        <w:t>СПРАВЖНЯ СВИНЯ</w:t>
      </w:r>
    </w:p>
    <w:p>
      <w:r>
        <w:br/>
        <w:t>Вже сім’я поснула вся,&lt;br /&gt;</w:t>
        <w:br/>
        <w:t>лиш маленьке Порося&lt;br /&gt;</w:t>
        <w:br/>
        <w:t>все блукає по росі,&lt;br /&gt;</w:t>
        <w:br/>
        <w:t>щось шукає в спориші.&lt;br /&gt;</w:t>
        <w:br/>
        <w:t>Каже: десь побіг на луг&lt;br /&gt;</w:t>
        <w:br/>
        <w:t>мій найкращий в світі друг.&lt;br /&gt;</w:t>
        <w:br/>
        <w:t>Не вернувся він і досі,&lt;br /&gt;</w:t>
        <w:br/>
        <w:t>а у нього ж ніжки босі.</w:t>
      </w:r>
    </w:p>
    <w:p>
      <w:r>
        <w:br/>
        <w:t>Розбудилась мама Цьоня,&lt;br /&gt;</w:t>
        <w:br/>
        <w:t>кличе: йди до ліжка, доню.&lt;br /&gt;</w:t>
        <w:br/>
        <w:t>Порося ж уперлось: ні,&lt;br /&gt;</w:t>
        <w:br/>
        <w:t>не годиться так свині,&lt;br /&gt;</w:t>
        <w:br/>
        <w:t>хай година перша, друга –&lt;br /&gt;</w:t>
        <w:br/>
        <w:t>все одно діждуся друга…</w:t>
      </w:r>
    </w:p>
    <w:p>
      <w:r>
        <w:br/>
        <w:t>Хто той друг – не в тому річ.&lt;br /&gt;</w:t>
        <w:br/>
        <w:t>Прочека хоч цілу ніч,&lt;br /&gt;</w:t>
        <w:br/>
        <w:t>й з неї, впевнена рідня,&lt;br /&gt;</w:t>
        <w:br/>
        <w:t>справжня виросте свиня.</w:t>
      </w:r>
    </w:p>
    <w:p>
      <w:r>
        <w:br/>
        <w:t>ВЕРЕДЛИВІ ХМАРИ</w:t>
      </w:r>
    </w:p>
    <w:p>
      <w:r>
        <w:br/>
        <w:t>В білій-білій білоті&lt;br /&gt;</w:t>
        <w:br/>
        <w:t>заметілить заметіль.&lt;br /&gt;</w:t>
        <w:br/>
        <w:t>Всі замети замете,&lt;br /&gt;</w:t>
        <w:br/>
        <w:t>а на ранок – щось не те!&lt;br /&gt;</w:t>
        <w:br/>
        <w:t>Де замети? Ой! Нема…&lt;br /&gt;</w:t>
        <w:br/>
        <w:t>Порозтанула зима,&lt;br /&gt;</w:t>
        <w:br/>
        <w:t>розтеклася між калюжі.</w:t>
      </w:r>
    </w:p>
    <w:p>
      <w:r>
        <w:br/>
        <w:t>Не хвилюйтесь, любі друзі.&lt;br /&gt;</w:t>
        <w:br/>
        <w:t>Хмарка ось і хмарка ген,&lt;br /&gt;</w:t>
        <w:br/>
        <w:t>є у них ще цілий день,&lt;br /&gt;</w:t>
        <w:br/>
        <w:t>снігу встигнуть натрусити.&lt;br /&gt;</w:t>
        <w:br/>
        <w:t>Тільки – треба попросити…</w:t>
      </w:r>
    </w:p>
    <w:p>
      <w:r>
        <w:br/>
        <w:t>ЩОКАСТЕ ДИТИНЧА</w:t>
      </w:r>
    </w:p>
    <w:p>
      <w:r>
        <w:br/>
        <w:t>А щокасте дитинча&lt;br /&gt;</w:t>
        <w:br/>
        <w:t>грало з кицею в м’яча.&lt;br /&gt;</w:t>
        <w:br/>
        <w:t>М’яч до киці підкотило –&lt;br /&gt;</w:t>
        <w:br/>
        <w:t>киця хвостиком відбила.</w:t>
      </w:r>
    </w:p>
    <w:p>
      <w:r>
        <w:br/>
        <w:t>Дитинча щокасте,&lt;br /&gt;</w:t>
        <w:br/>
        <w:t>ще й бурундучасте!</w:t>
      </w:r>
    </w:p>
    <w:p>
      <w:r>
        <w:br/>
        <w:t>А щокасте дитинча&lt;br /&gt;</w:t>
        <w:br/>
        <w:t>танцювало ча-ча-ча…&lt;br /&gt;</w:t>
        <w:br/>
        <w:t>На животику у тата&lt;br /&gt;</w:t>
        <w:br/>
        <w:t>дуже м’яко пострибати.</w:t>
      </w:r>
    </w:p>
    <w:p>
      <w:r>
        <w:br/>
        <w:t>Дитинча щокасте,&lt;br /&gt;</w:t>
        <w:br/>
        <w:t>ще й бурундучасте!</w:t>
      </w:r>
    </w:p>
    <w:p>
      <w:r>
        <w:br/>
        <w:t>А щокасте дитинча&lt;br /&gt;</w:t>
        <w:br/>
        <w:t>на столі знайшло ключа.&lt;br /&gt;</w:t>
        <w:br/>
        <w:t>– Не дотягнусь ним до вічка.&lt;br /&gt;</w:t>
        <w:br/>
        <w:t>Домалюй ключа, сестричко.</w:t>
      </w:r>
    </w:p>
    <w:p>
      <w:r>
        <w:br/>
        <w:t>Дитинча щокасте,&lt;br /&gt;</w:t>
        <w:br/>
        <w:t>ще й бурундучасте!</w:t>
      </w:r>
    </w:p>
    <w:p>
      <w:r>
        <w:br/>
        <w:t>А щокасте дитинча&lt;br /&gt;</w:t>
        <w:br/>
        <w:t>готувало калача.&lt;br /&gt;</w:t>
        <w:br/>
        <w:t>– Буде мамі на обід,&lt;br /&gt;</w:t>
        <w:br/>
        <w:t>лиш піску додам, як слід.</w:t>
      </w:r>
    </w:p>
    <w:p>
      <w:r>
        <w:br/>
        <w:t>Дитинча щокасте,&lt;br /&gt;</w:t>
        <w:br/>
        <w:t>ще й бурундучасте!</w:t>
      </w:r>
    </w:p>
    <w:p>
      <w:r>
        <w:br/>
        <w:t>НА ЗУБ</w:t>
      </w:r>
    </w:p>
    <w:p>
      <w:r>
        <w:br/>
        <w:t>Пізнає Стефуся світ,&lt;br /&gt;</w:t>
        <w:br/>
        <w:t>як сніданок чи обід.</w:t>
      </w:r>
    </w:p>
    <w:p>
      <w:r>
        <w:br/>
        <w:t>Книжку, іграшку, листок,&lt;br /&gt;</w:t>
        <w:br/>
        <w:t>кицю, Лізин чобіток,&lt;br /&gt;</w:t>
        <w:br/>
        <w:t>ополоник, зерня маку,&lt;br /&gt;</w:t>
        <w:br/>
        <w:t>дідусевого собаку,&lt;br /&gt;</w:t>
        <w:br/>
        <w:t>татів ремінь, з вікон рами,&lt;br /&gt;</w:t>
        <w:br/>
        <w:t>дисертацію у мами,&lt;br /&gt;</w:t>
        <w:br/>
        <w:t>табуретку й просто луб –&lt;br /&gt;</w:t>
        <w:br/>
        <w:t>все попробує на зуб.</w:t>
      </w:r>
    </w:p>
    <w:p>
      <w:r>
        <w:br/>
        <w:t>ХВОСТИКИ</w:t>
      </w:r>
    </w:p>
    <w:p>
      <w:r>
        <w:br/>
        <w:t>Хвостик хвостику привітно&lt;br /&gt;</w:t>
        <w:br/>
        <w:t>трі-по-тів,&lt;br /&gt;</w:t>
        <w:br/>
        <w:t>а від нього інший хвостик&lt;br /&gt;</w:t>
        <w:br/>
        <w:t>дрі-бо-тів,</w:t>
      </w:r>
    </w:p>
    <w:p>
      <w:r>
        <w:br/>
        <w:t>а Лізятко їх докупи&lt;br /&gt;</w:t>
        <w:br/>
        <w:t>гре-бін-цем,&lt;br /&gt;</w:t>
        <w:br/>
        <w:t>у кісочку посплітало –&lt;br /&gt;</w:t>
        <w:br/>
        <w:t>та й усе!</w:t>
      </w:r>
    </w:p>
    <w:p>
      <w:r>
        <w:br/>
        <w:t>ПЕРШІ КРОКИ</w:t>
      </w:r>
    </w:p>
    <w:p>
      <w:r>
        <w:br/>
        <w:t>Є у Стефи топи-топи,&lt;br /&gt;</w:t>
        <w:br/>
        <w:t>в них Стефуся топа, топа,&lt;br /&gt;</w:t>
        <w:br/>
        <w:t>лиш сестричку за дві ручки&lt;br /&gt;</w:t>
        <w:br/>
        <w:t>хап!</w:t>
      </w:r>
    </w:p>
    <w:p>
      <w:r>
        <w:br/>
        <w:t>Ця земля така твердюча,&lt;br /&gt;</w:t>
        <w:br/>
        <w:t>як по ній топ-топати?&lt;br /&gt;</w:t>
        <w:br/>
        <w:t>Відпущу сестрички руці –&lt;br /&gt;</w:t>
        <w:br/>
        <w:t>упаду на попу.</w:t>
      </w:r>
    </w:p>
    <w:p>
      <w:r>
        <w:br/>
        <w:t>От я виросту ще трішки,&lt;br /&gt;</w:t>
        <w:br/>
        <w:t>попід стіл піду я пішки,&lt;br /&gt;</w:t>
        <w:br/>
        <w:t>і котище&lt;br /&gt;</w:t>
        <w:br/>
        <w:t>за хвостище&lt;br /&gt;</w:t>
        <w:br/>
        <w:t>хап!</w:t>
      </w:r>
    </w:p>
    <w:p>
      <w:r>
        <w:br/>
        <w:t>Принесу сестричці кицю,&lt;br /&gt;</w:t>
        <w:br/>
        <w:t>будем разом гладити.&lt;br /&gt;</w:t>
        <w:br/>
        <w:t>Лиш навчи мене сестричко,&lt;br /&gt;</w:t>
        <w:br/>
        <w:t>як іти й не падати.</w:t>
      </w:r>
    </w:p>
    <w:p>
      <w:r>
        <w:br/>
        <w:t>ОТ!</w:t>
      </w:r>
    </w:p>
    <w:p>
      <w:r>
        <w:br/>
        <w:t>Ходить доня по городу,&lt;br /&gt;</w:t>
        <w:br/>
        <w:t>як… оса по бутерброду!</w:t>
      </w:r>
    </w:p>
    <w:p>
      <w:r>
        <w:br/>
        <w:t>Обережно, обере…&lt;br /&gt;</w:t>
        <w:br/>
        <w:t>ягідки усі збере.</w:t>
      </w:r>
    </w:p>
    <w:p>
      <w:r>
        <w:br/>
        <w:t>Не в горнятко – тільки в рот.&lt;br /&gt;</w:t>
        <w:br/>
        <w:t>От!</w:t>
      </w:r>
    </w:p>
    <w:p>
      <w:r>
        <w:br/>
        <w:t>ПРИГОДА</w:t>
      </w:r>
    </w:p>
    <w:p>
      <w:r>
        <w:br/>
        <w:t>Киця Аліса&lt;br /&gt;</w:t>
        <w:br/>
        <w:t>на дуба залізла.&lt;br /&gt;</w:t>
        <w:br/>
        <w:t>Дуб: прусь!&lt;br /&gt;</w:t>
        <w:br/>
        <w:t>Гілка: хрусь!&lt;br /&gt;</w:t>
        <w:br/>
        <w:t>Киця Дуба ніжно: кусь!&lt;br /&gt;</w:t>
        <w:br/>
        <w:t>Ще й хвостом по дубі: лусь!</w:t>
      </w:r>
    </w:p>
    <w:p>
      <w:r>
        <w:br/>
        <w:t>…От марми-и-иза!</w:t>
      </w:r>
    </w:p>
    <w:p>
      <w:r>
        <w:br/>
        <w:t>АЛІСА І КОМАР</w:t>
      </w:r>
    </w:p>
    <w:p>
      <w:r>
        <w:br/>
        <w:t>Той комар – така потвора!&lt;br /&gt;</w:t>
        <w:br/>
        <w:t>Так і шаста коло двору.&lt;br /&gt;</w:t>
        <w:br/>
        <w:t>А як тільки лиш дівчатка&lt;br /&gt;</w:t>
        <w:br/>
        <w:t>вийдуть з хатки погулятки,&lt;br /&gt;</w:t>
        <w:br/>
        <w:t>він одразу: кусь!</w:t>
      </w:r>
    </w:p>
    <w:p>
      <w:r>
        <w:br/>
        <w:t>Відганяти вийшов тато,&lt;br /&gt;</w:t>
        <w:br/>
        <w:t>вийшла мама відганяти,&lt;br /&gt;</w:t>
        <w:br/>
        <w:t>і одразу дві бабусі:&lt;br /&gt;</w:t>
        <w:br/>
        <w:t>– Не роби дівчаткам кусі! –&lt;br /&gt;</w:t>
        <w:br/>
        <w:t>А він далі: кусь!</w:t>
      </w:r>
    </w:p>
    <w:p>
      <w:r>
        <w:br/>
        <w:t>Вийшла квочка, вийшли кури,&lt;br /&gt;</w:t>
        <w:br/>
        <w:t>вийшов півнище похмурий,&lt;br /&gt;</w:t>
        <w:br/>
        <w:t>і качки прийшли, і гуси:&lt;br /&gt;</w:t>
        <w:br/>
        <w:t>– Не роби дівчаткам кусі! –&lt;br /&gt;</w:t>
        <w:br/>
        <w:t>А він знову: кусь!</w:t>
      </w:r>
    </w:p>
    <w:p>
      <w:r>
        <w:br/>
        <w:t>Тут прокинулась Аліса&lt;br /&gt;</w:t>
        <w:br/>
        <w:t>(киця спала на печі),&lt;br /&gt;</w:t>
        <w:br/>
        <w:t>позіхнула, з печі злізла&lt;br /&gt;</w:t>
        <w:br/>
        <w:t>і прибігла на плачі:&lt;br /&gt;</w:t>
        <w:br/>
        <w:t>– Хто тут діток ображає?&lt;br /&gt;</w:t>
        <w:br/>
        <w:t>Хапну! Дряпну!! Покусаю!!! –&lt;br /&gt;</w:t>
        <w:br/>
        <w:t>Комарисько тільки шасть –&lt;br /&gt;</w:t>
        <w:br/>
        <w:t>і минулася напасть.</w:t>
      </w:r>
    </w:p>
    <w:p>
      <w:r>
        <w:br/>
        <w:t>СКОРОМОВКА</w:t>
      </w:r>
    </w:p>
    <w:p>
      <w:r>
        <w:br/>
        <w:t>Їх покликали&lt;br /&gt;</w:t>
        <w:br/>
        <w:t>на Паликопи,&lt;br /&gt;</w:t>
        <w:br/>
        <w:t>а вони по конях&lt;br /&gt;</w:t>
        <w:br/>
        <w:t>на Пантелеймона![1]</w:t>
      </w:r>
    </w:p>
    <w:p>
      <w:r>
        <w:br/>
        <w:t>ОСЛИК І ОСЛІНЧИК</w:t>
      </w:r>
    </w:p>
    <w:p>
      <w:r>
        <w:br/>
        <w:t>Всівся ослик на ослін,&lt;br /&gt;</w:t>
        <w:br/>
        <w:t>незгинаючиколін.&lt;br /&gt;</w:t>
        <w:br/>
        <w:t>Зліва хвостик, справа кінчик…&lt;br /&gt;</w:t>
        <w:br/>
        <w:t>Де тут ослик, де ослінчик?</w:t>
      </w:r>
    </w:p>
    <w:p>
      <w:r>
        <w:br/>
        <w:t>УЧНІВ НЕ ЇДЯТЬ</w:t>
      </w:r>
    </w:p>
    <w:p>
      <w:r>
        <w:br/>
        <w:t>Вивчив Павук&lt;br /&gt;</w:t>
        <w:br/>
        <w:t>основи наук,&lt;br /&gt;</w:t>
        <w:br/>
        <w:t>і вечорами Муха&lt;br /&gt;</w:t>
        <w:br/>
        <w:t>його уважно слуха.</w:t>
      </w:r>
    </w:p>
    <w:p>
      <w:r>
        <w:br/>
        <w:t>– Я, – каже, – Павуче,&lt;br /&gt;</w:t>
        <w:br/>
        <w:t>тепер твій учень.&lt;br /&gt;</w:t>
        <w:br/>
        <w:t>Став "двійку" чи "п’ять",&lt;br /&gt;</w:t>
        <w:br/>
        <w:t>Та учнів не їдять.</w:t>
      </w:r>
    </w:p>
    <w:p>
      <w:r>
        <w:br/>
        <w:t>ЗНАННЯ</w:t>
      </w:r>
    </w:p>
    <w:p>
      <w:r>
        <w:br/>
        <w:t>Нуль помножити на нуль,&lt;br /&gt;</w:t>
        <w:br/>
        <w:t>накрутити десять дуль,&lt;br /&gt;</w:t>
        <w:br/>
        <w:t>і додати два хвости,&lt;br /&gt;</w:t>
        <w:br/>
        <w:t>і в комору занести,</w:t>
      </w:r>
    </w:p>
    <w:p>
      <w:r>
        <w:br/>
        <w:t>а тоді додати знову&lt;br /&gt;</w:t>
        <w:br/>
        <w:t>хоч єдине тепле слово,&lt;br /&gt;</w:t>
        <w:br/>
        <w:t>помішати, посолити&lt;br /&gt;</w:t>
        <w:br/>
        <w:t>і підручником накрити…</w:t>
      </w:r>
    </w:p>
    <w:p>
      <w:r>
        <w:br/>
        <w:t>…Але зранку все так само –&lt;br /&gt;</w:t>
        <w:br/>
        <w:t>зранку доню знову мама&lt;br /&gt;</w:t>
        <w:br/>
        <w:t>з пункту "Д" до пункту "Ш"&lt;br /&gt;</w:t>
        <w:br/>
        <w:t>всю дорогу утіша.</w:t>
      </w:r>
    </w:p>
    <w:p>
      <w:r>
        <w:br/>
        <w:t>НАКРИВСЯ</w:t>
      </w:r>
    </w:p>
    <w:p>
      <w:r>
        <w:br/>
        <w:t>За лісом синій дощ стелився.&lt;br /&gt;</w:t>
        <w:br/>
        <w:t>Ліс накривався – і накрився.</w:t>
      </w:r>
    </w:p>
    <w:p>
      <w:r>
        <w:br/>
        <w:t>ДОДОМУ</w:t>
      </w:r>
    </w:p>
    <w:p>
      <w:r>
        <w:br/>
        <w:t>Качка качуру:&lt;br /&gt;</w:t>
        <w:br/>
        <w:t>– Не розкачуйся!</w:t>
      </w:r>
    </w:p>
    <w:p>
      <w:r>
        <w:br/>
        <w:t>Від річки доріжки –&lt;br /&gt;</w:t>
        <w:br/>
        <w:t>півсвіту пішки.</w:t>
      </w:r>
    </w:p>
    <w:p>
      <w:r>
        <w:br/>
        <w:t>Вернем затемна –&lt;br /&gt;</w:t>
        <w:br/>
        <w:t>ото й знатимеш!</w:t>
      </w:r>
    </w:p>
    <w:p>
      <w:r>
        <w:br/>
        <w:t>ВЕЧІРНІЙ ЧАЙ</w:t>
      </w:r>
    </w:p>
    <w:p>
      <w:r>
        <w:br/>
        <w:t>На буфеті у пакеті&lt;br /&gt;</w:t>
        <w:br/>
        <w:t>проживає чай.&lt;br /&gt;</w:t>
        <w:br/>
        <w:t>Він до півнів аж до третіх&lt;br /&gt;</w:t>
        <w:br/>
        <w:t>булька, як ручай.</w:t>
      </w:r>
    </w:p>
    <w:p>
      <w:r>
        <w:br/>
        <w:t>І лепече, і лопоче,&lt;br /&gt;</w:t>
        <w:br/>
        <w:t>заваритись дуже хоче,&lt;br /&gt;</w:t>
        <w:br/>
        <w:t>і пахтить, як мед.&lt;br /&gt;</w:t>
        <w:br/>
        <w:t>А як півень відспіває,&lt;br /&gt;</w:t>
        <w:br/>
        <w:t>чай ображено зітхає&lt;br /&gt;</w:t>
        <w:br/>
        <w:t>і верта в пакет.</w:t>
      </w:r>
    </w:p>
    <w:p>
      <w:r>
        <w:br/>
        <w:t>…А на ранок він лукаво&lt;br /&gt;</w:t>
        <w:br/>
        <w:t>на усіх бурчав:&lt;br /&gt;</w:t>
        <w:br/>
        <w:t>– Пийте каву, пийте каву,&lt;br /&gt;</w:t>
        <w:br/>
        <w:t>я вечірній чай!</w:t>
      </w:r>
    </w:p>
    <w:p>
      <w:r>
        <w:br/>
        <w:t>ЗОРІ Й МІСЯЦЬ</w:t>
      </w:r>
    </w:p>
    <w:p>
      <w:r>
        <w:br/>
        <w:t>Усі сови&lt;br /&gt;</w:t>
        <w:br/>
        <w:t>попросиналися,&lt;br /&gt;</w:t>
        <w:br/>
        <w:t>із небесних зворів&lt;br /&gt;</w:t>
        <w:br/>
        <w:t>очима світяться,</w:t>
      </w:r>
    </w:p>
    <w:p>
      <w:r>
        <w:br/>
        <w:t>лиш одна сова&lt;br /&gt;</w:t>
        <w:br/>
        <w:t>зо звору висовилася,&lt;br /&gt;</w:t>
        <w:br/>
        <w:t>над сонним ставом&lt;br /&gt;</w:t>
        <w:br/>
        <w:t>пір’я чистить.</w:t>
      </w:r>
    </w:p>
    <w:p>
      <w:r>
        <w:br/>
        <w:t>КОЛИСКОВА</w:t>
      </w:r>
    </w:p>
    <w:p>
      <w:r>
        <w:br/>
        <w:t>Ой ходила лебедиха,&lt;br /&gt;</w:t>
        <w:br/>
        <w:t>та й у лузі, лу&lt;br /&gt;</w:t>
        <w:br/>
        <w:t>пригорнула тихо-тихо&lt;br /&gt;</w:t>
        <w:br/>
        <w:t>крильцем ковилу.</w:t>
      </w:r>
    </w:p>
    <w:p>
      <w:r>
        <w:br/>
        <w:t>Ой ходила лебедиха,&lt;br /&gt;</w:t>
        <w:br/>
        <w:t>та й у лісі, лі&lt;br /&gt;</w:t>
        <w:br/>
        <w:t>притулилась тихо-тихо&lt;br /&gt;</w:t>
        <w:br/>
        <w:t>крильцем до землі.</w:t>
      </w:r>
    </w:p>
    <w:p>
      <w:r>
        <w:br/>
        <w:t>Полетіла лебедиха&lt;br /&gt;</w:t>
        <w:br/>
        <w:t>понад озером,&lt;br /&gt;</w:t>
        <w:br/>
        <w:t>напувала сині очі&lt;br /&gt;</w:t>
        <w:br/>
        <w:t>синім прoзором.</w:t>
      </w:r>
    </w:p>
    <w:p>
      <w:r>
        <w:br/>
        <w:t>Золотила сиву душу&lt;br /&gt;</w:t>
        <w:br/>
        <w:t>сонцем росяним,&lt;br /&gt;</w:t>
        <w:br/>
        <w:t>жовтим колосом, дитинко,&lt;br /&gt;</w:t>
        <w:br/>
        <w:t>синім прoзором.</w:t>
      </w:r>
    </w:p>
    <w:p>
      <w:r>
        <w:br/>
        <w:t>Тихо-тихо лебедиха&lt;br /&gt;</w:t>
        <w:br/>
        <w:t>в небі танула&lt;br /&gt;</w:t>
        <w:br/>
        <w:t>над Вкраїною, дитинко,&lt;br /&gt;</w:t>
        <w:br/>
        <w:t>над коханою.</w:t>
      </w:r>
    </w:p>
    <w:p>
      <w:r>
        <w:br/>
        <w:t>[1] Святого Пантелеймона, знаменитого цілителя, українська церква вшановує 9 серпня. А в народі це свято називають іще Паликопи, – адже це час літніх гроз, коли блискавка легко може вцілити в копи щойно зібраного хліба, от наші предки й обрали цей день для молитов, які відвернули б таку загрозу. Так що герої цієї скоромовки не помилилися, а вирушили в дорогу саме тоді, коли їх і було покликано.</w:t>
      </w:r>
    </w:p>
    <w:p>
      <w:r>
        <w:br/>
        <w:t>***</w:t>
      </w:r>
    </w:p>
    <w:p>
      <w:r>
        <w:br/>
        <w:t>СУМЛІННА УЧЕНИЦЯ</w:t>
      </w:r>
    </w:p>
    <w:p>
      <w:r>
        <w:br/>
        <w:t>Школа теж була би – сила!&lt;br /&gt;</w:t>
        <w:br/>
        <w:t>Я б відвідувала й дві,&lt;br /&gt;</w:t>
        <w:br/>
        <w:t>якби там мене учили&lt;br /&gt;</w:t>
        <w:br/>
        <w:t>з хом’ячками в голові.</w:t>
      </w:r>
    </w:p>
    <w:p>
      <w:r>
        <w:br/>
        <w:t>А якби навчати вволю&lt;br /&gt;</w:t>
        <w:br/>
        <w:t>доручили псу й коту –&lt;br /&gt;</w:t>
        <w:br/>
        <w:t>я не те що вам у школу,&lt;br /&gt;</w:t>
        <w:br/>
        <w:t>я пішла б і в інститут.</w:t>
      </w:r>
    </w:p>
    <w:p>
      <w:r>
        <w:br/>
        <w:t>Ще якби нам на екзамен&lt;br /&gt;</w:t>
        <w:br/>
        <w:t>миша, дятел і павук –&lt;br /&gt;</w:t>
        <w:br/>
        <w:t>отоді втекла б і мама&lt;br /&gt;</w:t>
        <w:br/>
        <w:t>в академію наук...</w:t>
      </w:r>
    </w:p>
    <w:p>
      <w:r>
        <w:br/>
        <w:t>ПІВГОРОШИНИ</w:t>
      </w:r>
    </w:p>
    <w:p>
      <w:r>
        <w:br/>
        <w:t>Плаксію, плаксію –&lt;br /&gt;</w:t>
        <w:br/>
        <w:t>горошини сію!&lt;br /&gt;</w:t>
        <w:br/>
        <w:t>Тобі, розбишако, –&lt;br /&gt;</w:t>
        <w:br/>
        <w:t>на шапку.&lt;br /&gt;</w:t>
        <w:br/>
        <w:t>Тобі, злюко, –&lt;br /&gt;</w:t>
        <w:br/>
        <w:t>на руку.&lt;br /&gt;</w:t>
        <w:br/>
        <w:t>Тобі, нечупаро, –&lt;br /&gt;</w:t>
        <w:br/>
        <w:t>на палець!&lt;br /&gt;</w:t>
        <w:br/>
        <w:t>Тобі, вередуле, –&lt;br /&gt;</w:t>
        <w:br/>
        <w:t>на личко.</w:t>
      </w:r>
    </w:p>
    <w:p>
      <w:r>
        <w:br/>
        <w:t>А в маленької доні&lt;br /&gt;</w:t>
        <w:br/>
        <w:t>одна на долоні,&lt;br /&gt;</w:t>
        <w:br/>
        <w:t>та й та непрошена –&lt;br /&gt;</w:t>
        <w:br/>
        <w:t>лиш так, півгорошини...</w:t>
      </w:r>
    </w:p>
    <w:p>
      <w:r>
        <w:br/>
        <w:t>ТРИ ПЛАЧІ</w:t>
      </w:r>
    </w:p>
    <w:p>
      <w:r>
        <w:br/>
        <w:t>Доні снилися вночі&lt;br /&gt;</w:t>
        <w:br/>
        <w:t>три плачі.</w:t>
      </w:r>
    </w:p>
    <w:p>
      <w:r>
        <w:br/>
        <w:t>Перший плач&lt;br /&gt;</w:t>
        <w:br/>
        <w:t>жував калач,&lt;br /&gt;</w:t>
        <w:br/>
        <w:t>другий одягнувся в плащ,&lt;br /&gt;</w:t>
        <w:br/>
        <w:t>а у третього плачу&lt;br /&gt;</w:t>
        <w:br/>
        <w:t>парасолька від дощу.</w:t>
      </w:r>
    </w:p>
    <w:p>
      <w:r>
        <w:br/>
        <w:t>Перший доню пригощав,&lt;br /&gt;</w:t>
        <w:br/>
        <w:t>другий кицькою нявчав,&lt;br /&gt;</w:t>
        <w:br/>
        <w:t>третій, взявши на долоню,&lt;br /&gt;</w:t>
        <w:br/>
        <w:t>колихав маленьку доню&lt;br /&gt;</w:t>
        <w:br/>
        <w:t>і просив її іще&lt;br /&gt;</w:t>
        <w:br/>
        <w:t>погуляти під дощем.</w:t>
      </w:r>
    </w:p>
    <w:p>
      <w:r>
        <w:br/>
        <w:t>– Я із вами,&lt;br /&gt;</w:t>
        <w:br/>
        <w:t>плаксіями, –&lt;br /&gt;</w:t>
        <w:br/>
        <w:t>каже доня, – не піду,&lt;br /&gt;</w:t>
        <w:br/>
        <w:t>я покличу тата й маму,&lt;br /&gt;</w:t>
        <w:br/>
        <w:t>ще й сестричку приведу,&lt;br /&gt;</w:t>
        <w:br/>
        <w:t>і вони як засміються,&lt;br /&gt;</w:t>
        <w:br/>
        <w:t>як прокинуться усі –&lt;br /&gt;</w:t>
        <w:br/>
        <w:t>від плачів не стане й сліду.&lt;br /&gt;</w:t>
        <w:br/>
        <w:t>Може, тільки у росі...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Чакалка (збірка)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