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Був монастир, а в нім черці...</w:t>
      </w:r>
    </w:p>
    <w:p>
      <w:r>
        <w:br/>
        <w:t xml:space="preserve"> Був монастир, а в нім черці —&lt;br /&gt;</w:t>
        <w:br/>
        <w:t>відлюдки тихі, богомільні&lt;br /&gt;</w:t>
        <w:br/>
        <w:t>і в'язні віри добровільні,&lt;br /&gt;</w:t>
        <w:br/>
        <w:t>що в божому жили страсі&lt;br /&gt;</w:t>
        <w:br/>
        <w:t>і словом правди та хрестом&lt;br /&gt;</w:t>
        <w:br/>
        <w:t>боролися колись з гріхом.</w:t>
      </w:r>
    </w:p>
    <w:p>
      <w:r>
        <w:br/>
        <w:t>Тепер вже тих черців нема,&lt;br /&gt;</w:t>
        <w:br/>
        <w:t>свічки не сяють в їх святині,—&lt;br /&gt;</w:t>
        <w:br/>
        <w:t>там сірий пил і сіра тьма&lt;br /&gt;</w:t>
        <w:br/>
        <w:t>покрила стіни всі і скрині.&lt;br /&gt;</w:t>
        <w:br/>
        <w:t>А в скринях порох, динаміт,&lt;br /&gt;</w:t>
        <w:br/>
        <w:t>арматні кулі і патрони&lt;br /&gt;</w:t>
        <w:br/>
        <w:t>лежать для миру оборони...</w:t>
      </w:r>
    </w:p>
    <w:p>
      <w:r>
        <w:br/>
        <w:t>Сим знаменем здобудеш світ,&lt;br /&gt;</w:t>
        <w:br/>
        <w:t>а не хрестом на хоругві&lt;br /&gt;</w:t>
        <w:br/>
        <w:t>і проповіддю о любві!&lt;br /&gt;</w:t>
        <w:br/>
        <w:t>Дивись: на храмі громозвід,&lt;br /&gt;</w:t>
        <w:br/>
        <w:t>де перше хрест був на дасі.</w:t>
      </w:r>
    </w:p>
    <w:p>
      <w:r>
        <w:br/>
        <w:t>Так треба, щоб огненна сила&lt;br /&gt;</w:t>
        <w:br/>
        <w:t>другої в скринях не спалила&lt;br /&gt;</w:t>
        <w:br/>
        <w:t>і щоб бутний був у страсі!..&lt;br /&gt;</w:t>
        <w:br/>
        <w:t>Дивись: отся душа нещира&lt;br /&gt;</w:t>
        <w:br/>
        <w:t>апостолом зоветься мира,&lt;br /&gt;</w:t>
        <w:br/>
        <w:t>пильнує вічно магазину,</w:t>
      </w:r>
    </w:p>
    <w:p>
      <w:r>
        <w:br/>
        <w:t>щоб ти спокійну мав годину,&lt;br /&gt;</w:t>
        <w:br/>
        <w:t>трясеться над твоїм спокоєм&lt;br /&gt;</w:t>
        <w:br/>
        <w:t>і мир здобуде хоч — розбоєм!..</w:t>
      </w:r>
    </w:p>
    <w:p>
      <w:r>
        <w:br/>
        <w:t>1891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Був монастир, а в нім черці...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