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Бурулька</w:t>
      </w:r>
    </w:p>
    <w:p>
      <w:r>
        <w:br/>
        <w:t xml:space="preserve"> &lt;p&gt;Вранці сніг заблищав так, ніби зима жменями понасипала блискіток, і вони всі сяяли і промінилися.</w:t>
      </w:r>
    </w:p>
    <w:p>
      <w:r>
        <w:br/>
        <w:t>А в садку, на тому розі будинку, де починалася ринва, з'явилася бурулька. Вона переливалася на сонці всіма кольорами райдуги. Вона була дуже гарна.</w:t>
      </w:r>
    </w:p>
    <w:p>
      <w:r>
        <w:br/>
        <w:t>— Ви, напевне, з дорогоцінного каміння? — спитав її з пошаною маленький снігурчик.</w:t>
      </w:r>
    </w:p>
    <w:p>
      <w:r>
        <w:br/>
        <w:t>"А може вона солодка, як цукерка",— подумав один хлопчик. Адже усім малим дітям бурульки здаються солодкими, і їх хочеться посмоктати.</w:t>
      </w:r>
    </w:p>
    <w:p>
      <w:r>
        <w:br/>
        <w:t>Він схопив паличку і почав кидати нею в бурульку. Хлопчик уже уявляв собі, як це він покаже всім дітям, що в нього є така гарна бурулька.</w:t>
      </w:r>
    </w:p>
    <w:p>
      <w:r>
        <w:br/>
        <w:t>Ой, як злякалися всі в садку, коли побачили, що робить хлопчик. І дерева, і пташки, а найдужче — стара ринва. По-перше, юна боялася, що хлопчик може помилково влучити в неї, по-друге, ця стара ринва не хотіла позбавлятися своєї прикраси, якою вона дуже пишалася. Раптом — трах! Хлопчик таки влучив у бурульку, і вона враз зламалася і впала.</w:t>
      </w:r>
    </w:p>
    <w:p>
      <w:r>
        <w:br/>
        <w:t>— Моя бурулька! Моя бурулька! — радів хлопчик, підхопивши її руками. Він навіть рукавиці скинув, бо йому зробилося гаряче, коли він кидав палицю, і руки у нього були зовсім теплі.</w:t>
      </w:r>
    </w:p>
    <w:p>
      <w:r>
        <w:br/>
        <w:t>Хлопчик тільки підніс бурульку до рота і хотів її посмоктати, як побачив, що на нього дивляться світлі блакитні очиці, і почув, що бурулька до нього заговорила:</w:t>
      </w:r>
    </w:p>
    <w:p>
      <w:r>
        <w:br/>
        <w:t>— Ні, ні, ні, хлопчику, не бери мене в рот, не треба! Я розкажу тобі багато цікавого.</w:t>
      </w:r>
    </w:p>
    <w:p>
      <w:r>
        <w:br/>
        <w:t>Хлопчик дуже здивувався, але звичайно, йому захотілося послухати її.</w:t>
      </w:r>
    </w:p>
    <w:p>
      <w:r>
        <w:br/>
        <w:t>— Ти, мабуть, чарівна бурулька? — спитав він.</w:t>
      </w:r>
    </w:p>
    <w:p>
      <w:r>
        <w:br/>
        <w:t>— Так, так,— сумно сказала бурулька.— Я зачарована, я заморожена, я заворожена, і я дуже дякую, що ти врятував мене... І я прошу: не губи мене, я дуже люблю стрибати, як ти, скрізь бігати і ніколи не сидіти на місці!</w:t>
      </w:r>
    </w:p>
    <w:p>
      <w:r>
        <w:br/>
        <w:t>— Ти любиш стрибати? — ще дужче здивувався хлопчик.— Але ж ти висіла на старій ринві.</w:t>
      </w:r>
    </w:p>
    <w:p>
      <w:r>
        <w:br/>
        <w:t>— Так, так,— підтвердила бурулька.— І, напевне, я пробула б там до весни, поки припекло б сонечко і я розтанула. Адже я не з дорогоцінного каміння і не з солодкого цукру. Я просто весела краплинка води. І зараз розкажу тобі про себе. Але боюся, коли б зима не схопилася, що мене там нема, і не помітила, що я з тобою,— вона тоді враз заморозить нас обох.</w:t>
      </w:r>
    </w:p>
    <w:p>
      <w:r>
        <w:br/>
        <w:t>Так слухай. Я була вже веселою краплиною води. Я пливла в Дніпрі з мільйонами моїх сестричок до Чорного моря. Це були найкращі хвилини мого життя. Усі звали мене невгамовною, але то вітер не давав мені ані хвилинки спокою. Чого він хотів від мене? Я не знаю. Коли ми влилися в Чорне море, він здіймав страшні хвилі, вищі за цей будинок, перевертав човни і кидав пароплави, як трісочки. Та я, маленька краплинка, тікала завжди від нього. Якось спересердя в тихий літній день, коли я цього зовсім не сподівалася, він виплеснув мене на берег, на гаряче каміння. Я обернулася парою і полинула в небо. Високо над землею я літала в білій хмарі і, коли раптово знову налітав вітер, я швидко падала на землю дощем і напувала її. Я не боялася потрапити під землю. Адже й там я рухалася, жила і знову виринала на світ веселим джерелом.</w:t>
      </w:r>
    </w:p>
    <w:p>
      <w:r>
        <w:br/>
        <w:t>Якось біля нашого джерельця зупинилися троє бійців. Вони були стомлені, сірі від дорожнього пилу, але дуже веселі. З їхніх розмов я зрозуміла, що вони після війни повертаються вже додому.</w:t>
      </w:r>
    </w:p>
    <w:p>
      <w:r>
        <w:br/>
        <w:t>— Умийтеся рідною водичкою! — сказав один з них і зачерпнув повні жмені джерельної води. І я потрапила на Його засмаглі, натруджені долоні і вмила йому лице. Я була дуже щаслива з того. Коли він струсив краплі з рук на траву, я встигла побачити: лице його було вже зовсім не сіре, а молоде, красиве, і очі сяяли. Як це приємно, коли через тебе сяють і радіють! Ні, я таки часто була щасливою! Але я все поспішала далі. Я любила все нове і зовсім не злякалася, коли разом із своїми сестрами з одного джерела потрапила в довгі і темні труби. Там уже бігло багато води.</w:t>
      </w:r>
    </w:p>
    <w:p>
      <w:r>
        <w:br/>
        <w:t>— Нічого страшного, нічого страшного! — казали старші. Ви ще не робили такої мандрівки? Це звичайний водовід, і скоро ми виллємося на білий світ.</w:t>
      </w:r>
    </w:p>
    <w:p>
      <w:r>
        <w:br/>
        <w:t>Поки ми жили — бігли в водоводі,— ми всі дуже здружилися між собою і все балакали, гомоніли, розповідали про себе. Що ж нам було ще робити? Різні були серед нас. Одні розповідали, як їх наливали в паровози, підігрівали і як вони, обернувшись на пару, рухали цілі поїзди. Краплинки були дуже горді з цього, і, я думаю, мали на це право. Інші розповідали, що вже не раз їх узимку наливали в труби, щоб опалювати будинки. Вони казали:</w:t>
      </w:r>
    </w:p>
    <w:p>
      <w:r>
        <w:br/>
        <w:t>— Коли б не ми — люди померзли б.</w:t>
      </w:r>
    </w:p>
    <w:p>
      <w:r>
        <w:br/>
        <w:t>Мені було дуже цікаво — куди ж я тепер потраплю? Спочатку мене тішило, що я бігла з моїми сестрами і вітер вже не підганяв мене і не дражнив, як завжди. Але швидко нам усім набридло в темних вузьких трубах водоводу, і ми дуже зраділи, коли раптом почали бігти швидше, швидше і почули якісь звуки зовні.</w:t>
      </w:r>
    </w:p>
    <w:p>
      <w:r>
        <w:br/>
        <w:t>— Кран відкривають! — закричали мої старші подруги.— Кран відкривають! Зараз на волю! Досить цієї темряви!</w:t>
      </w:r>
    </w:p>
    <w:p>
      <w:r>
        <w:br/>
        <w:t>По правді, я більше хотіла б з'єднатися з моєю рідною матір'ю — річкою, плисти синім Дніпром, але я була рада вже хоч будь-якій зміні. Я хотіла, щоб потім і мені було що розповідати: як я рухала поїзди чи якісь великі цікаві машини... Але моя доля цього разу була куди простішою... Мене налили... в чайник. Так, в звичайний великий чайник, і поставили цей чайник на електричну плитку.</w:t>
      </w:r>
    </w:p>
    <w:p>
      <w:r>
        <w:br/>
        <w:t>— Що з нами буде? Що з нами буде? Так гаряче! Так гаряче! — плакали ми з сестричками.</w:t>
      </w:r>
    </w:p>
    <w:p>
      <w:r>
        <w:br/>
        <w:t>— Чуєш, чайник уже булькає,— сказала якась жінка.— Зараз питимемо чай.</w:t>
      </w:r>
    </w:p>
    <w:p>
      <w:r>
        <w:br/>
        <w:t>— Аякже! — подумала я.— Треба тікати!</w:t>
      </w:r>
    </w:p>
    <w:p>
      <w:r>
        <w:br/>
        <w:t>Та швиденько-швиденько підібралася до кінчика чайникового носа.</w:t>
      </w:r>
    </w:p>
    <w:p>
      <w:r>
        <w:br/>
        <w:t>— Куди ти, мала? — засичав чайник.— І чого це люди не знімають мене? Я весь википлю, уся вода збіжить!</w:t>
      </w:r>
    </w:p>
    <w:p>
      <w:r>
        <w:br/>
        <w:t>— До побачення, дядечку! Я ще хочу політати на волі! — гукнула я, легкою парою знялася вгору і вилетіла з іншими подругами крізь кватирку.</w:t>
      </w:r>
    </w:p>
    <w:p>
      <w:r>
        <w:br/>
        <w:t>— А, ось де ти! — почула я раптом.</w:t>
      </w:r>
    </w:p>
    <w:p>
      <w:r>
        <w:br/>
        <w:t>Ой лишенько, це знову був вітер, і який сердитий, холодний! Він тепер служив у білої Зими, а Зима, я вже чула, завжди хотіла заморозити усю воду на світі — всі струмки, річки, озера, ставки. Навіть на Дніпро вона одягла міцну кригу, і я не думала б, що це йому подобалось. Чи багато їй було роботи зі мною! Вона тільки слово мовила — підхопив мене вітер, і вже білою сніжинкою я упала на стару ринву.</w:t>
      </w:r>
    </w:p>
    <w:p>
      <w:r>
        <w:br/>
        <w:t>— Ти завжди горнулася до квітів, любила гратися з сонячним промінням,— глузував вітер,— а тепер будеш завжди прикрашати ринву, і я віятиму коло тебе, скільки захочу.</w:t>
      </w:r>
    </w:p>
    <w:p>
      <w:r>
        <w:br/>
        <w:t>Навіть сонячний промінь нічого не міг зробити, бо вітер не підпускав його близько до мене. Я лише плакала, дивлячись на нього, і сльозинки мої замерзали на мені.</w:t>
      </w:r>
    </w:p>
    <w:p>
      <w:r>
        <w:br/>
        <w:t>Я зробилася холодною крижаною бурулькою і примерзла до цієї старої ринви.</w:t>
      </w:r>
    </w:p>
    <w:p>
      <w:r>
        <w:br/>
        <w:t>Отак і заворожила мене люта Зима... Ні, я ніколи не думала, що може бути так холодно на світі.</w:t>
      </w:r>
    </w:p>
    <w:p>
      <w:r>
        <w:br/>
        <w:t>Усі казали, що я дуже гарна, і ялинки навіть сердилися на стару ринву, що я прикрашаю її, а не їх. Але навіщо була мені моя краса, коли я лишалася холодною нерухомою крижинкою? Як я заздрила сніжинкам, що літали в повітрі! І я не могла, не могла чекати до весни! Це ще так довго!</w:t>
      </w:r>
    </w:p>
    <w:p>
      <w:r>
        <w:br/>
        <w:t>Бурулька замовкла, і раптом хлопчик відчув, що вона тане у нього в руках.</w:t>
      </w:r>
    </w:p>
    <w:p>
      <w:r>
        <w:br/>
        <w:t>— Трошечки тепла в житті, і я знову оживаю,— долинув до нього тихий шепіт.— Я знову біжу далі, далі... Дякую тобі за тепло твоїх маленьких пустотливих рученят. Згадуй мене, коли плаватимеш у річці, коли бачитимеш росу, золотий дощик і білу хмарку.</w:t>
      </w:r>
    </w:p>
    <w:p>
      <w:r>
        <w:br/>
        <w:t>І вже не було нічого в руках у хлопчика.</w:t>
      </w:r>
    </w:p>
    <w:p>
      <w:r>
        <w:br/>
        <w:t>Та він зовсім не шкодував.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