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Буковині</w:t>
      </w:r>
    </w:p>
    <w:p>
      <w:r>
        <w:br/>
        <w:t xml:space="preserve"> Михаїл Емінеску&lt;br /&gt;</w:t>
        <w:br/>
        <w:t>Буковині</w:t>
      </w:r>
    </w:p>
    <w:p>
      <w:r>
        <w:br/>
        <w:t>Перекладач: В.Коломієць&lt;br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Не забуть довіку, мила Буковино,&lt;br /&gt;</w:t>
        <w:br/>
        <w:t>Горду твою вроду, гори та долини,&lt;br /&gt;</w:t>
        <w:br/>
        <w:t>Квіти з полонин...&lt;br /&gt;</w:t>
        <w:br/>
        <w:t>Ще й потоків чистих шум дзвінкий у скелях,&lt;br /&gt;</w:t>
        <w:br/>
        <w:t>Ще й річок перлистих на полях веселих&lt;br /&gt;</w:t>
        <w:br/>
        <w:t>Світанковий плин!</w:t>
      </w:r>
    </w:p>
    <w:p>
      <w:r>
        <w:br/>
        <w:t>Плач моєї долі, сміх моєї долі —&lt;br /&gt;</w:t>
        <w:br/>
        <w:t>Ув одежі співу мрії молодої...&lt;br /&gt;</w:t>
        <w:br/>
        <w:t>Дивна таїна!&lt;br /&gt;</w:t>
        <w:br/>
        <w:t>Все єство проймає, спонука до дії&lt;br /&gt;</w:t>
        <w:br/>
        <w:t>І солодким словом щастя та надії&lt;br /&gt;</w:t>
        <w:br/>
        <w:t>Серце розтина!</w:t>
      </w:r>
    </w:p>
    <w:p>
      <w:r>
        <w:br/>
        <w:t>Земле, горем бита, тут, під чистим небом,&lt;br /&gt;</w:t>
        <w:br/>
        <w:t>Сенс життя пізнав я і себе — крізь тебе.&lt;br /&gt;</w:t>
        <w:br/>
        <w:t>Ще й признаюсь я:&lt;br /&gt;</w:t>
        <w:br/>
        <w:t>Волею твоєю став співцем у світі,&lt;br /&gt;</w:t>
        <w:br/>
        <w:t>Долю-наречену взяв, що вічно світить, —&lt;br /&gt;</w:t>
        <w:br/>
        <w:t>То зоря твоя.</w:t>
      </w:r>
    </w:p>
    <w:p>
      <w:r>
        <w:br/>
        <w:t>Як у піднебессі тремко місяць ходить&lt;br /&gt;</w:t>
        <w:br/>
        <w:t>І хмарки сплелися в ніжні хороводи —&lt;br /&gt;</w:t>
        <w:br/>
        <w:t>Присинають день.&lt;br /&gt;</w:t>
        <w:br/>
        <w:t>Слухаю я легіт!.. Він на дивній арфі&lt;br /&gt;</w:t>
        <w:br/>
        <w:t>Грає і співає все співанки гарні&lt;br /&gt;</w:t>
        <w:br/>
        <w:t>З Буковини ген...</w:t>
      </w:r>
    </w:p>
    <w:p>
      <w:r>
        <w:br/>
        <w:t>Листям легіт має... Чи флояра грає?&lt;br /&gt;</w:t>
        <w:br/>
        <w:t>І у тому співі б'ється, не вгаває&lt;br /&gt;</w:t>
        <w:br/>
        <w:t>Серце мовчазне!..&lt;br /&gt;</w:t>
        <w:br/>
        <w:t>Видивами стеле шлях собі за обрій&lt;br /&gt;</w:t>
        <w:br/>
        <w:t>Через гори й доли — в край хоробрий, добрий,&lt;br /&gt;</w:t>
        <w:br/>
        <w:t>Що гука мене.</w:t>
      </w:r>
    </w:p>
    <w:p>
      <w:r>
        <w:br/>
        <w:t>Голос мій таємний — все туди, до тебе...&lt;br /&gt;</w:t>
        <w:br/>
        <w:t>А на віях сльози... чи проміння тепле?..&lt;br /&gt;</w:t>
        <w:br/>
        <w:t>Ні, я не мовчу!&lt;br /&gt;</w:t>
        <w:br/>
        <w:t>Завжди так, мій краю, як тебе згадаю, —&lt;br /&gt;</w:t>
        <w:br/>
        <w:t>В серці сум і сонце... Марю і зітхаю,&lt;br /&gt;</w:t>
        <w:br/>
        <w:t>Буковино, чуй!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Буковині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