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 мечем моїм (збірка)</w:t>
      </w:r>
    </w:p>
    <w:p>
      <w:r>
        <w:br/>
        <w:t xml:space="preserve"> БУДЬ МЕЧЕМ МОЇМ</w:t>
      </w:r>
    </w:p>
    <w:p>
      <w:r>
        <w:br/>
        <w:t>МОЇЙ МАТЕРІ</w:t>
      </w:r>
    </w:p>
    <w:p>
      <w:r>
        <w:br/>
        <w:t>Мати, мати! Не журися,&lt;br /&gt;</w:t>
        <w:br/>
        <w:t>Не сумуй, не проклинай…&lt;br /&gt;</w:t>
        <w:br/>
        <w:t>Я і сам ходжу, як ссмуток,&lt;br /&gt;</w:t>
        <w:br/>
        <w:t>З серцем, змученим украй…</w:t>
      </w:r>
    </w:p>
    <w:p>
      <w:r>
        <w:br/>
        <w:t>Ой, нащо ж малу дитину&lt;br /&gt;</w:t>
        <w:br/>
        <w:t>Доручала ти степам?..&lt;br /&gt;</w:t>
        <w:br/>
        <w:t>Над степами сяє сонце&lt;br /&gt;</w:t>
        <w:br/>
        <w:t>І вітри літають там.</w:t>
      </w:r>
    </w:p>
    <w:p>
      <w:r>
        <w:br/>
        <w:t>Сонце звало мене в небо,&lt;br /&gt;</w:t>
        <w:br/>
        <w:t>В море неба від землі,&lt;br /&gt;</w:t>
        <w:br/>
        <w:t>І про край якийсь розкішний&lt;br /&gt;</w:t>
        <w:br/>
        <w:t>Клекотали журавлі.</w:t>
      </w:r>
    </w:p>
    <w:p>
      <w:r>
        <w:br/>
        <w:t>Темні вихори крутились,&lt;br /&gt;</w:t>
        <w:br/>
        <w:t>Бились з горами вітри,-&lt;br /&gt;</w:t>
        <w:br/>
        <w:t>Сам я бачив, як гриміли&lt;br /&gt;</w:t>
        <w:br/>
        <w:t>Сірі камені в яри.</w:t>
      </w:r>
    </w:p>
    <w:p>
      <w:r>
        <w:br/>
        <w:t>А квітки в траві пахтіли,&lt;br /&gt;</w:t>
        <w:br/>
        <w:t>Степ, як море, хвилювавсь,&lt;br /&gt;</w:t>
        <w:br/>
        <w:t>І до мене цілий всесвіт,-&lt;br /&gt;</w:t>
        <w:br/>
        <w:t>Мати,— всесвіт усміхавсь!</w:t>
      </w:r>
    </w:p>
    <w:p>
      <w:r>
        <w:br/>
        <w:t>І зробившись рідним братом&lt;br /&gt;</w:t>
        <w:br/>
        <w:t>Вітру, простору і трав,&lt;br /&gt;</w:t>
        <w:br/>
        <w:t>Кидав я нудну роботу&lt;br /&gt;</w:t>
        <w:br/>
        <w:t>І в зелений степ тікав…</w:t>
      </w:r>
    </w:p>
    <w:p>
      <w:r>
        <w:br/>
        <w:t>Не клени, о рідна мати,-&lt;br /&gt;</w:t>
        <w:br/>
        <w:t>Я і сам себе клену…&lt;br /&gt;</w:t>
        <w:br/>
        <w:t>Вмер би радо, так сама ти,&lt;br /&gt;</w:t>
        <w:br/>
        <w:t>Знаю, ляжеш у труну.</w:t>
      </w:r>
    </w:p>
    <w:p>
      <w:r>
        <w:br/>
        <w:t>Плачеш?.. в груди б’єш, конаєш…&lt;br /&gt;</w:t>
        <w:br/>
        <w:t>Я конаю, мати, й сам…</w:t>
      </w:r>
    </w:p>
    <w:p>
      <w:r>
        <w:br/>
        <w:t>Ой… нащо ж… малу дитину&lt;br /&gt;</w:t>
        <w:br/>
        <w:t>Доручала… ти… степам…</w:t>
      </w:r>
    </w:p>
    <w:p>
      <w:r>
        <w:br/>
        <w:t>1908</w:t>
      </w:r>
    </w:p>
    <w:p>
      <w:r>
        <w:br/>
        <w:t>"ЯКА КРАСА: ВІДРОДЖЕННЯ КРАЇНИ!…"</w:t>
      </w:r>
    </w:p>
    <w:p>
      <w:r>
        <w:br/>
        <w:t>Яка краса: відродження країни!&lt;br /&gt;</w:t>
        <w:br/>
        <w:t>Ще рік, ще день назад тут чувся плач рабів,&lt;br /&gt;</w:t>
        <w:br/>
        <w:t>Мовчали десь святі під попелом руїни,&lt;br /&gt;</w:t>
        <w:br/>
        <w:t>І журно дзвін старий по мертвому гудів.</w:t>
      </w:r>
    </w:p>
    <w:p>
      <w:r>
        <w:br/>
        <w:t>Коли відкільсь взялася міць шалена,&lt;br /&gt;</w:t>
        <w:br/>
        <w:t>Як буря, все живе схопила, пройняла,-&lt;br /&gt;</w:t>
        <w:br/>
        <w:t>І ось,— дивись, в руках замаяли знамена,&lt;br /&gt;</w:t>
        <w:br/>
        <w:t>І гімн побід співа невільна сторона.</w:t>
      </w:r>
    </w:p>
    <w:p>
      <w:r>
        <w:br/>
        <w:t>Так спить орел,— і враз, розкривши очі,&lt;br /&gt;</w:t>
        <w:br/>
        <w:t>Угледе світ, красу і простір голубий,&lt;br /&gt;</w:t>
        <w:br/>
        <w:t>І легко з скель спорхне, і в небі заклекоче&lt;br /&gt;</w:t>
        <w:br/>
        <w:t>Про вільний льот орлів, про ранок золотий.</w:t>
      </w:r>
    </w:p>
    <w:p>
      <w:r>
        <w:br/>
        <w:t>Так море іноді всю ніч дрімає,&lt;br /&gt;</w:t>
        <w:br/>
        <w:t>І нагло хвилями, як крилами, заб’є,&lt;br /&gt;</w:t>
        <w:br/>
        <w:t>І дивно перлами, і барвами заграє,&lt;br /&gt;</w:t>
        <w:br/>
        <w:t>І очі всесвіту до себе прикує.</w:t>
      </w:r>
    </w:p>
    <w:p>
      <w:r>
        <w:br/>
        <w:t>Летить воно, хвилюється і ллється,&lt;br /&gt;</w:t>
        <w:br/>
        <w:t>В обіймах сонячних і сяє, і тремтить,&lt;br /&gt;</w:t>
        <w:br/>
        <w:t>І щастям все життя йому в той мент здається,&lt;br /&gt;</w:t>
        <w:br/>
        <w:t>І все в той мент йому і годе, і щастить.&lt;br /&gt;</w:t>
        <w:br/>
        <w:t>. . . . . . . . . . . . . . . . . . . . . . .</w:t>
      </w:r>
    </w:p>
    <w:p>
      <w:r>
        <w:br/>
        <w:t>І де взялись ці хвилі сніжно-білі,&lt;br /&gt;</w:t>
        <w:br/>
        <w:t>Хто дивно так навчив їх грати і шуміть,&lt;br /&gt;</w:t>
        <w:br/>
        <w:t>З яких ясних країн чайки ці налетіли,&lt;br /&gt;</w:t>
        <w:br/>
        <w:t>Що вміють ніжно так і плакать, і жаліть?..</w:t>
      </w:r>
    </w:p>
    <w:p>
      <w:r>
        <w:br/>
        <w:t>Чайки, чайки! Тоді не треба плачу,&lt;br /&gt;</w:t>
        <w:br/>
        <w:t>Коли іде борьба за волю, за життя,&lt;br /&gt;</w:t>
        <w:br/>
        <w:t>Коли на хмарах я вже дивний відблиск бачу&lt;br /&gt;</w:t>
        <w:br/>
        <w:t>І сонця жданого блискуче вороття.</w:t>
      </w:r>
    </w:p>
    <w:p>
      <w:r>
        <w:br/>
        <w:t>1908</w:t>
      </w:r>
    </w:p>
    <w:p>
      <w:r>
        <w:br/>
        <w:t>"НЕБО БЛАКИТНЕ, ЗЕЛЕНА ЗЕМЛЯ…"</w:t>
      </w:r>
    </w:p>
    <w:p>
      <w:r>
        <w:br/>
        <w:t>Небо блакитне, зелена земля,&lt;br /&gt;</w:t>
        <w:br/>
        <w:t>Груші і яблуні білі…&lt;br /&gt;</w:t>
        <w:br/>
        <w:t>Квітоньки милі! зірвіться з гілля…&lt;br /&gt;</w:t>
        <w:br/>
        <w:t>Вітряно! квітоньки милі.</w:t>
      </w:r>
    </w:p>
    <w:p>
      <w:r>
        <w:br/>
        <w:t>Вітер на північ летить крізь садок,&lt;br /&gt;</w:t>
        <w:br/>
        <w:t>Північ, ще вкриту снігами…&lt;br /&gt;</w:t>
        <w:br/>
        <w:t>Квітоньки білі! зірвіться з гілок,-&lt;br /&gt;</w:t>
        <w:br/>
        <w:t>Журиться мила за вами.</w:t>
      </w:r>
    </w:p>
    <w:p>
      <w:r>
        <w:br/>
        <w:t>Ой полетіть, до вікна припадіть,&lt;br /&gt;</w:t>
        <w:br/>
        <w:t>Мов голубки білокрилі…&lt;br /&gt;</w:t>
        <w:br/>
        <w:t>Візьме на груди вас мила зогріть…&lt;br /&gt;</w:t>
        <w:br/>
        <w:t>Вітряно! квітоньки милі!..</w:t>
      </w:r>
    </w:p>
    <w:p>
      <w:r>
        <w:br/>
        <w:t>1907</w:t>
      </w:r>
    </w:p>
    <w:p>
      <w:r>
        <w:br/>
        <w:t>"І НЕЛЮБА СВОГО ТЕПЛОМ Я ОБЛИВАЮ…"</w:t>
      </w:r>
    </w:p>
    <w:p>
      <w:r>
        <w:br/>
        <w:t>І нелюба свого теплом я обливаю,&lt;br /&gt;</w:t>
        <w:br/>
        <w:t>І з ним живу життям одним…&lt;br /&gt;</w:t>
        <w:br/>
        <w:t>Нема його — журюсь за ним,&lt;br /&gt;</w:t>
        <w:br/>
        <w:t>Ходжу і спати не лягаю…</w:t>
      </w:r>
    </w:p>
    <w:p>
      <w:r>
        <w:br/>
        <w:t>А як би я тебе, далекий мій, любила,&lt;br /&gt;</w:t>
        <w:br/>
        <w:t>І скільки б ласки я лила,&lt;br /&gt;</w:t>
        <w:br/>
        <w:t>Яка б щаслива я була…&lt;br /&gt;</w:t>
        <w:br/>
        <w:t>О мамо, мамо! ненько мила…</w:t>
      </w:r>
    </w:p>
    <w:p>
      <w:r>
        <w:br/>
        <w:t>1906</w:t>
      </w:r>
    </w:p>
    <w:p>
      <w:r>
        <w:br/>
        <w:t>"О СЛОВО РІДНЕ! ОРЛЕ СКУТИЙ!.."</w:t>
      </w:r>
    </w:p>
    <w:p>
      <w:r>
        <w:br/>
        <w:t>О слово рідне! Орле скутий!&lt;br /&gt;</w:t>
        <w:br/>
        <w:t>Чужинцям кинуте на сміх!&lt;br /&gt;</w:t>
        <w:br/>
        <w:t>Співочий грім батьків моїх,&lt;br /&gt;</w:t>
        <w:br/>
        <w:t>Дітьми безпам’ятно забутий.</w:t>
      </w:r>
    </w:p>
    <w:p>
      <w:r>
        <w:br/>
        <w:t>О слово рідне! Шум дерев!&lt;br /&gt;</w:t>
        <w:br/>
        <w:t>Музика зір блакитнооких,&lt;br /&gt;</w:t>
        <w:br/>
        <w:t>Шовковий спів степів широких,&lt;br /&gt;</w:t>
        <w:br/>
        <w:t>Дніпра між ними левій рев…</w:t>
      </w:r>
    </w:p>
    <w:p>
      <w:r>
        <w:br/>
        <w:t>О слово! будь мечем моїм!&lt;br /&gt;</w:t>
        <w:br/>
        <w:t>Ні, сонцем стань! вгорі спинися,&lt;br /&gt;</w:t>
        <w:br/>
        <w:t>Осяй мій край і розлетися&lt;br /&gt;</w:t>
        <w:br/>
        <w:t>Дощами судними над ним.</w:t>
      </w:r>
    </w:p>
    <w:p>
      <w:r>
        <w:br/>
        <w:t>1907</w:t>
      </w:r>
    </w:p>
    <w:p>
      <w:r>
        <w:br/>
        <w:t>ТІНІ</w:t>
      </w:r>
    </w:p>
    <w:p>
      <w:r>
        <w:br/>
        <w:t>Куди піти,&lt;br /&gt;</w:t>
        <w:br/>
        <w:t>Куди втекти&lt;br /&gt;</w:t>
        <w:br/>
        <w:t>Від голосу страшного?&lt;br /&gt;</w:t>
        <w:br/>
        <w:t>Тікаю я&lt;br /&gt;</w:t>
        <w:br/>
        <w:t>В ліси, в поля,-&lt;br /&gt;</w:t>
        <w:br/>
        <w:t>І не втечу від нього.&lt;br /&gt;</w:t>
        <w:br/>
        <w:t>Біжу, а він&lt;br /&gt;</w:t>
        <w:br/>
        <w:t>Гуде, як дзвін,&lt;br /&gt;</w:t>
        <w:br/>
        <w:t>На смерть немов,&lt;br /&gt;</w:t>
        <w:br/>
        <w:t>Все — бев та бов.&lt;br /&gt;</w:t>
        <w:br/>
        <w:t>Коли ж стомлюсь,&lt;br /&gt;</w:t>
        <w:br/>
        <w:t>Спочить спинюсь,&lt;br /&gt;</w:t>
        <w:br/>
        <w:t>Бринять слова,&lt;br /&gt;</w:t>
        <w:br/>
        <w:t>І хтось співа:</w:t>
      </w:r>
    </w:p>
    <w:p>
      <w:r>
        <w:br/>
        <w:t>"Ой не стій,&lt;br /&gt;</w:t>
        <w:br/>
        <w:t>Сину мій,&lt;br /&gt;</w:t>
        <w:br/>
        <w:t>Не топчи хоругов…&lt;br /&gt;</w:t>
        <w:br/>
        <w:t>Тут лилась моя кров,&lt;br /&gt;</w:t>
        <w:br/>
        <w:t>Тут я ранений впав,&lt;br /&gt;</w:t>
        <w:br/>
        <w:t>Як про тебе я дбав…&lt;br /&gt;</w:t>
        <w:br/>
        <w:t>Ти забув…&lt;br /&gt;</w:t>
        <w:br/>
        <w:t>Ти не був…&lt;br /&gt;</w:t>
        <w:br/>
        <w:t>Ти ховавсь по житах,&lt;br /&gt;</w:t>
        <w:br/>
        <w:t>По хлівах, по хатах,&lt;br /&gt;</w:t>
        <w:br/>
        <w:t>Ти, як злодій, ховавсь,&lt;br /&gt;</w:t>
        <w:br/>
        <w:t>Ти хотів і боявсь…"</w:t>
      </w:r>
    </w:p>
    <w:p>
      <w:r>
        <w:br/>
        <w:t>І я з місця знімусь&lt;br /&gt;</w:t>
        <w:br/>
        <w:t>І вперед понесусь,&lt;br /&gt;</w:t>
        <w:br/>
        <w:t>А зо мною врівні&lt;br /&gt;</w:t>
        <w:br/>
        <w:t>Щось летить і співає мені:</w:t>
      </w:r>
    </w:p>
    <w:p>
      <w:r>
        <w:br/>
        <w:t>"Ой синочку, порадничку,&lt;br /&gt;</w:t>
        <w:br/>
        <w:t>Ой, де ж ти був, мій зрадничку,</w:t>
      </w:r>
    </w:p>
    <w:p>
      <w:r>
        <w:br/>
        <w:t>Як в бік мене улучено,&lt;br /&gt;</w:t>
        <w:br/>
        <w:t>Як в’язано і мучено,</w:t>
      </w:r>
    </w:p>
    <w:p>
      <w:r>
        <w:br/>
        <w:t>І топтано, і палено,&lt;br /&gt;</w:t>
        <w:br/>
        <w:t>І глиною привалено.&lt;br /&gt;</w:t>
        <w:br/>
        <w:t>Чому не йшов хоч віченьки&lt;br /&gt;</w:t>
        <w:br/>
        <w:t>Стулить мені на ніченьки…"</w:t>
      </w:r>
    </w:p>
    <w:p>
      <w:r>
        <w:br/>
        <w:t>І я кричу,&lt;br /&gt;</w:t>
        <w:br/>
        <w:t>І знов лечу,-&lt;br /&gt;</w:t>
        <w:br/>
        <w:t>Де люде, де огні…&lt;br /&gt;</w:t>
        <w:br/>
        <w:t>І легшає мені.&lt;br /&gt;</w:t>
        <w:br/>
        <w:t>…На досвітках прядуть,&lt;br /&gt;</w:t>
        <w:br/>
        <w:t>Скрипки ведуть,&lt;br /&gt;</w:t>
        <w:br/>
        <w:t>Баси гудуть,&lt;br /&gt;</w:t>
        <w:br/>
        <w:t>Нічого їм не чуть…&lt;br /&gt;</w:t>
        <w:br/>
        <w:t>"Нічого вам не чуть?" —&lt;br /&gt;</w:t>
        <w:br/>
        <w:t>Питаюся у їх.&lt;br /&gt;</w:t>
        <w:br/>
        <w:t>В одмову крик і сміх.&lt;br /&gt;</w:t>
        <w:br/>
        <w:t>Я згодом обійдусь&lt;br /&gt;</w:t>
        <w:br/>
        <w:t>І з ними сам сміюсь…&lt;br /&gt;</w:t>
        <w:br/>
        <w:t>І нагло чую знов:</w:t>
      </w:r>
    </w:p>
    <w:p>
      <w:r>
        <w:br/>
        <w:t>"Ой не смійсь, сину мій,&lt;br /&gt;</w:t>
        <w:br/>
        <w:t>Ще сміяться рано,&lt;br /&gt;</w:t>
        <w:br/>
        <w:t>Ще димить моя кров,&lt;br /&gt;</w:t>
        <w:br/>
        <w:t>Ще ятряться рани.&lt;br /&gt;</w:t>
        <w:br/>
        <w:t>Ой постій,&lt;br /&gt;</w:t>
        <w:br/>
        <w:t>Сину мій!.."</w:t>
      </w:r>
    </w:p>
    <w:p>
      <w:r>
        <w:br/>
        <w:t>І я криком кричу,&lt;br /&gt;</w:t>
        <w:br/>
        <w:t>І із хати лечу,&lt;br /&gt;</w:t>
        <w:br/>
        <w:t>А зо мною врівні&lt;br /&gt;</w:t>
        <w:br/>
        <w:t>Щось біжить і співає мені…</w:t>
      </w:r>
    </w:p>
    <w:p>
      <w:r>
        <w:br/>
        <w:t>1908</w:t>
      </w:r>
    </w:p>
    <w:p>
      <w:r>
        <w:br/>
        <w:t>"ЛЛЄТЬСЯ МОРЕ, ПЛЕЩЕ В БЕРЕГ…"</w:t>
      </w:r>
    </w:p>
    <w:p>
      <w:r>
        <w:br/>
        <w:t>Ллється море, плеще в берег,&lt;br /&gt;</w:t>
        <w:br/>
        <w:t>Б’ється в сірі скелі,&lt;br /&gt;</w:t>
        <w:br/>
        <w:t>Мов з кайданів хоче вийти&lt;br /&gt;</w:t>
        <w:br/>
        <w:t>На степи веселі.</w:t>
      </w:r>
    </w:p>
    <w:p>
      <w:r>
        <w:br/>
        <w:t>Ой, і ми на волю рвались,&lt;br /&gt;</w:t>
        <w:br/>
        <w:t>В сірі скелі били…&lt;br /&gt;</w:t>
        <w:br/>
        <w:t>Море, море! глянь,— усюди&lt;br /&gt;</w:t>
        <w:br/>
        <w:t>Наших хвиль могили…</w:t>
      </w:r>
    </w:p>
    <w:p>
      <w:r>
        <w:br/>
        <w:t>1908</w:t>
      </w:r>
    </w:p>
    <w:p>
      <w:r>
        <w:br/>
        <w:t>І ВИ ПОКИНУЛИ…</w:t>
      </w:r>
    </w:p>
    <w:p>
      <w:r>
        <w:br/>
        <w:t>І ви покинули… і ви пішли…&lt;br /&gt;</w:t>
        <w:br/>
        <w:t>І в найми душі віддали,&lt;br /&gt;</w:t>
        <w:br/>
        <w:t>І клад, що вам діди сховали,&lt;br /&gt;</w:t>
        <w:br/>
        <w:t>На скибку хліба проміняли…&lt;br /&gt;</w:t>
        <w:br/>
        <w:t>Цигани ви,&lt;br /&gt;</w:t>
        <w:br/>
        <w:t>Цигани ви!..</w:t>
      </w:r>
    </w:p>
    <w:p>
      <w:r>
        <w:br/>
        <w:t>А там, в землі, який там скарб лежав&lt;br /&gt;</w:t>
        <w:br/>
        <w:t>І скільки струн в собі ховав…&lt;br /&gt;</w:t>
        <w:br/>
        <w:t>Які б то звуки розітнулись,&lt;br /&gt;</w:t>
        <w:br/>
        <w:t>Коли б ви дивних струн торкнулись!..&lt;br /&gt;</w:t>
        <w:br/>
        <w:t>Не варті ви,&lt;br /&gt;</w:t>
        <w:br/>
        <w:t>Не варті ви…&lt;br /&gt;</w:t>
        <w:br/>
        <w:t>. . . . . . . . . . . . . . . . . . . . . . .</w:t>
      </w:r>
    </w:p>
    <w:p>
      <w:r>
        <w:br/>
        <w:t>І часом чує ліс в пітьмі нічній,&lt;br /&gt;</w:t>
        <w:br/>
        <w:t>Як десь на кобзі золотій&lt;br /&gt;</w:t>
        <w:br/>
        <w:t>Струна застогне і порветься,&lt;br /&gt;</w:t>
        <w:br/>
        <w:t>І стогін скаргою поллється…&lt;br /&gt;</w:t>
        <w:br/>
        <w:t>"О, де ж ви єсть?&lt;br /&gt;</w:t>
        <w:br/>
        <w:t>О, де ж ви єсть?.."</w:t>
      </w:r>
    </w:p>
    <w:p>
      <w:r>
        <w:br/>
        <w:t>1908</w:t>
      </w:r>
    </w:p>
    <w:p>
      <w:r>
        <w:br/>
        <w:t>"КОЛИСЬ ЗДАВАВСЯ ТИ МЕНІ ОРЛОМ ПІДТЯТИМ…"</w:t>
      </w:r>
    </w:p>
    <w:p>
      <w:r>
        <w:br/>
        <w:t>Колись здавався ти мені орлом підтятим&lt;br /&gt;</w:t>
        <w:br/>
        <w:t>І в полі кинутим в агонії сконать…&lt;br /&gt;</w:t>
        <w:br/>
        <w:t>Очима стежиш ти за ворогом проклятим,&lt;br /&gt;</w:t>
        <w:br/>
        <w:t>Що хтів тебе ногою розтоптать.</w:t>
      </w:r>
    </w:p>
    <w:p>
      <w:r>
        <w:br/>
        <w:t>Ти гнівом дихаєш, гориш, а не конаєш…&lt;br /&gt;</w:t>
        <w:br/>
        <w:t>Щоб впитись, шарпаєш кігтями по землі,&lt;br /&gt;</w:t>
        <w:br/>
        <w:t>Одним крилом круків ти відбиваєш&lt;br /&gt;</w:t>
        <w:br/>
        <w:t>І сам лежиш на зломанім крилі…</w:t>
      </w:r>
    </w:p>
    <w:p>
      <w:r>
        <w:br/>
        <w:t>Колись здававсь мені ти лицарем прекрасним,&lt;br /&gt;</w:t>
        <w:br/>
        <w:t>Що ліг в степу на камені спочить…&lt;br /&gt;</w:t>
        <w:br/>
        <w:t>Ти важко спиш і мариш боєм щасним,&lt;br /&gt;</w:t>
        <w:br/>
        <w:t>А ворог твій змією вже сичить…</w:t>
      </w:r>
    </w:p>
    <w:p>
      <w:r>
        <w:br/>
        <w:t>Тебе взяли… Кати твої ламають руки,&lt;br /&gt;</w:t>
        <w:br/>
        <w:t>Зривають твій мушкет з могучого плеча.&lt;br /&gt;</w:t>
        <w:br/>
        <w:t>Дарма, дарма впиваєтесь, гадюки,-&lt;br /&gt;</w:t>
        <w:br/>
        <w:t>Його рука не випусте меча.</w:t>
      </w:r>
    </w:p>
    <w:p>
      <w:r>
        <w:br/>
        <w:t>. . . . . . . . . . . . . . . . . . . . . . .</w:t>
      </w:r>
    </w:p>
    <w:p>
      <w:r>
        <w:br/>
        <w:t>Народе мій! і ти — орел, вночі підтятий,&lt;br /&gt;</w:t>
        <w:br/>
        <w:t>І чом не лицар ти, захоплений в полон?!&lt;br /&gt;</w:t>
        <w:br/>
        <w:t>О орле мій, мій велетню крилатий,&lt;br /&gt;</w:t>
        <w:br/>
        <w:t>О лицарю, покараний за сон!..</w:t>
      </w:r>
    </w:p>
    <w:p>
      <w:r>
        <w:br/>
        <w:t>Чому ж ти, орле мій, з орлами не літаєш,&lt;br /&gt;</w:t>
        <w:br/>
        <w:t>А крила веслами волочиш по землі?!&lt;br /&gt;</w:t>
        <w:br/>
        <w:t>Чому ж ти, лицар мій, на герць не виступаєш,&lt;br /&gt;</w:t>
        <w:br/>
        <w:t>А вітром жалібно голосиш на ріллі?!</w:t>
      </w:r>
    </w:p>
    <w:p>
      <w:r>
        <w:br/>
        <w:t>І що орел, коли його орлина зграя&lt;br /&gt;</w:t>
        <w:br/>
        <w:t>Не рве з землі в блакить ясного дня,&lt;br /&gt;</w:t>
        <w:br/>
        <w:t>І що за лицар ти з усмішкою льокая,1&lt;br /&gt;</w:t>
        <w:br/>
        <w:t>Без гордих дум, без честі і ім’я?!</w:t>
      </w:r>
    </w:p>
    <w:p>
      <w:r>
        <w:br/>
        <w:t>1908</w:t>
      </w:r>
    </w:p>
    <w:p>
      <w:r>
        <w:br/>
        <w:t>"РОЗКВІТЛУ ПАПОРОТЬ ШУКАЄШ ТИ В ЛІСАХ…"</w:t>
      </w:r>
    </w:p>
    <w:p>
      <w:r>
        <w:br/>
        <w:t>Розквітлу папороть шукаєш ти в лісах,&lt;br /&gt;</w:t>
        <w:br/>
        <w:t>І вся ідеш в крові, і вся ідеш в сльозах…&lt;br /&gt;</w:t>
        <w:br/>
        <w:t>А я, пригнічений журбою,&lt;br /&gt;</w:t>
        <w:br/>
        <w:t>Іду поодаль за тобою.</w:t>
      </w:r>
    </w:p>
    <w:p>
      <w:r>
        <w:br/>
        <w:t>О бідна ластівко! з залізом скутих крил…&lt;br /&gt;</w:t>
        <w:br/>
        <w:t>Я знаю,— ти впадеш без віри і без сил,&lt;br /&gt;</w:t>
        <w:br/>
        <w:t>А я в розпуці серед гаю&lt;br /&gt;</w:t>
        <w:br/>
        <w:t>Тебе в могилі поховаю.</w:t>
      </w:r>
    </w:p>
    <w:p>
      <w:r>
        <w:br/>
        <w:t>1909</w:t>
      </w:r>
    </w:p>
    <w:p>
      <w:r>
        <w:br/>
        <w:t>"СВІТАЄ… НІЧ ПОВОЛІ ТАНЕ…"</w:t>
      </w:r>
    </w:p>
    <w:p>
      <w:r>
        <w:br/>
        <w:t>Світає… ніч поволі тане,&lt;br /&gt;</w:t>
        <w:br/>
        <w:t>Чорніє ліс, сіріє поле,&lt;br /&gt;</w:t>
        <w:br/>
        <w:t>І скоро красне сонце встане!..&lt;br /&gt;</w:t>
        <w:br/>
        <w:t>Моє ж не встане більш ніколи…</w:t>
      </w:r>
    </w:p>
    <w:p>
      <w:r>
        <w:br/>
        <w:t>В душі останній промінь гасне,&lt;br /&gt;</w:t>
        <w:br/>
        <w:t>Як чорний ворон, ніч літає,&lt;br /&gt;</w:t>
        <w:br/>
        <w:t>А сонце, чисте і прекрасне,&lt;br /&gt;</w:t>
        <w:br/>
        <w:t>Крізь сльози усміх посилає.</w:t>
      </w:r>
    </w:p>
    <w:p>
      <w:r>
        <w:br/>
        <w:t>1908</w:t>
      </w:r>
    </w:p>
    <w:p>
      <w:r>
        <w:br/>
        <w:t>"НЕ БЕРІТЬ ІЗ ЗЕЛЕНОГО ЛУГУ ВЕРБИ…"</w:t>
      </w:r>
    </w:p>
    <w:p>
      <w:r>
        <w:br/>
        <w:t>Не беріть із зеленого лугу верби&lt;br /&gt;</w:t>
        <w:br/>
        <w:t>Ні на жовті піски, ні на скелі,&lt;br /&gt;</w:t>
        <w:br/>
        <w:t>Бо зів’яне вона від жаги і журби&lt;br /&gt;</w:t>
        <w:br/>
        <w:t>По зеленому лузі в пустелі…</w:t>
      </w:r>
    </w:p>
    <w:p>
      <w:r>
        <w:br/>
        <w:t>І сосни не несіть на зелені луги,&lt;br /&gt;</w:t>
        <w:br/>
        <w:t>Бо вона засумує в долині&lt;br /&gt;</w:t>
        <w:br/>
        <w:t>І засохне в воді від палкої жаги.&lt;br /&gt;</w:t>
        <w:br/>
        <w:t>І нудьги по далекій вершині.</w:t>
      </w:r>
    </w:p>
    <w:p>
      <w:r>
        <w:br/>
        <w:t>1907</w:t>
      </w:r>
    </w:p>
    <w:p>
      <w:r>
        <w:br/>
        <w:t>"НЕ ЗАШУМЛЯТЬ СТОЛІТНІ ВЕРБИ…"</w:t>
      </w:r>
    </w:p>
    <w:p>
      <w:r>
        <w:br/>
        <w:t>Не зашумлять столітні верби,&lt;br /&gt;</w:t>
        <w:br/>
        <w:t>Не зашумлять…&lt;br /&gt;</w:t>
        <w:br/>
        <w:t>Не зацвітуть пожовклі луки,&lt;br /&gt;</w:t>
        <w:br/>
        <w:t>Не зацвітуть.&lt;br /&gt;</w:t>
        <w:br/>
        <w:t>Не вернем ми літа дитячі&lt;br /&gt;</w:t>
        <w:br/>
        <w:t>Повік, повік…&lt;br /&gt;</w:t>
        <w:br/>
        <w:t>Не підем ми волошки рвати&lt;br /&gt;</w:t>
        <w:br/>
        <w:t>Ніколи вже.&lt;br /&gt;</w:t>
        <w:br/>
        <w:t>На призьбі ти сидиш совою&lt;br /&gt;</w:t>
        <w:br/>
        <w:t>І серце рвеш,&lt;br /&gt;</w:t>
        <w:br/>
        <w:t>А я іду в крові і ранах,&lt;br /&gt;</w:t>
        <w:br/>
        <w:t>Сліпий іду…&lt;br /&gt;</w:t>
        <w:br/>
        <w:t>Дурна надія мене тернами&lt;br /&gt;</w:t>
        <w:br/>
        <w:t>Кудись веде.</w:t>
      </w:r>
    </w:p>
    <w:p>
      <w:r>
        <w:br/>
        <w:t>1908</w:t>
      </w:r>
    </w:p>
    <w:p>
      <w:r>
        <w:br/>
        <w:t>"В КРАЇНІ МЕРТВІЙ І БЕЗПЛОДНІЙ…"</w:t>
      </w:r>
    </w:p>
    <w:p>
      <w:r>
        <w:br/>
        <w:t>В країні мертвій і безплодній,&lt;br /&gt;</w:t>
        <w:br/>
        <w:t>В країні зради і пітьми,&lt;br /&gt;</w:t>
        <w:br/>
        <w:t>Забутий Богом і людьми&lt;br /&gt;</w:t>
        <w:br/>
        <w:t>Сумує жертвенник народний.</w:t>
      </w:r>
    </w:p>
    <w:p>
      <w:r>
        <w:br/>
        <w:t>Травою слід заріс до нього,&lt;br /&gt;</w:t>
        <w:br/>
        <w:t>Віки вогонь вже не горить,&lt;br /&gt;</w:t>
        <w:br/>
        <w:t>І ладан вгору не курить,&lt;br /&gt;</w:t>
        <w:br/>
        <w:t>І перед ним нема нікого.</w:t>
      </w:r>
    </w:p>
    <w:p>
      <w:r>
        <w:br/>
        <w:t>Де ж ви в сей час страшний вмирання?!&lt;br /&gt;</w:t>
        <w:br/>
        <w:t>Чому молитись не йдете,&lt;br /&gt;</w:t>
        <w:br/>
        <w:t>І жертв богам не кладете,&lt;br /&gt;</w:t>
        <w:br/>
        <w:t>І не шепочете благання?</w:t>
      </w:r>
    </w:p>
    <w:p>
      <w:r>
        <w:br/>
        <w:t>Чи в вас в пітьмі посліпли очі,&lt;br /&gt;</w:t>
        <w:br/>
        <w:t>І ви не бачите мети,&lt;br /&gt;</w:t>
        <w:br/>
        <w:t>Чи сил немає в вас іти,&lt;br /&gt;</w:t>
        <w:br/>
        <w:t>Чи жити з вас ніхто не хоче?</w:t>
      </w:r>
    </w:p>
    <w:p>
      <w:r>
        <w:br/>
        <w:t>Вам чути хід кінця страшною?&lt;br /&gt;</w:t>
        <w:br/>
        <w:t>Ось він іде, біжить, біжить…&lt;br /&gt;</w:t>
        <w:br/>
        <w:t>Востаннє,— жертвенник дрижить…&lt;br /&gt;</w:t>
        <w:br/>
        <w:t>Впаде! впаде! скоріш до нього!</w:t>
      </w:r>
    </w:p>
    <w:p>
      <w:r>
        <w:br/>
        <w:t>1908</w:t>
      </w:r>
    </w:p>
    <w:p>
      <w:r>
        <w:br/>
        <w:t>НА ЧУЖИНІ (ПІСНЯ)</w:t>
      </w:r>
    </w:p>
    <w:p>
      <w:r>
        <w:br/>
        <w:t>Ой чого ти, тополенько,&lt;br /&gt;</w:t>
        <w:br/>
        <w:t>Не цвітеш,&lt;br /&gt;</w:t>
        <w:br/>
        <w:t>Чом пожовклу головоньку&lt;br /&gt;</w:t>
        <w:br/>
        <w:t>Хилиш-гнеш?&lt;br /&gt;</w:t>
        <w:br/>
        <w:t>Чом з вітрами-парубками&lt;br /&gt;</w:t>
        <w:br/>
        <w:t>Не шумиш?&lt;br /&gt;</w:t>
        <w:br/>
        <w:t>А засмучена-засмучена,&lt;br /&gt;</w:t>
        <w:br/>
        <w:t>Мов з нелюбим заручена,&lt;br /&gt;</w:t>
        <w:br/>
        <w:t>Все мовчиш?&lt;br /&gt;</w:t>
        <w:br/>
        <w:t>Тільки часом до хмароньки&lt;br /&gt;</w:t>
        <w:br/>
        <w:t>Скажеш ти:&lt;br /&gt;</w:t>
        <w:br/>
        <w:t>"Ой хмаронько, ой чаронько,&lt;br /&gt;</w:t>
        <w:br/>
        <w:t>Не лети.&lt;br /&gt;</w:t>
        <w:br/>
        <w:t>Зірви з мене це листячко,&lt;br /&gt;</w:t>
        <w:br/>
        <w:t>Це листячко-намистечко&lt;br /&gt;</w:t>
        <w:br/>
        <w:t>Без краси.&lt;br /&gt;</w:t>
        <w:br/>
        <w:t>У рідную годиноньку,&lt;br /&gt;</w:t>
        <w:br/>
        <w:t>На милую Вкраїноньку&lt;br /&gt;</w:t>
        <w:br/>
        <w:t>Віднеси".</w:t>
      </w:r>
    </w:p>
    <w:p>
      <w:r>
        <w:br/>
        <w:t>1908</w:t>
      </w:r>
    </w:p>
    <w:p>
      <w:r>
        <w:br/>
        <w:t>"В МІЩАНСЬКІЙ ОДІЖІ І В РІДНОМУ ВІНКУ…"</w:t>
      </w:r>
    </w:p>
    <w:p>
      <w:r>
        <w:br/>
        <w:t>В міщанській одіжі і в рідному вінку,&lt;br /&gt;</w:t>
        <w:br/>
        <w:t>Занесена сюди бозна-відкіль вітрами,&lt;br /&gt;</w:t>
        <w:br/>
        <w:t>Дивується вона чужинному танку&lt;br /&gt;</w:t>
        <w:br/>
        <w:t>І слухає "кек-вок", сховавшись між служками…</w:t>
      </w:r>
    </w:p>
    <w:p>
      <w:r>
        <w:br/>
        <w:t>О Україно-мати! Зглянься, захисти,&lt;br /&gt;</w:t>
        <w:br/>
        <w:t>Прости свою дочку безтямну і зрадливу,&lt;br /&gt;</w:t>
        <w:br/>
        <w:t>Пошли ти янгола любовно одвести&lt;br /&gt;</w:t>
        <w:br/>
        <w:t>Від круч дитя твоє сліпе на рідну ниву.</w:t>
      </w:r>
    </w:p>
    <w:p>
      <w:r>
        <w:br/>
        <w:t>Мовчиш?.. Не йдеш спасти свою дочку?..&lt;br /&gt;</w:t>
        <w:br/>
        <w:t>Ах, ти сама стоїш від рана і до рана,&lt;br /&gt;</w:t>
        <w:br/>
        <w:t>В міщанській одіжі і в рідному вінку,&lt;br /&gt;</w:t>
        <w:br/>
        <w:t>І слухаєш "кек-вок", розхристана і п’яна.</w:t>
      </w:r>
    </w:p>
    <w:p>
      <w:r>
        <w:br/>
        <w:t>1908</w:t>
      </w:r>
    </w:p>
    <w:p>
      <w:r>
        <w:br/>
        <w:t>"ІДІТЬ! НІХТО ВАС НЕ СПИНЯ…"</w:t>
      </w:r>
    </w:p>
    <w:p>
      <w:r>
        <w:br/>
        <w:t>Ідіть! Ніхто вас не спиня,&lt;br /&gt;</w:t>
        <w:br/>
        <w:t>Ідіть із ночі в сяйво дня.&lt;br /&gt;</w:t>
        <w:br/>
        <w:t>Ідіть із мертвої пустелі&lt;br /&gt;</w:t>
        <w:br/>
        <w:t>В краї зелені і веселі.&lt;br /&gt;</w:t>
        <w:br/>
        <w:t>Ідіть,— ніхто нас не спиня.</w:t>
      </w:r>
    </w:p>
    <w:p>
      <w:r>
        <w:br/>
        <w:t>Але ви тихо, тихо йдіть,&lt;br /&gt;</w:t>
        <w:br/>
        <w:t>Сліпого лева не будіть,&lt;br /&gt;</w:t>
        <w:br/>
        <w:t>На його навіть не дивіться,-&lt;br /&gt;</w:t>
        <w:br/>
        <w:t>Йому страшне щось зараз сниться…&lt;br /&gt;</w:t>
        <w:br/>
        <w:t>Ви тихо, тихо з ночі йдіть.</w:t>
      </w:r>
    </w:p>
    <w:p>
      <w:r>
        <w:br/>
        <w:t>Вві сні він голову підвів&lt;br /&gt;</w:t>
        <w:br/>
        <w:t>І ніби Божий світ уздрів…&lt;br /&gt;</w:t>
        <w:br/>
        <w:t>Погляньте! плачуть мертві очі,&lt;br /&gt;</w:t>
        <w:br/>
        <w:t>І струмінь сліз граніти точе…&lt;br /&gt;</w:t>
        <w:br/>
        <w:t>О, що він в сні своїм уздрів?</w:t>
      </w:r>
    </w:p>
    <w:p>
      <w:r>
        <w:br/>
        <w:t>І знову ліг… і важко спить…&lt;br /&gt;</w:t>
        <w:br/>
        <w:t>Ще раз зітхнув… постійте мить…&lt;br /&gt;</w:t>
        <w:br/>
        <w:t>Заснув, заснув… ідіть, не бійтесь.&lt;br /&gt;</w:t>
        <w:br/>
        <w:t>Пройшли?! Тепер кричіть і смійтесь.&lt;br /&gt;</w:t>
        <w:br/>
        <w:t>Далеко він і важко спить.</w:t>
      </w:r>
    </w:p>
    <w:p>
      <w:r>
        <w:br/>
        <w:t>1908</w:t>
      </w:r>
    </w:p>
    <w:p>
      <w:r>
        <w:br/>
        <w:t>РАНО-ВРАНЦІ</w:t>
      </w:r>
    </w:p>
    <w:p>
      <w:r>
        <w:br/>
        <w:t>(В Криму)</w:t>
      </w:r>
    </w:p>
    <w:p>
      <w:r>
        <w:br/>
        <w:t>Зайнялися гори! В золоті каміння,&lt;br /&gt;</w:t>
        <w:br/>
        <w:t>В полум’ї граніти і в диму гаї,&lt;br /&gt;</w:t>
        <w:br/>
        <w:t>А на хмарах грає сонячне проміння,&lt;br /&gt;</w:t>
        <w:br/>
        <w:t>Грає і дарує усміхи свої.</w:t>
      </w:r>
    </w:p>
    <w:p>
      <w:r>
        <w:br/>
        <w:t>І проснулись хмари, і всміхнулись світу,&lt;br /&gt;</w:t>
        <w:br/>
        <w:t>І всміхнулись небу, морю і землі…&lt;br /&gt;</w:t>
        <w:br/>
        <w:t>І знялися легко, з усміхом привіту,&lt;br /&gt;</w:t>
        <w:br/>
        <w:t>І поволі зникли, і розтали в млі…</w:t>
      </w:r>
    </w:p>
    <w:p>
      <w:r>
        <w:br/>
        <w:t>Випливло і сонце! — все — любов і ласка!&lt;br /&gt;</w:t>
        <w:br/>
        <w:t>Обняло всю землю сяйвом і теплом…&lt;br /&gt;</w:t>
        <w:br/>
        <w:t>І, здавалось, щастя, чарівне, як казка,&lt;br /&gt;</w:t>
        <w:br/>
        <w:t>Має над землею райдужним крилом.</w:t>
      </w:r>
    </w:p>
    <w:p>
      <w:r>
        <w:br/>
        <w:t>1906</w:t>
      </w:r>
    </w:p>
    <w:p>
      <w:r>
        <w:br/>
        <w:t>"ЛИВСЯ СПІВ КОЛИСЬ У МЕНЕ…"</w:t>
      </w:r>
    </w:p>
    <w:p>
      <w:r>
        <w:br/>
        <w:t>Лився спів колись у мене,&lt;br /&gt;</w:t>
        <w:br/>
        <w:t>А тепер я сльози ллю…&lt;br /&gt;</w:t>
        <w:br/>
        <w:t>Про журбу мою співати&lt;br /&gt;</w:t>
        <w:br/>
        <w:t>Доручив я солов’ю.</w:t>
      </w:r>
    </w:p>
    <w:p>
      <w:r>
        <w:br/>
        <w:t>Все втонуло в пісні-морі,&lt;br /&gt;</w:t>
        <w:br/>
        <w:t>Все забулось, як вві сні…&lt;br /&gt;</w:t>
        <w:br/>
        <w:t>Тільки ти, далека зоре,&lt;br /&gt;</w:t>
        <w:br/>
        <w:t>Рівно сяєш в вишині.</w:t>
      </w:r>
    </w:p>
    <w:p>
      <w:r>
        <w:br/>
        <w:t>1908</w:t>
      </w:r>
    </w:p>
    <w:p>
      <w:r>
        <w:br/>
        <w:t>"ЄСТЬ ДИВНІ ЛІЛЕЇ, ЩО, ВРАНЦІ РОДИВШИСЬ…"</w:t>
      </w:r>
    </w:p>
    <w:p>
      <w:r>
        <w:br/>
        <w:t>Єсть дивні лілеї, що, вранці родившись,&lt;br /&gt;</w:t>
        <w:br/>
        <w:t>Надвечір уже умирають…&lt;br /&gt;</w:t>
        <w:br/>
        <w:t>Я бачив їх трупи… Стоять, як зомлілі,&lt;br /&gt;</w:t>
        <w:br/>
        <w:t>І руки кудись простягають.</w:t>
      </w:r>
    </w:p>
    <w:p>
      <w:r>
        <w:br/>
        <w:t>Родився я ранком, та нагло погас він,&lt;br /&gt;</w:t>
        <w:br/>
        <w:t>І стало і сумно, і темно…&lt;br /&gt;</w:t>
        <w:br/>
        <w:t>І ось,— уже роки в пітьмі я блукаю&lt;br /&gt;</w:t>
        <w:br/>
        <w:t>І смерті чекаю даремно.</w:t>
      </w:r>
    </w:p>
    <w:p>
      <w:r>
        <w:br/>
        <w:t>1905</w:t>
      </w:r>
    </w:p>
    <w:p>
      <w:r>
        <w:br/>
        <w:t>"НАРОД, ЯК МЕРТВИЙ, СПИТЬ БЕЗ СНІВ…"</w:t>
      </w:r>
    </w:p>
    <w:p>
      <w:r>
        <w:br/>
        <w:t>Народ, як мертвий, спить без снів,&lt;br /&gt;</w:t>
        <w:br/>
        <w:t>А я на лірі граю&lt;br /&gt;</w:t>
        <w:br/>
        <w:t>І вас, нудьгуючих панів,&lt;br /&gt;</w:t>
        <w:br/>
        <w:t>Піснями розважаю.</w:t>
      </w:r>
    </w:p>
    <w:p>
      <w:r>
        <w:br/>
        <w:t>Ганьба мені, ганьба мені!&lt;br /&gt;</w:t>
        <w:br/>
        <w:t>Замовкніть, срібні струни,&lt;br /&gt;</w:t>
        <w:br/>
        <w:t>Бо цілий край кона в багні,&lt;br /&gt;</w:t>
        <w:br/>
        <w:t>І скрізь мерці і труни.</w:t>
      </w:r>
    </w:p>
    <w:p>
      <w:r>
        <w:br/>
        <w:t>Ні! Хочу ліру я розбить,&lt;br /&gt;</w:t>
        <w:br/>
        <w:t>Узяти сурму мідну&lt;br /&gt;</w:t>
        <w:br/>
        <w:t>І нею з гір мерців будить&lt;br /&gt;</w:t>
        <w:br/>
        <w:t>І Україну бідну.</w:t>
      </w:r>
    </w:p>
    <w:p>
      <w:r>
        <w:br/>
        <w:t>Лишу я співи про красу,&lt;br /&gt;</w:t>
        <w:br/>
        <w:t>Забуду власні жалі&lt;br /&gt;</w:t>
        <w:br/>
        <w:t>І з гір високих понесу&lt;br /&gt;</w:t>
        <w:br/>
        <w:t>Народові скрижалі.</w:t>
      </w:r>
    </w:p>
    <w:p>
      <w:r>
        <w:br/>
        <w:t>1908</w:t>
      </w:r>
    </w:p>
    <w:p>
      <w:r>
        <w:br/>
        <w:t>"В ПРОВАЛЛІ ТЕМНІМ, ДЕСЬ НА ДНІ…"</w:t>
      </w:r>
    </w:p>
    <w:p>
      <w:r>
        <w:br/>
        <w:t>В проваллі темнім, десь на дні&lt;br /&gt;</w:t>
        <w:br/>
        <w:t>Сосна чорніє на граніті…&lt;br /&gt;</w:t>
        <w:br/>
        <w:t>Ніхто з живих не зна її,&lt;br /&gt;</w:t>
        <w:br/>
        <w:t>Не зна й вона нікого в світі…</w:t>
      </w:r>
    </w:p>
    <w:p>
      <w:r>
        <w:br/>
        <w:t>Над нею десь весна цвіте,&lt;br /&gt;</w:t>
        <w:br/>
        <w:t>Квітки цілуються з квітками,&lt;br /&gt;</w:t>
        <w:br/>
        <w:t>Сміється сонце золоте,&lt;br /&gt;</w:t>
        <w:br/>
        <w:t>Річки зливаються з річками.</w:t>
      </w:r>
    </w:p>
    <w:p>
      <w:r>
        <w:br/>
        <w:t>Вона ж, самотня і смутна,&lt;br /&gt;</w:t>
        <w:br/>
        <w:t>В яру чорніє на граніті,-&lt;br /&gt;</w:t>
        <w:br/>
        <w:t>Ніхто з живих її не зна,&lt;br /&gt;</w:t>
        <w:br/>
        <w:t>Не зна й вона нікого в світі…</w:t>
      </w:r>
    </w:p>
    <w:p>
      <w:r>
        <w:br/>
        <w:t>І тільки іноді вітри&lt;br /&gt;</w:t>
        <w:br/>
        <w:t>На скелі спиняться юрбою&lt;br /&gt;</w:t>
        <w:br/>
        <w:t>І гоготать почнуть згори,&lt;br /&gt;</w:t>
        <w:br/>
        <w:t>І насміхатись над сосною…</w:t>
      </w:r>
    </w:p>
    <w:p>
      <w:r>
        <w:br/>
        <w:t>1906</w:t>
      </w:r>
    </w:p>
    <w:p>
      <w:r>
        <w:br/>
        <w:t>"НЕБО З МОРЕМ ОБНЯЛОСЯ…"</w:t>
      </w:r>
    </w:p>
    <w:p>
      <w:r>
        <w:br/>
        <w:t>Небо з морем обнялося,&lt;br /&gt;</w:t>
        <w:br/>
        <w:t>Море в небі розлилося…&lt;br /&gt;</w:t>
        <w:br/>
        <w:t>Цілий світ вони забули&lt;br /&gt;</w:t>
        <w:br/>
        <w:t>І в туманах потонули.</w:t>
      </w:r>
    </w:p>
    <w:p>
      <w:r>
        <w:br/>
        <w:t>Марив я з тобою бути,&lt;br /&gt;</w:t>
        <w:br/>
        <w:t>Наші рідні душі скуті,-&lt;br /&gt;</w:t>
        <w:br/>
        <w:t>Та, як небо, ти синіла&lt;br /&gt;</w:t>
        <w:br/>
        <w:t>І в думках кудись летіла.</w:t>
      </w:r>
    </w:p>
    <w:p>
      <w:r>
        <w:br/>
        <w:t>1908</w:t>
      </w:r>
    </w:p>
    <w:p>
      <w:r>
        <w:br/>
        <w:t>"О САРНОНЬКО, ПРИХОДЬ..."</w:t>
      </w:r>
    </w:p>
    <w:p>
      <w:r>
        <w:br/>
        <w:t>О сарнонько, приходь&lt;br /&gt;</w:t>
        <w:br/>
        <w:t>Вечірньою добою&lt;br /&gt;</w:t>
        <w:br/>
        <w:t>Над скло прозорих вод,&lt;br /&gt;</w:t>
        <w:br/>
        <w:t>Уквітчаних весною.</w:t>
      </w:r>
    </w:p>
    <w:p>
      <w:r>
        <w:br/>
        <w:t>О пташко, прилітай,&lt;br /&gt;</w:t>
        <w:br/>
        <w:t>Як ніч на землю гляне,&lt;br /&gt;</w:t>
        <w:br/>
        <w:t>Туди, де темний гай&lt;br /&gt;</w:t>
        <w:br/>
        <w:t>Шумить пісні весняні.</w:t>
      </w:r>
    </w:p>
    <w:p>
      <w:r>
        <w:br/>
        <w:t>Ми будемо удвох&lt;br /&gt;</w:t>
        <w:br/>
        <w:t>На цілий гай чудовий&lt;br /&gt;</w:t>
        <w:br/>
        <w:t>Блукать серед квіток&lt;br /&gt;</w:t>
        <w:br/>
        <w:t>По казці смарагдовій.</w:t>
      </w:r>
    </w:p>
    <w:p>
      <w:r>
        <w:br/>
        <w:t>І будеш в сяйві ти,&lt;br /&gt;</w:t>
        <w:br/>
        <w:t>Як фея, як царівна,&lt;br /&gt;</w:t>
        <w:br/>
        <w:t>Кудись у казку йти,&lt;br /&gt;</w:t>
        <w:br/>
        <w:t>Чудовній казці рівна.</w:t>
      </w:r>
    </w:p>
    <w:p>
      <w:r>
        <w:br/>
        <w:t>І будуть перли рос&lt;br /&gt;</w:t>
        <w:br/>
        <w:t>Скидать на тебе віти,&lt;br /&gt;</w:t>
        <w:br/>
        <w:t>І в пишні хвилі кос&lt;br /&gt;</w:t>
        <w:br/>
        <w:t>Самі вплетуться квіти.</w:t>
      </w:r>
    </w:p>
    <w:p>
      <w:r>
        <w:br/>
        <w:t>І скажем ми в той час&lt;br /&gt;</w:t>
        <w:br/>
        <w:t>Квіткам, струмкам і гаю:&lt;br /&gt;</w:t>
        <w:br/>
        <w:t>"Вінчайте, друзі, нас,-&lt;br /&gt;</w:t>
        <w:br/>
        <w:t>Ми любимось без краю…"</w:t>
      </w:r>
    </w:p>
    <w:p>
      <w:r>
        <w:br/>
        <w:t>І гай нам зашумить,&lt;br /&gt;</w:t>
        <w:br/>
        <w:t>Озветься солов’ями,&lt;br /&gt;</w:t>
        <w:br/>
        <w:t>І стане нам курить&lt;br /&gt;</w:t>
        <w:br/>
        <w:t>Пахучі фіміами.</w:t>
      </w:r>
    </w:p>
    <w:p>
      <w:r>
        <w:br/>
        <w:t>1907</w:t>
      </w:r>
    </w:p>
    <w:p>
      <w:r>
        <w:br/>
        <w:t>НАД МОРЕМ</w:t>
      </w:r>
    </w:p>
    <w:p>
      <w:r>
        <w:br/>
        <w:t>"Шуміть, шуміть, морські безодні,&lt;br /&gt;</w:t>
        <w:br/>
        <w:t>Сміліше, море, в бій лети!&lt;br /&gt;</w:t>
        <w:br/>
        <w:t>Душа моя така ж сьогодні&lt;br /&gt;</w:t>
        <w:br/>
        <w:t>Крилата, вільна, як і ти".</w:t>
      </w:r>
    </w:p>
    <w:p>
      <w:r>
        <w:br/>
        <w:t>Стою над кручею страшною,&lt;br /&gt;</w:t>
        <w:br/>
        <w:t>Каскади злотні сонце ллє,&lt;br /&gt;</w:t>
        <w:br/>
        <w:t>А там, внизу десь, підо мною,&lt;br /&gt;</w:t>
        <w:br/>
        <w:t>В гранітні бубни море б’є.</w:t>
      </w:r>
    </w:p>
    <w:p>
      <w:r>
        <w:br/>
        <w:t>"Руйнуй, руйнуй холодні скелі,&lt;br /&gt;</w:t>
        <w:br/>
        <w:t>З піснями труни розбивай,-&lt;br /&gt;</w:t>
        <w:br/>
        <w:t>І з мене теж пісні веселі&lt;br /&gt;</w:t>
        <w:br/>
        <w:t>Летять, як хвилі, в рідний край".</w:t>
      </w:r>
    </w:p>
    <w:p>
      <w:r>
        <w:br/>
        <w:t>А в тім краю, у тій пустелі,&lt;br /&gt;</w:t>
        <w:br/>
        <w:t>В краю прокляття і ганьби&lt;br /&gt;</w:t>
        <w:br/>
        <w:t>Одні — глухі, байдужі скелі,&lt;br /&gt;</w:t>
        <w:br/>
        <w:t>Другі — осліплені раби.</w:t>
      </w:r>
    </w:p>
    <w:p>
      <w:r>
        <w:br/>
        <w:t>І скарги зойк несеться з мене,&lt;br /&gt;</w:t>
        <w:br/>
        <w:t>І гніву дим за ним летить,&lt;br /&gt;</w:t>
        <w:br/>
        <w:t>А море, вільне і шалене,&lt;br /&gt;</w:t>
        <w:br/>
        <w:t>Танцює, грає і шумить.</w:t>
      </w:r>
    </w:p>
    <w:p>
      <w:r>
        <w:br/>
        <w:t>"Танцюй, танцюй, мій коню сивий!&lt;br /&gt;</w:t>
        <w:br/>
        <w:t>Весь в піні, гриву розпускай,&lt;br /&gt;</w:t>
        <w:br/>
        <w:t>Летім у край мій нещасливий,&lt;br /&gt;</w:t>
        <w:br/>
        <w:t>Летім у мій невільний край!.."</w:t>
      </w:r>
    </w:p>
    <w:p>
      <w:r>
        <w:br/>
        <w:t>…На човні я… вітри співають,&lt;br /&gt;</w:t>
        <w:br/>
        <w:t>Кричать чайки, кудись звучи…&lt;br /&gt;</w:t>
        <w:br/>
        <w:t>В очах моїх знамена мають,&lt;br /&gt;</w:t>
        <w:br/>
        <w:t>Бряжчать, виблискують мечі.</w:t>
      </w:r>
    </w:p>
    <w:p>
      <w:r>
        <w:br/>
        <w:t>1908</w:t>
      </w:r>
    </w:p>
    <w:p>
      <w:r>
        <w:br/>
        <w:t>"ЗУСТРІТИСЯ, ЩОБ ЗРАЗУ РОЗЛУЧИТИСЬ…"</w:t>
      </w:r>
    </w:p>
    <w:p>
      <w:r>
        <w:br/>
        <w:t>Зустрітися, щоб зразу розлучитись,&lt;br /&gt;</w:t>
        <w:br/>
        <w:t>Щоб бідне серце отруїть,&lt;br /&gt;</w:t>
        <w:br/>
        <w:t>Щоб більш, ніколи не зустрітись&lt;br /&gt;</w:t>
        <w:br/>
        <w:t>І вічно втратою боліть.</w:t>
      </w:r>
    </w:p>
    <w:p>
      <w:r>
        <w:br/>
        <w:t>Зустрітися, щоб скрізь тебе шукати,&lt;br /&gt;</w:t>
        <w:br/>
        <w:t>Для чогось жить, не маючи мети…&lt;br /&gt;</w:t>
        <w:br/>
        <w:t>Складать пісні тобі і знати,&lt;br /&gt;</w:t>
        <w:br/>
        <w:t>Що їх повік не вчуєш ти…</w:t>
      </w:r>
    </w:p>
    <w:p>
      <w:r>
        <w:br/>
        <w:t>1908</w:t>
      </w:r>
    </w:p>
    <w:p>
      <w:r>
        <w:br/>
        <w:t>"МИ ПЛАКАЛИ НА ЦВИНТАРІ, БЕЗСИЛІ…"</w:t>
      </w:r>
    </w:p>
    <w:p>
      <w:r>
        <w:br/>
        <w:t>Ми плакали на цвинтарі, безсилі,&lt;br /&gt;</w:t>
        <w:br/>
        <w:t>А скрізь жовтіли на землі&lt;br /&gt;</w:t>
        <w:br/>
        <w:t>Потоптані знамена милі&lt;br /&gt;</w:t>
        <w:br/>
        <w:t>І наші зламані шаблі.</w:t>
      </w:r>
    </w:p>
    <w:p>
      <w:r>
        <w:br/>
        <w:t>І сотні нас з чужинцем побратались,&lt;br /&gt;</w:t>
        <w:br/>
        <w:t>Втекли від нас в ворожий стан&lt;br /&gt;</w:t>
        <w:br/>
        <w:t>І разом з ворогом знущались&lt;br /&gt;</w:t>
        <w:br/>
        <w:t>З кривавих наших сліз і ран.</w:t>
      </w:r>
    </w:p>
    <w:p>
      <w:r>
        <w:br/>
        <w:t>Свої — серця нам виривали,&lt;br /&gt;</w:t>
        <w:br/>
        <w:t>Чужі — тесали нам хрести,&lt;br /&gt;</w:t>
        <w:br/>
        <w:t>А ми дивились і не знали,&lt;br /&gt;</w:t>
        <w:br/>
        <w:t>Куди нам з цвинтаря іти.</w:t>
      </w:r>
    </w:p>
    <w:p>
      <w:r>
        <w:br/>
        <w:t>1908</w:t>
      </w:r>
    </w:p>
    <w:p>
      <w:r>
        <w:br/>
        <w:t>"ПОМИЛКУ ЗРОБЛЕНО… НЕ ТРЕБА КАЯТТЯ!.."</w:t>
      </w:r>
    </w:p>
    <w:p>
      <w:r>
        <w:br/>
        <w:t>Помилку зроблено… не треба каяття!&lt;br /&gt;</w:t>
        <w:br/>
        <w:t>Не треба сліз, і скарг, і жалю…&lt;br /&gt;</w:t>
        <w:br/>
        <w:t>Неси покірно хрест життя,&lt;br /&gt;</w:t>
        <w:br/>
        <w:t>Ховай журбу безкраю.</w:t>
      </w:r>
    </w:p>
    <w:p>
      <w:r>
        <w:br/>
        <w:t>Про щастя втрачене даремно не гадай!&lt;br /&gt;</w:t>
        <w:br/>
        <w:t>Удар в душі на смерть по йому&lt;br /&gt;</w:t>
        <w:br/>
        <w:t>І мовчки привидом блукай&lt;br /&gt;</w:t>
        <w:br/>
        <w:t>На святі життьовому.</w:t>
      </w:r>
    </w:p>
    <w:p>
      <w:r>
        <w:br/>
        <w:t>"ЧИМ ВТІШУ ВАС? НА ЩО ЯСНЕ Я ВАМ ВКАЖУ?.."</w:t>
      </w:r>
    </w:p>
    <w:p>
      <w:r>
        <w:br/>
        <w:t>Чим втішу вас? На що ясне я вам вкажу?&lt;br /&gt;</w:t>
        <w:br/>
        <w:t>Де зілля я знайду на ваші рани?&lt;br /&gt;</w:t>
        <w:br/>
        <w:t>Ні, ні! Я вам нічого не скажу,-&lt;br /&gt;</w:t>
        <w:br/>
        <w:t>Уста мої скули кайдани…</w:t>
      </w:r>
    </w:p>
    <w:p>
      <w:r>
        <w:br/>
        <w:t>На наш бенкет були вже сплетені вінки,&lt;br /&gt;</w:t>
        <w:br/>
        <w:t>Стояли вже для нас столи накриті…&lt;br /&gt;</w:t>
        <w:br/>
        <w:t>І ось,— лежать розтоптані квітки,&lt;br /&gt;</w:t>
        <w:br/>
        <w:t>І наші келихи розбиті.</w:t>
      </w:r>
    </w:p>
    <w:p>
      <w:r>
        <w:br/>
        <w:t>І ніч страшна іде… страшна, мої брати…&lt;br /&gt;</w:t>
        <w:br/>
        <w:t>І так голосять жалібно каліки,&lt;br /&gt;</w:t>
        <w:br/>
        <w:t>А там, немов серця людські, горять скирти,&lt;br /&gt;</w:t>
        <w:br/>
        <w:t>Щоб, може, згаснути навіки.</w:t>
      </w:r>
    </w:p>
    <w:p>
      <w:r>
        <w:br/>
        <w:t>Незрячий сам… на що ясне я вам вкажу?..&lt;br /&gt;</w:t>
        <w:br/>
        <w:t>І як в лісах знайду я трав на рани?..&lt;br /&gt;</w:t>
        <w:br/>
        <w:t>Ні, ні! Я вам нічого не скажу,-&lt;br /&gt;</w:t>
        <w:br/>
        <w:t>Уста мої скули кайдани…</w:t>
      </w:r>
    </w:p>
    <w:p>
      <w:r>
        <w:br/>
        <w:t>1907</w:t>
      </w:r>
    </w:p>
    <w:p>
      <w:r>
        <w:br/>
        <w:t>"ХТО СМІЄТЬСЯ В ТОЙ ЧАС, ЯК ПОВИННО РИДАТИ…"</w:t>
      </w:r>
    </w:p>
    <w:p>
      <w:r>
        <w:br/>
        <w:t>Хто сміється в той час, як повинно ридати,&lt;br /&gt;</w:t>
        <w:br/>
        <w:t>Той навік збожеволів давно…&lt;br /&gt;</w:t>
        <w:br/>
        <w:t>Ми в той час сміємось!.. Нас вітають гармати&lt;br /&gt;</w:t>
        <w:br/>
        <w:t>І регочуться з нами водно.</w:t>
      </w:r>
    </w:p>
    <w:p>
      <w:r>
        <w:br/>
        <w:t>Глянь,— ховаються в грудях багнети,&lt;br /&gt;</w:t>
        <w:br/>
        <w:t>Глянь,— свистять і літають мечі,&lt;br /&gt;</w:t>
        <w:br/>
        <w:t>А у наших руках кастаньєти,-&lt;br /&gt;</w:t>
        <w:br/>
        <w:t>Ми танцюєм, в танок зовучи.</w:t>
      </w:r>
    </w:p>
    <w:p>
      <w:r>
        <w:br/>
        <w:t>Водевіль і трагедія нагло зійшлися&lt;br /&gt;</w:t>
        <w:br/>
        <w:t>І заграли шалений танок,&lt;br /&gt;</w:t>
        <w:br/>
        <w:t>І як вихор ми враз понеслися&lt;br /&gt;</w:t>
        <w:br/>
        <w:t>Всі в вінках із червоних квіток…</w:t>
      </w:r>
    </w:p>
    <w:p>
      <w:r>
        <w:br/>
        <w:t>Глянь,— як жалібно скрипки виводять,&lt;br /&gt;</w:t>
        <w:br/>
        <w:t>Глянь,— як весело бубни гудуть,&lt;br /&gt;</w:t>
        <w:br/>
        <w:t>А з землі танцюристів підводять&lt;br /&gt;</w:t>
        <w:br/>
        <w:t>І на мари холодні кладуть…</w:t>
      </w:r>
    </w:p>
    <w:p>
      <w:r>
        <w:br/>
        <w:t>Ой, на гору несуть!.. не дамо! о, прокляті!&lt;br /&gt;</w:t>
        <w:br/>
        <w:t>Побіжім!.. Там цвинтар на горі…&lt;br /&gt;</w:t>
        <w:br/>
        <w:t>Ні… спинись… он, як сови окаті,&lt;br /&gt;</w:t>
        <w:br/>
        <w:t>На могилах сидять матері…</w:t>
      </w:r>
    </w:p>
    <w:p>
      <w:r>
        <w:br/>
        <w:t>1907&lt;br /&gt;</w:t>
        <w:br/>
        <w:t>"КОЛИ ТЕБЕ РОЗЛЮБЕ МИЛА…"</w:t>
      </w:r>
    </w:p>
    <w:p>
      <w:r>
        <w:br/>
        <w:t>Коли тебе розлюбе мила,&lt;br /&gt;</w:t>
        <w:br/>
        <w:t>Для тебе сонце погаса,&lt;br /&gt;</w:t>
        <w:br/>
        <w:t>Чорніє небо смарагдове,&lt;br /&gt;</w:t>
        <w:br/>
        <w:t>І в’яне всесвіту краса.</w:t>
      </w:r>
    </w:p>
    <w:p>
      <w:r>
        <w:br/>
        <w:t>Мене невірна розлюбила,&lt;br /&gt;</w:t>
        <w:br/>
        <w:t>І я блукаю сам не свій,&lt;br /&gt;</w:t>
        <w:br/>
        <w:t>Немов я кинутий остався&lt;br /&gt;</w:t>
        <w:br/>
        <w:t>Один в пустелі світовій.</w:t>
      </w:r>
    </w:p>
    <w:p>
      <w:r>
        <w:br/>
        <w:t>1908</w:t>
      </w:r>
    </w:p>
    <w:p>
      <w:r>
        <w:br/>
        <w:t>"НЕ ЖДИ ДОКОРІВ І ПОГРІЗ…"</w:t>
      </w:r>
    </w:p>
    <w:p>
      <w:r>
        <w:br/>
        <w:t>Не жди докорів і погріз,&lt;br /&gt;</w:t>
        <w:br/>
        <w:t>Ні зайвих слів, ні зайвих сліз,&lt;br /&gt;</w:t>
        <w:br/>
        <w:t>Бо я їх всі в собі спалю,&lt;br /&gt;</w:t>
        <w:br/>
        <w:t>Бо я люблю тебе, люблю.</w:t>
      </w:r>
    </w:p>
    <w:p>
      <w:r>
        <w:br/>
        <w:t>Літа пливуть, і в мряці літ&lt;br /&gt;</w:t>
        <w:br/>
        <w:t>Довчасно гасне серця цвіт…&lt;br /&gt;</w:t>
        <w:br/>
        <w:t>Цвісти б… горіть…— я цвіт гублю,&lt;br /&gt;</w:t>
        <w:br/>
        <w:t>Бо я тебе люблю, люблю.</w:t>
      </w:r>
    </w:p>
    <w:p>
      <w:r>
        <w:br/>
        <w:t>Ні, слів докірливих не жди…&lt;br /&gt;</w:t>
        <w:br/>
        <w:t>Постій… не плач! постій,— не йди.&lt;br /&gt;</w:t>
        <w:br/>
        <w:t>Замовкну я… уста стулю…&lt;br /&gt;</w:t>
        <w:br/>
        <w:t>Люблю… люблю… люблю… люблю!..</w:t>
      </w:r>
    </w:p>
    <w:p>
      <w:r>
        <w:br/>
        <w:t>1908</w:t>
      </w:r>
    </w:p>
    <w:p>
      <w:r>
        <w:br/>
        <w:t>"ДУША СПІВА, ЯК ВСЕ СПІВАЄ…"</w:t>
      </w:r>
    </w:p>
    <w:p>
      <w:r>
        <w:br/>
        <w:t>Душа співа, як все співає…&lt;br /&gt;</w:t>
        <w:br/>
        <w:t>Вона — як озеро… Тремтить&lt;br /&gt;</w:t>
        <w:br/>
        <w:t>І рвійно лове кожну мить,&lt;br /&gt;</w:t>
        <w:br/>
        <w:t>І все незмінно відбиває…</w:t>
      </w:r>
    </w:p>
    <w:p>
      <w:r>
        <w:br/>
        <w:t>Поглянь,— ось-ось почне смеркати,&lt;br /&gt;</w:t>
        <w:br/>
        <w:t>А там і літня ніч злетить —&lt;br /&gt;</w:t>
        <w:br/>
        <w:t>П’янить, циганкою дурить…&lt;br /&gt;</w:t>
        <w:br/>
        <w:t>О, єсть про що пісні складати…</w:t>
      </w:r>
    </w:p>
    <w:p>
      <w:r>
        <w:br/>
        <w:t>Коли ж весь край нечутно плаче,&lt;br /&gt;</w:t>
        <w:br/>
        <w:t>Гниє, розтоптаний, в смітті,&lt;br /&gt;</w:t>
        <w:br/>
        <w:t>Кона, розп’ятий на хресті,-&lt;br /&gt;</w:t>
        <w:br/>
        <w:t>Тоді забудь красу, співаче!</w:t>
      </w:r>
    </w:p>
    <w:p>
      <w:r>
        <w:br/>
        <w:t>Тоді — вкривайтесь пилом, струни,&lt;br /&gt;</w:t>
        <w:br/>
        <w:t>Навік, улюблена, прощай,&lt;br /&gt;</w:t>
        <w:br/>
        <w:t>А ти, бурлако, руку дай&lt;br /&gt;</w:t>
        <w:br/>
        <w:t>І — в путь, під стріли і перуни!</w:t>
      </w:r>
    </w:p>
    <w:p>
      <w:r>
        <w:br/>
        <w:t>1908</w:t>
      </w:r>
    </w:p>
    <w:p>
      <w:r>
        <w:br/>
        <w:t>"СИНІЛА НІЧ, ДИВИЛИСЬ ЗОРІ…"</w:t>
      </w:r>
    </w:p>
    <w:p>
      <w:r>
        <w:br/>
        <w:t>Синіла ніч, дивились зорі,&lt;br /&gt;</w:t>
        <w:br/>
        <w:t>Дрімало стомлене село,-&lt;br /&gt;</w:t>
        <w:br/>
        <w:t>Коли це враз вогняне море&lt;br /&gt;</w:t>
        <w:br/>
        <w:t>Його схопило й залило.</w:t>
      </w:r>
    </w:p>
    <w:p>
      <w:r>
        <w:br/>
        <w:t>…Крізь дим прорвався дзвін крилатий,&lt;br /&gt;</w:t>
        <w:br/>
        <w:t>Махнув осмаленим крилом,&lt;br /&gt;</w:t>
        <w:br/>
        <w:t>І, наче птах, стрільцем підтятий,&lt;br /&gt;</w:t>
        <w:br/>
        <w:t>Забивсь, заплакав над селом.</w:t>
      </w:r>
    </w:p>
    <w:p>
      <w:r>
        <w:br/>
        <w:t>"Води! води!" — лунає всюди.&lt;br /&gt;</w:t>
        <w:br/>
        <w:t>"Ламай, неси, топчи, туши!&lt;br /&gt;</w:t>
        <w:br/>
        <w:t>Куди пропали звідси люде?!&lt;br /&gt;</w:t>
        <w:br/>
        <w:t>Чом там немає ні душі?</w:t>
      </w:r>
    </w:p>
    <w:p>
      <w:r>
        <w:br/>
        <w:t>Подай драбину, кинь лопату,&lt;br /&gt;</w:t>
        <w:br/>
        <w:t>Біжи за ломом, бий вікно!..&lt;br /&gt;</w:t>
        <w:br/>
        <w:t>Куди?! куди,— не лізь в кімнату,-&lt;br /&gt;</w:t>
        <w:br/>
        <w:t>Там все горить уже давно".</w:t>
      </w:r>
    </w:p>
    <w:p>
      <w:r>
        <w:br/>
        <w:t>"Води! води!" — лунає всюди.&lt;br /&gt;</w:t>
        <w:br/>
        <w:t>"Давай що-небудь дах накрить!&lt;br /&gt;</w:t>
        <w:br/>
        <w:t>Сюди! рятуйте, добрі люде!&lt;br /&gt;</w:t>
        <w:br/>
        <w:t>Горить! ох, лишенько, горить!"</w:t>
      </w:r>
    </w:p>
    <w:p>
      <w:r>
        <w:br/>
        <w:t>А там, в пітьмі десь, на дорозі,&lt;br /&gt;</w:t>
        <w:br/>
        <w:t>Жінки голосять в сорочках,&lt;br /&gt;</w:t>
        <w:br/>
        <w:t>Холонуть діти на морозі&lt;br /&gt;</w:t>
        <w:br/>
        <w:t>І немовлята на руках.</w:t>
      </w:r>
    </w:p>
    <w:p>
      <w:r>
        <w:br/>
        <w:t>. . . . . . . . . . . . . . . . . . . . . . .</w:t>
      </w:r>
    </w:p>
    <w:p>
      <w:r>
        <w:br/>
        <w:t>В огні палає Україна.</w:t>
      </w:r>
    </w:p>
    <w:p>
      <w:r>
        <w:br/>
        <w:t>. . . . . . . . . . . . . . . . . . . . . . .&lt;br /&gt;</w:t>
        <w:br/>
        <w:t>. . . . . . . . . . . . . . . . . . . . . . .&lt;br /&gt;</w:t>
        <w:br/>
        <w:t>. . . . . . . . . . . . . . . . . . . . . . .</w:t>
      </w:r>
    </w:p>
    <w:p>
      <w:r>
        <w:br/>
        <w:t>Але на крик несамовитий&lt;br /&gt;</w:t>
        <w:br/>
        <w:t>Ніхто з синів її не йде,&lt;br /&gt;</w:t>
        <w:br/>
        <w:t>І дзвін, каміннями розбитий,&lt;br /&gt;</w:t>
        <w:br/>
        <w:t>В повітрі більше не гуде.</w:t>
      </w:r>
    </w:p>
    <w:p>
      <w:r>
        <w:br/>
        <w:t>1907</w:t>
      </w:r>
    </w:p>
    <w:p>
      <w:r>
        <w:br/>
        <w:t>"Я РІС В БОЛОТІ, МОВ БУР’ЯН…"</w:t>
      </w:r>
    </w:p>
    <w:p>
      <w:r>
        <w:br/>
        <w:t>Я ріс в болоті, мов бур’ян,&lt;br /&gt;</w:t>
        <w:br/>
        <w:t>В воді було моє коріння,&lt;br /&gt;</w:t>
        <w:br/>
        <w:t>А листя блідло без проміння,&lt;br /&gt;</w:t>
        <w:br/>
        <w:t>І ржею їв його туман.</w:t>
      </w:r>
    </w:p>
    <w:p>
      <w:r>
        <w:br/>
        <w:t>Тепер даремне сонце ждане,&lt;br /&gt;</w:t>
        <w:br/>
        <w:t>Даремна ласка днів ясних,-&lt;br /&gt;</w:t>
        <w:br/>
        <w:t>Нехай мій ніжний цвіт без них,&lt;br /&gt;</w:t>
        <w:br/>
        <w:t>На жаль,— хто знав його,— дов’яне.</w:t>
      </w:r>
    </w:p>
    <w:p>
      <w:r>
        <w:br/>
        <w:t>1907</w:t>
      </w:r>
    </w:p>
    <w:p>
      <w:r>
        <w:br/>
        <w:t>"КОЛИ НА КРИЛАХ НОЧІ…"</w:t>
      </w:r>
    </w:p>
    <w:p>
      <w:r>
        <w:br/>
        <w:t>Коли на крилах ночі&lt;br /&gt;</w:t>
        <w:br/>
        <w:t>На землю сон злетить,&lt;br /&gt;</w:t>
        <w:br/>
        <w:t>Ти в темний сад виходиш&lt;br /&gt;</w:t>
        <w:br/>
        <w:t>З квітками говорить.</w:t>
      </w:r>
    </w:p>
    <w:p>
      <w:r>
        <w:br/>
        <w:t>Ти знаєш, що заснув я&lt;br /&gt;</w:t>
        <w:br/>
        <w:t>І сплю уже давно,&lt;br /&gt;</w:t>
        <w:br/>
        <w:t>Замкнуті в мене двері,&lt;br /&gt;</w:t>
        <w:br/>
        <w:t>Зачинене вікно.</w:t>
      </w:r>
    </w:p>
    <w:p>
      <w:r>
        <w:br/>
        <w:t>Даремно ти гадаєш,&lt;br /&gt;</w:t>
        <w:br/>
        <w:t>Тебе я одурив:&lt;br /&gt;</w:t>
        <w:br/>
        <w:t>Всю ніч я за тобою&lt;br /&gt;</w:t>
        <w:br/>
        <w:t>Нечутно проходив.</w:t>
      </w:r>
    </w:p>
    <w:p>
      <w:r>
        <w:br/>
        <w:t>Тобі сказала рожа:&lt;br /&gt;</w:t>
        <w:br/>
        <w:t>"Я бачила його:&lt;br /&gt;</w:t>
        <w:br/>
        <w:t>Сьогодні вранці рвав він&lt;br /&gt;</w:t>
        <w:br/>
        <w:t>Квітки з куща мого".</w:t>
      </w:r>
    </w:p>
    <w:p>
      <w:r>
        <w:br/>
        <w:t>Шепнув тобі барвінок:&lt;br /&gt;</w:t>
        <w:br/>
        <w:t>"І я його стрівав,&lt;br /&gt;</w:t>
        <w:br/>
        <w:t>Засмучений ходив він&lt;br /&gt;</w:t>
        <w:br/>
        <w:t>І лист мій потоптав".</w:t>
      </w:r>
    </w:p>
    <w:p>
      <w:r>
        <w:br/>
        <w:t>Акація зітхнула:&lt;br /&gt;</w:t>
        <w:br/>
        <w:t>"О травонько моя,&lt;br /&gt;</w:t>
        <w:br/>
        <w:t>Навіщо там кохання,&lt;br /&gt;</w:t>
        <w:br/>
        <w:t>Де треба забуття…</w:t>
      </w:r>
    </w:p>
    <w:p>
      <w:r>
        <w:br/>
        <w:t>Іди собі у хату,&lt;br /&gt;</w:t>
        <w:br/>
        <w:t>До нелюба іди&lt;br /&gt;</w:t>
        <w:br/>
        <w:t>І милого ночами&lt;br /&gt;</w:t>
        <w:br/>
        <w:t>Ніколи вже не жди".</w:t>
      </w:r>
    </w:p>
    <w:p>
      <w:r>
        <w:br/>
        <w:t>Колишуться троянди,&lt;br /&gt;</w:t>
        <w:br/>
        <w:t>Акація зітха:&lt;br /&gt;</w:t>
        <w:br/>
        <w:t>"Забудь його навіки,-&lt;br /&gt;</w:t>
        <w:br/>
        <w:t>Тебе він не коха".</w:t>
      </w:r>
    </w:p>
    <w:p>
      <w:r>
        <w:br/>
        <w:t>І здалеку я бачив,&lt;br /&gt;</w:t>
        <w:br/>
        <w:t>Як стала ти ридать&lt;br /&gt;</w:t>
        <w:br/>
        <w:t>І, впавши на коліна,&lt;br /&gt;</w:t>
        <w:br/>
        <w:t>Барвінок цілувать.</w:t>
      </w:r>
    </w:p>
    <w:p>
      <w:r>
        <w:br/>
        <w:t>1906</w:t>
      </w:r>
    </w:p>
    <w:p>
      <w:r>
        <w:br/>
        <w:t>"В ПІСНІ МУКИ, В МУЦІ ЩАСТЯ…"</w:t>
      </w:r>
    </w:p>
    <w:p>
      <w:r>
        <w:br/>
        <w:t>В пісні муки, в муці щастя,&lt;br /&gt;</w:t>
        <w:br/>
        <w:t>В’яне все в гаю…&lt;br /&gt;</w:t>
        <w:br/>
        <w:t>О, не слухай, усміхнися&lt;br /&gt;</w:t>
        <w:br/>
        <w:t>І скажи — люблю.</w:t>
      </w:r>
    </w:p>
    <w:p>
      <w:r>
        <w:br/>
        <w:t>Поцілуєш,— і від чару&lt;br /&gt;</w:t>
        <w:br/>
        <w:t>Змовкнуть солов’ї,&lt;br /&gt;</w:t>
        <w:br/>
        <w:t>І до ранку будуть слухать&lt;br /&gt;</w:t>
        <w:br/>
        <w:t>Тільки нас гаї.</w:t>
      </w:r>
    </w:p>
    <w:p>
      <w:r>
        <w:br/>
        <w:t>1907</w:t>
      </w:r>
    </w:p>
    <w:p>
      <w:r>
        <w:br/>
        <w:t>"КОЖНИЙ АТОМ, АТОМ СЕРЦЯ…"</w:t>
      </w:r>
    </w:p>
    <w:p>
      <w:r>
        <w:br/>
        <w:t>Кожний атом, атом серця&lt;br /&gt;</w:t>
        <w:br/>
        <w:t>Оберну я в слово, в згук…&lt;br /&gt;</w:t>
        <w:br/>
        <w:t>О, яка велика вийде&lt;br /&gt;</w:t>
        <w:br/>
        <w:t>Повість радощів і мук!</w:t>
      </w:r>
    </w:p>
    <w:p>
      <w:r>
        <w:br/>
        <w:t>Кожний ніжний рух сердечний&lt;br /&gt;</w:t>
        <w:br/>
        <w:t>В пісню срібну переллю,&lt;br /&gt;</w:t>
        <w:br/>
        <w:t>Окрилю її любов’ю&lt;br /&gt;</w:t>
        <w:br/>
        <w:t>І стражданням запалю.</w:t>
      </w:r>
    </w:p>
    <w:p>
      <w:r>
        <w:br/>
        <w:t>Полетять пісні крилаті,&lt;br /&gt;</w:t>
        <w:br/>
        <w:t>Краплі крові полетять…&lt;br /&gt;</w:t>
        <w:br/>
        <w:t>Понесуть усе з собою…&lt;br /&gt;</w:t>
        <w:br/>
        <w:t>Тільки біль мені лишать.</w:t>
      </w:r>
    </w:p>
    <w:p>
      <w:r>
        <w:br/>
        <w:t>1906</w:t>
      </w:r>
    </w:p>
    <w:p>
      <w:r>
        <w:br/>
        <w:t>"З СЕРЦЕМ, ПОВНИМ СМУТКУ-ГОРЯ…"</w:t>
      </w:r>
    </w:p>
    <w:p>
      <w:r>
        <w:br/>
        <w:t>З серцем, повним смутку-горя,&lt;br /&gt;</w:t>
        <w:br/>
        <w:t>Утомився я ходить&lt;br /&gt;</w:t>
        <w:br/>
        <w:t>І прийшов на берег моря,&lt;br /&gt;</w:t>
        <w:br/>
        <w:t>Щоб журбу свою втопить.</w:t>
      </w:r>
    </w:p>
    <w:p>
      <w:r>
        <w:br/>
        <w:t>"Хвилі, хвилі! люту муку&lt;br /&gt;</w:t>
        <w:br/>
        <w:t>Ви з грудей моїх візміть…&lt;br /&gt;</w:t>
        <w:br/>
        <w:t>Утопіть її, гадюку,&lt;br /&gt;</w:t>
        <w:br/>
        <w:t>На край світу занесіть…"</w:t>
      </w:r>
    </w:p>
    <w:p>
      <w:r>
        <w:br/>
        <w:t>Стали хвилі і зітхнули…&lt;br /&gt;</w:t>
        <w:br/>
        <w:t>І крізь сльози бачив я,&lt;br /&gt;</w:t>
        <w:br/>
        <w:t>Як в журбі моїй тонули&lt;br /&gt;</w:t>
        <w:br/>
        <w:t>Море, небо і земля.</w:t>
      </w:r>
    </w:p>
    <w:p>
      <w:r>
        <w:br/>
        <w:t>1908</w:t>
      </w:r>
    </w:p>
    <w:p>
      <w:r>
        <w:br/>
        <w:t>"ВКЛОНИСЯ Ж ЙОМУ ТИ НИЗЕНЬКО… НИЗЕНЬКО…"</w:t>
      </w:r>
    </w:p>
    <w:p>
      <w:r>
        <w:br/>
        <w:t>"Вклонися ж йому ти низенько… низенько…" —&lt;br /&gt;</w:t>
        <w:br/>
        <w:t>Сказала ти вчора мені…&lt;br /&gt;</w:t>
        <w:br/>
        <w:t>А в мене забилось, забилось серденько,&lt;br /&gt;</w:t>
        <w:br/>
        <w:t>І щось увірвалось в його глибині…</w:t>
      </w:r>
    </w:p>
    <w:p>
      <w:r>
        <w:br/>
        <w:t>Вклонивсь я від тебе… зрадів козаченько,&lt;br /&gt;</w:t>
        <w:br/>
        <w:t>Веселий, як сонечко, став…&lt;br /&gt;</w:t>
        <w:br/>
        <w:t>Я глянув і ще раз: "Низенько, низенько…" —&lt;br /&gt;</w:t>
        <w:br/>
        <w:t>Крізь сльози йому проказав.</w:t>
      </w:r>
    </w:p>
    <w:p>
      <w:r>
        <w:br/>
        <w:t>1904</w:t>
      </w:r>
    </w:p>
    <w:p>
      <w:r>
        <w:br/>
        <w:t>"У ДОЛИНІ, ПОМІЖ ГОРАМИ…"</w:t>
      </w:r>
    </w:p>
    <w:p>
      <w:r>
        <w:br/>
        <w:t>У долині, поміж горами,&lt;br /&gt;</w:t>
        <w:br/>
        <w:t>Де розсипались хатки,&lt;br /&gt;</w:t>
        <w:br/>
        <w:t>На городі під чинарами&lt;br /&gt;</w:t>
        <w:br/>
        <w:t>Я угледів нагідки…</w:t>
      </w:r>
    </w:p>
    <w:p>
      <w:r>
        <w:br/>
        <w:t>І згадав свою бабусеньку…&lt;br /&gt;</w:t>
        <w:br/>
        <w:t>Ось іде вона в садок,&lt;br /&gt;</w:t>
        <w:br/>
        <w:t>Щоб нащось нарвати на зиму&lt;br /&gt;</w:t>
        <w:br/>
        <w:t>В’язку жовтих нагідок.</w:t>
      </w:r>
    </w:p>
    <w:p>
      <w:r>
        <w:br/>
        <w:t>О, коли б ти зараз вгледіла,&lt;br /&gt;</w:t>
        <w:br/>
        <w:t>На які нам гори йти,&lt;br /&gt;</w:t>
        <w:br/>
        <w:t>Затремтіли б твої рученьки,&lt;br /&gt;</w:t>
        <w:br/>
        <w:t>І кричати стала б ти:</w:t>
      </w:r>
    </w:p>
    <w:p>
      <w:r>
        <w:br/>
        <w:t>"Ти завів мене в кумедію?!&lt;br /&gt;</w:t>
        <w:br/>
        <w:t>Стій же, шибенику, стій!&lt;br /&gt;</w:t>
        <w:br/>
        <w:t>Розкажу я все до крихтоньки&lt;br /&gt;</w:t>
        <w:br/>
        <w:t>Завтра матері твоїй…</w:t>
      </w:r>
    </w:p>
    <w:p>
      <w:r>
        <w:br/>
        <w:t>Що ж! Ти звідси вийти думаєш?&lt;br /&gt;</w:t>
        <w:br/>
        <w:t>Ач! Стоїть собі, як пень!&lt;br /&gt;</w:t>
        <w:br/>
        <w:t>Ох, просидиш ти в погребиці&lt;br /&gt;</w:t>
        <w:br/>
        <w:t>Вкупі з жабами весь день".</w:t>
      </w:r>
    </w:p>
    <w:p>
      <w:r>
        <w:br/>
        <w:t>І даремно запевнив би я,&lt;br /&gt;</w:t>
        <w:br/>
        <w:t>Що це справжні скелі гір&lt;br /&gt;</w:t>
        <w:br/>
        <w:t>Обнімаються з туманами&lt;br /&gt;</w:t>
        <w:br/>
        <w:t>І приковують наш зір,-</w:t>
      </w:r>
    </w:p>
    <w:p>
      <w:r>
        <w:br/>
        <w:t>Не повірила б, а сердилась:&lt;br /&gt;</w:t>
        <w:br/>
        <w:t>"Сто я років прожила,&lt;br /&gt;</w:t>
        <w:br/>
        <w:t>Сотні верст за вік проїздила,&lt;br /&gt;</w:t>
        <w:br/>
        <w:t>В сотні селах побула…</w:t>
      </w:r>
    </w:p>
    <w:p>
      <w:r>
        <w:br/>
        <w:t>На які я гори сходила,&lt;br /&gt;</w:t>
        <w:br/>
        <w:t>Тільки Бог єдиний зна,&lt;br /&gt;</w:t>
        <w:br/>
        <w:t>А із нашою "могилою"&lt;br /&gt;</w:t>
        <w:br/>
        <w:t>Не рівнялась ні одна".</w:t>
      </w:r>
    </w:p>
    <w:p>
      <w:r>
        <w:br/>
        <w:t>Крим, 1908</w:t>
      </w:r>
    </w:p>
    <w:p>
      <w:r>
        <w:br/>
        <w:t>"ДАЙ РУКУ, МІЙ ВІТРЕ КРИЛАТИЙ…"</w:t>
      </w:r>
    </w:p>
    <w:p>
      <w:r>
        <w:br/>
        <w:t>Дай руку, мій вітре крилатий,&lt;br /&gt;</w:t>
        <w:br/>
        <w:t>І вірного друга забудь,-&lt;br /&gt;</w:t>
        <w:br/>
        <w:t>Брати мої б’ються за волю&lt;br /&gt;</w:t>
        <w:br/>
        <w:t>І в військо до себе зовуть.</w:t>
      </w:r>
    </w:p>
    <w:p>
      <w:r>
        <w:br/>
        <w:t>Прощай, моє море бентежне,&lt;br /&gt;</w:t>
        <w:br/>
        <w:t>Що помсту збудило в мені,-&lt;br /&gt;</w:t>
        <w:br/>
        <w:t>Брати мої з скелями б’ються&lt;br /&gt;</w:t>
        <w:br/>
        <w:t>І падають мертві в борні.</w:t>
      </w:r>
    </w:p>
    <w:p>
      <w:r>
        <w:br/>
        <w:t>Прощайте, чайки легкокрилі,&lt;br /&gt;</w:t>
        <w:br/>
        <w:t>Літайте і плачте без слів,-&lt;br /&gt;</w:t>
        <w:br/>
        <w:t>Чайками кричать мої сестри&lt;br /&gt;</w:t>
        <w:br/>
        <w:t>Над трупами рідних братів.</w:t>
      </w:r>
    </w:p>
    <w:p>
      <w:r>
        <w:br/>
        <w:t>Прощай, моя мати-природо,&lt;br /&gt;</w:t>
        <w:br/>
        <w:t>Навіки прощай і прости&lt;br /&gt;</w:t>
        <w:br/>
        <w:t>І сина свого без прокляття&lt;br /&gt;</w:t>
        <w:br/>
        <w:t>Упасти побідно пусти.</w:t>
      </w:r>
    </w:p>
    <w:p>
      <w:r>
        <w:br/>
        <w:t>1906</w:t>
      </w:r>
    </w:p>
    <w:p>
      <w:r>
        <w:br/>
        <w:t>"УСЕ ЖИЛО, УСЕ ЦВІЛО…"</w:t>
      </w:r>
    </w:p>
    <w:p>
      <w:r>
        <w:br/>
        <w:t>Усе жило,&lt;br /&gt;</w:t>
        <w:br/>
        <w:t>Усе цвіло&lt;br /&gt;</w:t>
        <w:br/>
        <w:t>І в щасті раювало.</w:t>
      </w:r>
    </w:p>
    <w:p>
      <w:r>
        <w:br/>
        <w:t>Сади пахтіли,&lt;br /&gt;</w:t>
        <w:br/>
        <w:t>Річки шуміли,&lt;br /&gt;</w:t>
        <w:br/>
        <w:t>І сонце всіх вітало.</w:t>
      </w:r>
    </w:p>
    <w:p>
      <w:r>
        <w:br/>
        <w:t>І цвів весь край,&lt;br /&gt;</w:t>
        <w:br/>
        <w:t>Як Божий рай,&lt;br /&gt;</w:t>
        <w:br/>
        <w:t>Де душі не страждали.</w:t>
      </w:r>
    </w:p>
    <w:p>
      <w:r>
        <w:br/>
        <w:t>І тільки лози&lt;br /&gt;</w:t>
        <w:br/>
        <w:t>Губили сльози,&lt;br /&gt;</w:t>
        <w:br/>
        <w:t>За всіх одні ридали.</w:t>
      </w:r>
    </w:p>
    <w:p>
      <w:r>
        <w:br/>
        <w:t>1907</w:t>
      </w:r>
    </w:p>
    <w:p>
      <w:r>
        <w:br/>
        <w:t>"ДУРЮ СЕБЕ, В ДУМКАХ ДРУГУ МАЛЮЮ…"</w:t>
      </w:r>
    </w:p>
    <w:p>
      <w:r>
        <w:br/>
        <w:t>Дурю себе, в думках другу малюю,&lt;br /&gt;</w:t>
        <w:br/>
        <w:t>Другу пещу, другу цілую…&lt;br /&gt;</w:t>
        <w:br/>
        <w:t>…Відбувся шлюб… музика… сміх…&lt;br /&gt;</w:t>
        <w:br/>
        <w:t>І я всміхаюся до всіх,&lt;br /&gt;</w:t>
        <w:br/>
        <w:t>І я їй ніжним голубом воркую.</w:t>
      </w:r>
    </w:p>
    <w:p>
      <w:r>
        <w:br/>
        <w:t>Коли ж я келих повний піднімаю&lt;br /&gt;</w:t>
        <w:br/>
        <w:t>За щастя випити до краю,-&lt;br /&gt;</w:t>
        <w:br/>
        <w:t>В той самий мент здаля, з руїн&lt;br /&gt;</w:t>
        <w:br/>
        <w:t>Розітнеться погребний дзвін,-&lt;br /&gt;</w:t>
        <w:br/>
        <w:t>І я в знесиллі руку опускаю…</w:t>
      </w:r>
    </w:p>
    <w:p>
      <w:r>
        <w:br/>
        <w:t>1905</w:t>
      </w:r>
    </w:p>
    <w:p>
      <w:r>
        <w:br/>
        <w:t>ПІСНЯ СЛІПИХ</w:t>
      </w:r>
    </w:p>
    <w:p>
      <w:r>
        <w:br/>
        <w:t>(Етюд)</w:t>
      </w:r>
    </w:p>
    <w:p>
      <w:r>
        <w:br/>
        <w:t>Дайте сліпим, дайте незрячим,&lt;br /&gt;</w:t>
        <w:br/>
        <w:t>Дайте.&lt;br /&gt;</w:t>
        <w:br/>
        <w:t>Дайте покараним праведним Господом,&lt;br /&gt;</w:t>
        <w:br/>
        <w:t>Дайте.</w:t>
      </w:r>
    </w:p>
    <w:p>
      <w:r>
        <w:br/>
        <w:t>Світ нам застелено чорною хмарою,&lt;br /&gt;</w:t>
        <w:br/>
        <w:t>Сонечко яснеє ще нам не сходило…&lt;br /&gt;</w:t>
        <w:br/>
        <w:t>Ой, до труни ж ми його не побачим…&lt;br /&gt;</w:t>
        <w:br/>
        <w:t>Дайте сліпим, дайте незрячим.</w:t>
      </w:r>
    </w:p>
    <w:p>
      <w:r>
        <w:br/>
        <w:t>Риплять вози, і ржуть коні,&lt;br /&gt;</w:t>
        <w:br/>
        <w:t>Шумлять люде, як ті ріки.&lt;br /&gt;</w:t>
        <w:br/>
        <w:t>То-то дива на ярмарку,&lt;br /&gt;</w:t>
        <w:br/>
        <w:t>То-то дива буде!&lt;br /&gt;</w:t>
        <w:br/>
        <w:t>Шумлять люде,&lt;br /&gt;</w:t>
        <w:br/>
        <w:t>Як ті ріки.</w:t>
      </w:r>
    </w:p>
    <w:p>
      <w:r>
        <w:br/>
        <w:t>Ми тільки плачем —&lt;br /&gt;</w:t>
        <w:br/>
        <w:t>Бідні каліки…&lt;br /&gt;</w:t>
        <w:br/>
        <w:t>Плачем, не бачим…&lt;br /&gt;</w:t>
        <w:br/>
        <w:t>Дайте сліпим,&lt;br /&gt;</w:t>
        <w:br/>
        <w:t>Дайте незрячим.</w:t>
      </w:r>
    </w:p>
    <w:p>
      <w:r>
        <w:br/>
        <w:t>1908</w:t>
      </w:r>
    </w:p>
    <w:p>
      <w:r>
        <w:br/>
        <w:t>"ПОСТАВТЕ КЕЛИХИ І ОРГІЇ СПИНІТЬ…"</w:t>
      </w:r>
    </w:p>
    <w:p>
      <w:r>
        <w:br/>
        <w:t>Поставте келихи і оргії спиніть,&lt;br /&gt;</w:t>
        <w:br/>
        <w:t>Вінки з голов своїх заквітчаних зірвіть&lt;br /&gt;</w:t>
        <w:br/>
        <w:t>І тихо в траурах схиліться на коліна:</w:t>
      </w:r>
    </w:p>
    <w:p>
      <w:r>
        <w:br/>
        <w:t>Вона в труні лежить, прекрасна Україна,&lt;br /&gt;</w:t>
        <w:br/>
        <w:t>Лежить, немов жива, ще тепла на столі,&lt;br /&gt;</w:t>
        <w:br/>
        <w:t>З стражданням на устах і кров’ю на чолі.</w:t>
      </w:r>
    </w:p>
    <w:p>
      <w:r>
        <w:br/>
        <w:t>. . . . . . . . . . . . . . . . . . . . . . .</w:t>
      </w:r>
    </w:p>
    <w:p>
      <w:r>
        <w:br/>
        <w:t>Поставте келихи і голови схиліть,&lt;br /&gt;</w:t>
        <w:br/>
        <w:t>І журно з співами за марами ідіть,&lt;br /&gt;</w:t>
        <w:br/>
        <w:t>Бо диких оргій вам простить вона не схоче…</w:t>
      </w:r>
    </w:p>
    <w:p>
      <w:r>
        <w:br/>
        <w:t>І ледве ви вночі розкрили б очі,-&lt;br /&gt;</w:t>
        <w:br/>
        <w:t>Як в білім савані угледіли б її,&lt;br /&gt;</w:t>
        <w:br/>
        <w:t>З стражданням на устах і кров’ю на чолі.</w:t>
      </w:r>
    </w:p>
    <w:p>
      <w:r>
        <w:br/>
        <w:t>1908</w:t>
      </w:r>
    </w:p>
    <w:p>
      <w:r>
        <w:br/>
        <w:t>"ЄСТЬ КВІТИ ТАКІ, ЩО НІКОЛИ НЕ КВІТНУТЬ…"</w:t>
      </w:r>
    </w:p>
    <w:p>
      <w:r>
        <w:br/>
        <w:t>Єсть квіти такі, що ніколи не квітнуть,&lt;br /&gt;</w:t>
        <w:br/>
        <w:t>Що завжди сумують з слізьми на очах,&lt;br /&gt;</w:t>
        <w:br/>
        <w:t>Гойдаються журно і плачуть по сонцю,&lt;br /&gt;</w:t>
        <w:br/>
        <w:t>І дивляться в небо з докором німим.</w:t>
      </w:r>
    </w:p>
    <w:p>
      <w:r>
        <w:br/>
        <w:t>А вигляне сонце, засяє над світом,&lt;br /&gt;</w:t>
        <w:br/>
        <w:t>Вони усміхнуться крізь смуток йому&lt;br /&gt;</w:t>
        <w:br/>
        <w:t>І важко зітхають, і тихо шепочуть:&lt;br /&gt;</w:t>
        <w:br/>
        <w:t>"Ах, сонце! чому ти раніш не зійшло?!"</w:t>
      </w:r>
    </w:p>
    <w:p>
      <w:r>
        <w:br/>
        <w:t>І ти, моя квітко, тим квітам подібна…&lt;br /&gt;</w:t>
        <w:br/>
        <w:t>Глянь,— прапори мають в народних руках,&lt;br /&gt;</w:t>
        <w:br/>
        <w:t>І дзвони сміються і волю вітають,&lt;br /&gt;</w:t>
        <w:br/>
        <w:t>А ти, мов черниця, на цвинтар ідеш.</w:t>
      </w:r>
    </w:p>
    <w:p>
      <w:r>
        <w:br/>
        <w:t>1907</w:t>
      </w:r>
    </w:p>
    <w:p>
      <w:r>
        <w:br/>
        <w:t>ТАЙНИ НОЧІ</w:t>
      </w:r>
    </w:p>
    <w:p>
      <w:r>
        <w:br/>
        <w:t>Тихше, тихше! Не диши!&lt;br /&gt;</w:t>
        <w:br/>
        <w:t>Нас почують комиші…&lt;br /&gt;</w:t>
        <w:br/>
        <w:t>Розлетяться, зникнуть чари,&lt;br /&gt;</w:t>
        <w:br/>
        <w:t>І потонуть ненюфари.</w:t>
      </w:r>
    </w:p>
    <w:p>
      <w:r>
        <w:br/>
        <w:t>Глянь сюди,— стрункий комиш&lt;br /&gt;</w:t>
        <w:br/>
        <w:t>Осоку стиска міцніш&lt;br /&gt;</w:t>
        <w:br/>
        <w:t>І, облесливий, шепоче&lt;br /&gt;</w:t>
        <w:br/>
        <w:t>Про її літа дівочі.</w:t>
      </w:r>
    </w:p>
    <w:p>
      <w:r>
        <w:br/>
        <w:t>Притулися! Вгледять нас…&lt;br /&gt;</w:t>
        <w:br/>
        <w:t>Чуєш? — пісня полилась…&lt;br /&gt;</w:t>
        <w:br/>
        <w:t>Ти не бачиш, хто виводе?&lt;br /&gt;</w:t>
        <w:br/>
        <w:t>Не вставай: примітять води…</w:t>
      </w:r>
    </w:p>
    <w:p>
      <w:r>
        <w:br/>
        <w:t>Зашуміла десь трава…&lt;br /&gt;</w:t>
        <w:br/>
        <w:t>Ах! Русалка виплива…&lt;br /&gt;</w:t>
        <w:br/>
        <w:t>Вся в каміннях, в сріблі, в росах,&lt;br /&gt;</w:t>
        <w:br/>
        <w:t>І лілеї білі в косах.</w:t>
      </w:r>
    </w:p>
    <w:p>
      <w:r>
        <w:br/>
        <w:t>Тихше, тихше! Не диши!&lt;br /&gt;</w:t>
        <w:br/>
        <w:t>Щоб не чули комиші,&lt;br /&gt;</w:t>
        <w:br/>
        <w:t>Не розвіялися чари,&lt;br /&gt;</w:t>
        <w:br/>
        <w:t>Не втонули ненюфари.</w:t>
      </w:r>
    </w:p>
    <w:p>
      <w:r>
        <w:br/>
        <w:t>Краще стань лозою ти&lt;br /&gt;</w:t>
        <w:br/>
        <w:t>І на березі рости.&lt;br /&gt;</w:t>
        <w:br/>
        <w:t>Я ж в комиш перероблюся&lt;br /&gt;</w:t>
        <w:br/>
        <w:t>І до берега схилюся…</w:t>
      </w:r>
    </w:p>
    <w:p>
      <w:r>
        <w:br/>
        <w:t>Ти — лоза, а я — комиш,&lt;br /&gt;</w:t>
        <w:br/>
        <w:t>Будем дихати вільніш&lt;br /&gt;</w:t>
        <w:br/>
        <w:t>І нікого не злякаєм&lt;br /&gt;</w:t>
        <w:br/>
        <w:t>Більше в цім раю безкраїм.</w:t>
      </w:r>
    </w:p>
    <w:p>
      <w:r>
        <w:br/>
        <w:t>1907</w:t>
      </w:r>
    </w:p>
    <w:p>
      <w:r>
        <w:br/>
        <w:t>"ВИЙДИ! ЩЕ СРІБНІЇ ШАТИ…"</w:t>
      </w:r>
    </w:p>
    <w:p>
      <w:r>
        <w:br/>
        <w:t>Вийди! Ще срібнії шати&lt;br /&gt;</w:t>
        <w:br/>
        <w:t>Зоряна ніч не зніма,&lt;br /&gt;</w:t>
        <w:br/>
        <w:t>Цвіт осипають гранати,&lt;br /&gt;</w:t>
        <w:br/>
        <w:t>Вітер на травах дріма.</w:t>
      </w:r>
    </w:p>
    <w:p>
      <w:r>
        <w:br/>
        <w:t>Сонні шепочуть платани,&lt;br /&gt;</w:t>
        <w:br/>
        <w:t>Хвилі колишуть піски,&lt;br /&gt;</w:t>
        <w:br/>
        <w:t>Ходять по горах тумани,&lt;br /&gt;</w:t>
        <w:br/>
        <w:t>Слухають гірні казки.</w:t>
      </w:r>
    </w:p>
    <w:p>
      <w:r>
        <w:br/>
        <w:t>Вийди, щоб сонце стрівати,&lt;br /&gt;</w:t>
        <w:br/>
        <w:t>Вдосвіта зорі гасить,&lt;br /&gt;</w:t>
        <w:br/>
        <w:t>Скуті серця розкувати,&lt;br /&gt;</w:t>
        <w:br/>
        <w:t>З ранком їх радісно злить.</w:t>
      </w:r>
    </w:p>
    <w:p>
      <w:r>
        <w:br/>
        <w:t>1908</w:t>
      </w:r>
    </w:p>
    <w:p>
      <w:r>
        <w:br/>
        <w:t>"ОЙ БУЛА НА СВІТІ ТА УДІВОНЬКА…"</w:t>
      </w:r>
    </w:p>
    <w:p>
      <w:r>
        <w:br/>
        <w:t>Ой була на світі та удівонька,&lt;br /&gt;</w:t>
        <w:br/>
        <w:t>Трьох синів мала,&lt;br /&gt;</w:t>
        <w:br/>
        <w:t>Ночі не спала,&lt;br /&gt;</w:t>
        <w:br/>
        <w:t>Їх доглядала,&lt;br /&gt;</w:t>
        <w:br/>
        <w:t>В чистім любистку синів своїх милих купала.</w:t>
      </w:r>
    </w:p>
    <w:p>
      <w:r>
        <w:br/>
        <w:t>Що один з трьох синів звавсь Івашечко…&lt;br /&gt;</w:t>
        <w:br/>
        <w:t>Бога не боявся,&lt;br /&gt;</w:t>
        <w:br/>
        <w:t>Хати відцурався,&lt;br /&gt;</w:t>
        <w:br/>
        <w:t>До панів найнявся,&lt;br /&gt;</w:t>
        <w:br/>
        <w:t>Килимом під чоботи панські послався.</w:t>
      </w:r>
    </w:p>
    <w:p>
      <w:r>
        <w:br/>
        <w:t>А що другий син звавсь Василечко…&lt;br /&gt;</w:t>
        <w:br/>
        <w:t>Він потиху встав,&lt;br /&gt;</w:t>
        <w:br/>
        <w:t>Скриню розрубав,&lt;br /&gt;</w:t>
        <w:br/>
        <w:t>Скарби всі забрав,&lt;br /&gt;</w:t>
        <w:br/>
        <w:t>Матір свою рідну, неньку свою бідну обікрав.</w:t>
      </w:r>
    </w:p>
    <w:p>
      <w:r>
        <w:br/>
        <w:t>Щонайменший з трьох синів був Незнаїчко…&lt;br /&gt;</w:t>
        <w:br/>
        <w:t>Стріли його люди,&lt;br /&gt;</w:t>
        <w:br/>
        <w:t>Розкололи груди,&lt;br /&gt;</w:t>
        <w:br/>
        <w:t>На очі наклали полуди…&lt;br /&gt;</w:t>
        <w:br/>
        <w:t>Ніколи ж він світу Божого бачить не буде.</w:t>
      </w:r>
    </w:p>
    <w:p>
      <w:r>
        <w:br/>
        <w:t>Прийшла мати до Івашечка,&lt;br /&gt;</w:t>
        <w:br/>
        <w:t>Голодная стала,&lt;br /&gt;</w:t>
        <w:br/>
        <w:t>До вікна припала,&lt;br /&gt;</w:t>
        <w:br/>
        <w:t>Плакала, ридала,&lt;br /&gt;</w:t>
        <w:br/>
        <w:t>Руки свої схудлі простягала.</w:t>
      </w:r>
    </w:p>
    <w:p>
      <w:r>
        <w:br/>
        <w:t>Вибіг синок, кричить, сердиться:&lt;br /&gt;</w:t>
        <w:br/>
        <w:t>"Моя хата скраю,&lt;br /&gt;</w:t>
        <w:br/>
        <w:t>Я тебе не знаю,&lt;br /&gt;</w:t>
        <w:br/>
        <w:t>Іншу матір маю.&lt;br /&gt;</w:t>
        <w:br/>
        <w:t>Її пою, її кормлю, її доглядаю".</w:t>
      </w:r>
    </w:p>
    <w:p>
      <w:r>
        <w:br/>
        <w:t>Прийшла мати до Василечка.&lt;br /&gt;</w:t>
        <w:br/>
        <w:t>Голодная стала,&lt;br /&gt;</w:t>
        <w:br/>
        <w:t>До дверей припала,&lt;br /&gt;</w:t>
        <w:br/>
        <w:t>Плакала-ридала,&lt;br /&gt;</w:t>
        <w:br/>
        <w:t>Василечком ріднесеньким сина узивала.</w:t>
      </w:r>
    </w:p>
    <w:p>
      <w:r>
        <w:br/>
        <w:t>Вибіг синок, кричить, сердиться:&lt;br /&gt;</w:t>
        <w:br/>
        <w:t>"Моя хата скраю,&lt;br /&gt;</w:t>
        <w:br/>
        <w:t>Василя не знаю,&lt;br /&gt;</w:t>
        <w:br/>
        <w:t>Інше ім’я маю,&lt;br /&gt;</w:t>
        <w:br/>
        <w:t>Себе кормлю, себе пою, про себе я дбаю".&lt;br /&gt;</w:t>
        <w:br/>
        <w:t>. . . . . . . . . . . . . . . . . . . . . . .</w:t>
      </w:r>
    </w:p>
    <w:p>
      <w:r>
        <w:br/>
        <w:t>Ой додому вдова повернулася,&lt;br /&gt;</w:t>
        <w:br/>
        <w:t>На землю упала,&lt;br /&gt;</w:t>
        <w:br/>
        <w:t>Коси собі рвала,&lt;br /&gt;</w:t>
        <w:br/>
        <w:t>Життя проклинала,&lt;br /&gt;</w:t>
        <w:br/>
        <w:t>До сина свого, до найменшого промовляла:</w:t>
      </w:r>
    </w:p>
    <w:p>
      <w:r>
        <w:br/>
        <w:t>"Ходім, сину мій, ходім, синочку,&lt;br /&gt;</w:t>
        <w:br/>
        <w:t>Зігнімось, як лози,&lt;br /&gt;</w:t>
        <w:br/>
        <w:t>Станем на дорозі,&lt;br /&gt;</w:t>
        <w:br/>
        <w:t>На лютім морозі,&lt;br /&gt;</w:t>
        <w:br/>
        <w:t>Може, хто з прохожих зглянеться на наші сльози".</w:t>
      </w:r>
    </w:p>
    <w:p>
      <w:r>
        <w:br/>
        <w:t>Ідуть вони, тужать, степом, селами…&lt;br /&gt;</w:t>
        <w:br/>
        <w:t>На їх голосіння&lt;br /&gt;</w:t>
        <w:br/>
        <w:t>Дають їм каміння,&lt;br /&gt;</w:t>
        <w:br/>
        <w:t>Лушпиння з насіння.&lt;br /&gt;</w:t>
        <w:br/>
        <w:t>Велике ж твоє, Праведний, терпіння.</w:t>
      </w:r>
    </w:p>
    <w:p>
      <w:r>
        <w:br/>
        <w:t>1908</w:t>
      </w:r>
    </w:p>
    <w:p>
      <w:r>
        <w:br/>
        <w:t>"ДОЛИНИ СПЛЯТЬ, А Я НА ГОРАХ…"</w:t>
      </w:r>
    </w:p>
    <w:p>
      <w:r>
        <w:br/>
        <w:t>Долини сплять, а я на горах&lt;br /&gt;</w:t>
        <w:br/>
        <w:t>Один на цілу ніч стою,&lt;br /&gt;</w:t>
        <w:br/>
        <w:t>Шукаю в небі, в добрих зорях&lt;br /&gt;</w:t>
        <w:br/>
        <w:t>Зорю недобрую свою.</w:t>
      </w:r>
    </w:p>
    <w:p>
      <w:r>
        <w:br/>
        <w:t>Шукаю я, щоб їй віддати&lt;br /&gt;</w:t>
        <w:br/>
        <w:t>Назад усі дари її,&lt;br /&gt;</w:t>
        <w:br/>
        <w:t>І тут, на горах, заридати,&lt;br /&gt;</w:t>
        <w:br/>
        <w:t>І сльози виплакать свої.</w:t>
      </w:r>
    </w:p>
    <w:p>
      <w:r>
        <w:br/>
        <w:t>1908</w:t>
      </w:r>
    </w:p>
    <w:p>
      <w:r>
        <w:br/>
        <w:t>"ПРОДАВАЙ ЧУЖИНЦЮ ХАТУ…"</w:t>
      </w:r>
    </w:p>
    <w:p>
      <w:r>
        <w:br/>
        <w:t>Продавай чужинцю хату,&lt;br /&gt;</w:t>
        <w:br/>
        <w:t>І вітряк, і двір…&lt;br /&gt;</w:t>
        <w:br/>
        <w:t>Сам іди кудись на страту&lt;br /&gt;</w:t>
        <w:br/>
        <w:t>В проклятий Сибір…</w:t>
      </w:r>
    </w:p>
    <w:p>
      <w:r>
        <w:br/>
        <w:t>Хай прощаються і плачуть&lt;br /&gt;</w:t>
        <w:br/>
        <w:t>Дітоньки малі,&lt;br /&gt;</w:t>
        <w:br/>
        <w:t>Бо вони вже не побачать&lt;br /&gt;</w:t>
        <w:br/>
        <w:t>Рідної землі.</w:t>
      </w:r>
    </w:p>
    <w:p>
      <w:r>
        <w:br/>
        <w:t>Як сховаєш ти в могилу&lt;br /&gt;</w:t>
        <w:br/>
        <w:t>Жінку і діток,&lt;br /&gt;</w:t>
        <w:br/>
        <w:t>Сам ти прийдеш через силу&lt;br /&gt;</w:t>
        <w:br/>
        <w:t>В рідний свій куток.</w:t>
      </w:r>
    </w:p>
    <w:p>
      <w:r>
        <w:br/>
        <w:t>Станеш ти, на кий схилившись,&lt;br /&gt;</w:t>
        <w:br/>
        <w:t>Глянеш на свій двір&lt;br /&gt;</w:t>
        <w:br/>
        <w:t>І, невтішними залившись,&lt;br /&gt;</w:t>
        <w:br/>
        <w:t>Проклянеш Сибір.</w:t>
      </w:r>
    </w:p>
    <w:p>
      <w:r>
        <w:br/>
        <w:t>1906</w:t>
      </w:r>
    </w:p>
    <w:p>
      <w:r>
        <w:br/>
        <w:t>"ТИ НЕ ДИВУЙСЬ, ЩО В’ЯНУТЬ КВІТИ…"</w:t>
      </w:r>
    </w:p>
    <w:p>
      <w:r>
        <w:br/>
        <w:t>Ти не дивуйсь, що в’януть квіти,&lt;br /&gt;</w:t>
        <w:br/>
        <w:t>Як сонце дивиться на них,-&lt;br /&gt;</w:t>
        <w:br/>
        <w:t>У кого ж стане сил стерпіти&lt;br /&gt;</w:t>
        <w:br/>
        <w:t>Вогонь очей його палких?..</w:t>
      </w:r>
    </w:p>
    <w:p>
      <w:r>
        <w:br/>
        <w:t>Ти не дивуйсь, що гаснуть зорі,&lt;br /&gt;</w:t>
        <w:br/>
        <w:t>Як зійде ранок золотий,&lt;br /&gt;</w:t>
        <w:br/>
        <w:t>Що хвилі ніжні і прозорі&lt;br /&gt;</w:t>
        <w:br/>
        <w:t>Змивають берег кам’яний.</w:t>
      </w:r>
    </w:p>
    <w:p>
      <w:r>
        <w:br/>
        <w:t>Ти не дивуйсь, що ніч п’яніє&lt;br /&gt;</w:t>
        <w:br/>
        <w:t>І день тріпоче по весні,&lt;br /&gt;</w:t>
        <w:br/>
        <w:t>Що бідне серце в грудях мліє,&lt;br /&gt;</w:t>
        <w:br/>
        <w:t>Як вгледе щастя уві сні.</w:t>
      </w:r>
    </w:p>
    <w:p>
      <w:r>
        <w:br/>
        <w:t>Ти не дивуйсь, що я тобою&lt;br /&gt;</w:t>
        <w:br/>
        <w:t>Став марить ночі й цілі дні,-&lt;br /&gt;</w:t>
        <w:br/>
        <w:t>Була ти сонцем, і весною,&lt;br /&gt;</w:t>
        <w:br/>
        <w:t>І сном, і хвилею мені.</w:t>
      </w:r>
    </w:p>
    <w:p>
      <w:r>
        <w:br/>
        <w:t>1906</w:t>
      </w:r>
    </w:p>
    <w:p>
      <w:r>
        <w:br/>
        <w:t>"ВМИРАЄ ДЕНЬ В ВЕЧІРНІЙ ЧАС…"</w:t>
      </w:r>
    </w:p>
    <w:p>
      <w:r>
        <w:br/>
        <w:t>Вмирає день в вечірній час,&lt;br /&gt;</w:t>
        <w:br/>
        <w:t>Пташки у ірій одлітають,&lt;br /&gt;</w:t>
        <w:br/>
        <w:t>Спадає листя восени,&lt;br /&gt;</w:t>
        <w:br/>
        <w:t>І квіти одцвітають.</w:t>
      </w:r>
    </w:p>
    <w:p>
      <w:r>
        <w:br/>
        <w:t>Не винна ти… Покинь журбу,&lt;br /&gt;</w:t>
        <w:br/>
        <w:t>Не плач, що розлюбила…&lt;br /&gt;</w:t>
        <w:br/>
        <w:t>Усе мина, усе в житті&lt;br /&gt;</w:t>
        <w:br/>
        <w:t>Чека своя могила.</w:t>
      </w:r>
    </w:p>
    <w:p>
      <w:r>
        <w:br/>
        <w:t>1908</w:t>
      </w:r>
    </w:p>
    <w:p>
      <w:r>
        <w:br/>
        <w:t>"НЕВЖЕ ТВОЇ УСТА-КОРАЛІ…"</w:t>
      </w:r>
    </w:p>
    <w:p>
      <w:r>
        <w:br/>
        <w:t>Невже твої уста-коралі&lt;br /&gt;</w:t>
        <w:br/>
        <w:t>У моря щастя я знайду?..&lt;br /&gt;</w:t>
        <w:br/>
        <w:t>Невже твої гадюки-руки&lt;br /&gt;</w:t>
        <w:br/>
        <w:t>Мене, як лози, обів’ють?..</w:t>
      </w:r>
    </w:p>
    <w:p>
      <w:r>
        <w:br/>
        <w:t>Невже мене чекають знову&lt;br /&gt;</w:t>
        <w:br/>
        <w:t>Зітхання, зустрічі, пісні,&lt;br /&gt;</w:t>
        <w:br/>
        <w:t>Квітки надій в тернах розпуки&lt;br /&gt;</w:t>
        <w:br/>
        <w:t>І ніжних уст твоїх: "Люблю…"</w:t>
      </w:r>
    </w:p>
    <w:p>
      <w:r>
        <w:br/>
        <w:t>1907</w:t>
      </w:r>
    </w:p>
    <w:p>
      <w:r>
        <w:br/>
        <w:t>ВОСЕНИ</w:t>
      </w:r>
    </w:p>
    <w:p>
      <w:r>
        <w:br/>
        <w:t>Плаче день, гуляє вітер,&lt;br /&gt;</w:t>
        <w:br/>
        <w:t>Листя боязко тремтить,&lt;br /&gt;</w:t>
        <w:br/>
        <w:t>Хоче втриматись на вітах&lt;br /&gt;</w:t>
        <w:br/>
        <w:t>І, не втримавшись, летить.</w:t>
      </w:r>
    </w:p>
    <w:p>
      <w:r>
        <w:br/>
        <w:t>Плаче день, і серце плаче,&lt;br /&gt;</w:t>
        <w:br/>
        <w:t>Ниє в грудях, мов в тюрмі,&lt;br /&gt;</w:t>
        <w:br/>
        <w:t>А сусідка незнайома&lt;br /&gt;</w:t>
        <w:br/>
        <w:t>Стогне, квиле за дверми:</w:t>
      </w:r>
    </w:p>
    <w:p>
      <w:r>
        <w:br/>
        <w:t>"О прийди, прийди, мій милий,&lt;br /&gt;</w:t>
        <w:br/>
        <w:t>Я розвію смуток твій,&lt;br /&gt;</w:t>
        <w:br/>
        <w:t>Поцілунками зогрію,&lt;br /&gt;</w:t>
        <w:br/>
        <w:t>Сон ясний тобі навію,&lt;br /&gt;</w:t>
        <w:br/>
        <w:t>Повний тиші, повний мрій.</w:t>
      </w:r>
    </w:p>
    <w:p>
      <w:r>
        <w:br/>
        <w:t>На руках моїх гарячих&lt;br /&gt;</w:t>
        <w:br/>
        <w:t>Ти заснеш під голос мій,&lt;br /&gt;</w:t>
        <w:br/>
        <w:t>А я буду колисати,&lt;br /&gt;</w:t>
        <w:br/>
        <w:t>Пісню втішную співати,&lt;br /&gt;</w:t>
        <w:br/>
        <w:t>Вартувати спокій твій.</w:t>
      </w:r>
    </w:p>
    <w:p>
      <w:r>
        <w:br/>
        <w:t>О прийди, прийди, самотній,&lt;br /&gt;</w:t>
        <w:br/>
        <w:t>Як самотня я сама,-&lt;br /&gt;</w:t>
        <w:br/>
        <w:t>В мене теж, як і у тебе,&lt;br /&gt;</w:t>
        <w:br/>
        <w:t>Друга вірного нема.</w:t>
      </w:r>
    </w:p>
    <w:p>
      <w:r>
        <w:br/>
        <w:t>Страшно, страшно! дні минають&lt;br /&gt;</w:t>
        <w:br/>
        <w:t>Без проміння і тепла,&lt;br /&gt;</w:t>
        <w:br/>
        <w:t>І страшна, як смерть, самотність&lt;br /&gt;</w:t>
        <w:br/>
        <w:t>Тут гніздо своє звила.</w:t>
      </w:r>
    </w:p>
    <w:p>
      <w:r>
        <w:br/>
        <w:t>О прийди, прийди, мій любий,-&lt;br /&gt;</w:t>
        <w:br/>
        <w:t>В’яне молодість моя,&lt;br /&gt;</w:t>
        <w:br/>
        <w:t>В’януть думи, в’януть мрії,&lt;br /&gt;</w:t>
        <w:br/>
        <w:t>В’януть… В’яну, сохну я".&lt;br /&gt;</w:t>
        <w:br/>
        <w:t>. . . . . . . . . . . . . . . . . . . . . . .&lt;br /&gt;</w:t>
        <w:br/>
        <w:t>. . . . . . . . . . . . . . . . . . . . . . .</w:t>
      </w:r>
    </w:p>
    <w:p>
      <w:r>
        <w:br/>
        <w:t>Плаче день, і серце плаче,&lt;br /&gt;</w:t>
        <w:br/>
        <w:t>Ниє в грудях, як в тюрмі,&lt;br /&gt;</w:t>
        <w:br/>
        <w:t>А сусідка незнайома&lt;br /&gt;</w:t>
        <w:br/>
        <w:t>Не втихає за дверми.</w:t>
      </w:r>
    </w:p>
    <w:p>
      <w:r>
        <w:br/>
        <w:t>1904</w:t>
      </w:r>
    </w:p>
    <w:p>
      <w:r>
        <w:br/>
        <w:t>"ЧОГО МОГЛА ТИ ТАК БОЛІТИ…"</w:t>
      </w:r>
    </w:p>
    <w:p>
      <w:r>
        <w:br/>
        <w:t>Чого могла ти так боліти,&lt;br /&gt;</w:t>
        <w:br/>
        <w:t>Від чого серце билось так,&lt;br /&gt;</w:t>
        <w:br/>
        <w:t>Що розірвалися граніти&lt;br /&gt;</w:t>
        <w:br/>
        <w:t>І залишивсь навіки знак.</w:t>
      </w:r>
    </w:p>
    <w:p>
      <w:r>
        <w:br/>
        <w:t>Куди потоки сліз лила ти,&lt;br /&gt;</w:t>
        <w:br/>
        <w:t>Об що ти билася грудьми?..&lt;br /&gt;</w:t>
        <w:br/>
        <w:t>Чолом тобі, о земле-мати,&lt;br /&gt;</w:t>
        <w:br/>
        <w:t>Уклін мій, страднице, прийми!</w:t>
      </w:r>
    </w:p>
    <w:p>
      <w:r>
        <w:br/>
        <w:t>1908&lt;br /&gt;</w:t>
        <w:br/>
        <w:t>Крим. Гори</w:t>
      </w:r>
    </w:p>
    <w:p>
      <w:r>
        <w:br/>
        <w:t>"КВІТКА ОСІННЯ ДАВНО ОДЦВІЛА…"</w:t>
      </w:r>
    </w:p>
    <w:p>
      <w:r>
        <w:br/>
        <w:t>Квітка осіння давно одцвіла,&lt;br /&gt;</w:t>
        <w:br/>
        <w:t>Пісня остання давно одзвеніла…&lt;br /&gt;</w:t>
        <w:br/>
        <w:t>Скінчене свято пісень і тепла,&lt;br /&gt;</w:t>
        <w:br/>
        <w:t>Снігом блискучим земля забіліла.</w:t>
      </w:r>
    </w:p>
    <w:p>
      <w:r>
        <w:br/>
        <w:t>Літо і в серці давно одцвіло…&lt;br /&gt;</w:t>
        <w:br/>
        <w:t>Рясно снігами його замітає…&lt;br /&gt;</w:t>
        <w:br/>
        <w:t>В далеч туману життя одійшло,&lt;br /&gt;</w:t>
        <w:br/>
        <w:t>Вічність байдужа стоїть і чекає.</w:t>
      </w:r>
    </w:p>
    <w:p>
      <w:r>
        <w:br/>
        <w:t>1905</w:t>
      </w:r>
    </w:p>
    <w:p>
      <w:r>
        <w:br/>
        <w:t>"ДАРЕМНО ВСЕ… І ГОЛОС ЄСТЬ, І КОБЗУ МАЮ…"</w:t>
      </w:r>
    </w:p>
    <w:p>
      <w:r>
        <w:br/>
        <w:t>Даремно все… і голос єсть, і кобзу маю,&lt;br /&gt;</w:t>
        <w:br/>
        <w:t>Рука ж моя не хилиться до струн…&lt;br /&gt;</w:t>
        <w:br/>
        <w:t>Про що тобі, мій краю, заспіваю,&lt;br /&gt;</w:t>
        <w:br/>
        <w:t>Про що тобі заграю серед трун?..</w:t>
      </w:r>
    </w:p>
    <w:p>
      <w:r>
        <w:br/>
        <w:t>В які слова вложу свою журбу безкраю,&lt;br /&gt;</w:t>
        <w:br/>
        <w:t>І як підкажуть їх могили і хрести?..&lt;br /&gt;</w:t>
        <w:br/>
        <w:t>О мертвий мій, о цвинтарю, мій краю!&lt;br /&gt;</w:t>
        <w:br/>
        <w:t>Коли ж труну свою розіб’єш ти?..</w:t>
      </w:r>
    </w:p>
    <w:p>
      <w:r>
        <w:br/>
        <w:t>І як би голосно про тебе заспівав я,&lt;br /&gt;</w:t>
        <w:br/>
        <w:t>Коли б єдиний рух рукою ти зробив…&lt;br /&gt;</w:t>
        <w:br/>
        <w:t>Коли б прокляв віки свого безслав’я,&lt;br /&gt;</w:t>
        <w:br/>
        <w:t>Зневажив би недолюдків-рабів.</w:t>
      </w:r>
    </w:p>
    <w:p>
      <w:r>
        <w:br/>
        <w:t>І ледве ти орлом в блакитне небо глянеш,-&lt;br /&gt;</w:t>
        <w:br/>
        <w:t>В моїх піснях заграє дзвін мечів…&lt;br /&gt;</w:t>
        <w:br/>
        <w:t>І ледве ти ім’я своє згадаєш,-&lt;br /&gt;</w:t>
        <w:br/>
        <w:t>В побідний гімн обернеться мій спів…&lt;br /&gt;</w:t>
        <w:br/>
        <w:t>. . . . . . . . . . . . . . . . . . . . . . .</w:t>
      </w:r>
    </w:p>
    <w:p>
      <w:r>
        <w:br/>
        <w:t>Сиджу один… Журюсь самотньо на руїні,&lt;br /&gt;</w:t>
        <w:br/>
        <w:t>Співаю щось помалу і без слів…&lt;br /&gt;</w:t>
        <w:br/>
        <w:t>Сумні мої пісні, як сумно на Вкраїні&lt;br /&gt;</w:t>
        <w:br/>
        <w:t>Серед могил і зламаних хрестів…</w:t>
      </w:r>
    </w:p>
    <w:p>
      <w:r>
        <w:br/>
        <w:t>1908</w:t>
      </w:r>
    </w:p>
    <w:p>
      <w:r>
        <w:br/>
        <w:t>"ЩОДЕННО ВОРОНИ ЛЕТЯТЬ…"</w:t>
      </w:r>
    </w:p>
    <w:p>
      <w:r>
        <w:br/>
        <w:t>Щоденно ворони летять,&lt;br /&gt;</w:t>
        <w:br/>
        <w:t>Щоденно ворони кричать:&lt;br /&gt;</w:t>
        <w:br/>
        <w:t>"Там спалили,&lt;br /&gt;</w:t>
        <w:br/>
        <w:t>Там убили,&lt;br /&gt;</w:t>
        <w:br/>
        <w:t>Там піймали,&lt;br /&gt;</w:t>
        <w:br/>
        <w:t>Там забрали,&lt;br /&gt;</w:t>
        <w:br/>
        <w:t>Посадили,&lt;br /&gt;</w:t>
        <w:br/>
        <w:t>Осліпили&lt;br /&gt;</w:t>
        <w:br/>
        <w:t>І згноїли…&lt;br /&gt;</w:t>
        <w:br/>
        <w:t>Кра-кра-кра!</w:t>
      </w:r>
    </w:p>
    <w:p>
      <w:r>
        <w:br/>
        <w:t>В хаті холод,&lt;br /&gt;</w:t>
        <w:br/>
        <w:t>В шлунку голод…&lt;br /&gt;</w:t>
        <w:br/>
        <w:t>А з попом у хату з хати&lt;br /&gt;</w:t>
        <w:br/>
        <w:t>Ходе смерть дари збирати:&lt;br /&gt;</w:t>
        <w:br/>
        <w:t>Піп з кишенею пустою,&lt;br /&gt;</w:t>
        <w:br/>
        <w:t>Смерть вмирає під вагою,&lt;br /&gt;</w:t>
        <w:br/>
        <w:t>Чорт на скрипці ззаду гра,&lt;br /&gt;</w:t>
        <w:br/>
        <w:t>Топче трупи… кра-кра-кра!</w:t>
      </w:r>
    </w:p>
    <w:p>
      <w:r>
        <w:br/>
        <w:t>Що ж ви дивитеся? — плачте!"</w:t>
      </w:r>
    </w:p>
    <w:p>
      <w:r>
        <w:br/>
        <w:t>"Чорні ворони, не крячте…&lt;br /&gt;</w:t>
        <w:br/>
        <w:t>Ми оглухли, ми глухі…"</w:t>
      </w:r>
    </w:p>
    <w:p>
      <w:r>
        <w:br/>
        <w:t>"Як же стали ви такі?"</w:t>
      </w:r>
    </w:p>
    <w:p>
      <w:r>
        <w:br/>
        <w:t>"Нас дурманом обпоїли,&lt;br /&gt;</w:t>
        <w:br/>
        <w:t>В наші вуха цвяшки вбили,&lt;br /&gt;</w:t>
        <w:br/>
        <w:t>Наші голови скрутили&lt;br /&gt;</w:t>
        <w:br/>
        <w:t>І такими жить пустили…</w:t>
      </w:r>
    </w:p>
    <w:p>
      <w:r>
        <w:br/>
        <w:t>День ми днюєм, ніч ночуєм,&lt;br /&gt;</w:t>
        <w:br/>
        <w:t>Все ми бачим, а не чуєм,&lt;br /&gt;</w:t>
        <w:br/>
        <w:t>І ніяк ми не згадаєм,&lt;br /&gt;</w:t>
        <w:br/>
        <w:t>Що зробилось з нашим краєм,&lt;br /&gt;</w:t>
        <w:br/>
        <w:t>І не знаєм,— божевільні,-&lt;br /&gt;</w:t>
        <w:br/>
        <w:t>Чи в неволі ми, чи вільні…"</w:t>
      </w:r>
    </w:p>
    <w:p>
      <w:r>
        <w:br/>
        <w:t>Раз ми вільні,— нащо військо?&lt;br /&gt;</w:t>
        <w:br/>
        <w:t>"Що в кишені?", "Як назвисько?".&lt;br /&gt;</w:t>
        <w:br/>
        <w:t>А не вільні,— чом до січі&lt;br /&gt;</w:t>
        <w:br/>
        <w:t>Нас ніхто уже не кличе?</w:t>
      </w:r>
    </w:p>
    <w:p>
      <w:r>
        <w:br/>
        <w:t>Нагло ворони знялися,&lt;br /&gt;</w:t>
        <w:br/>
        <w:t>Буйним сміхом залилися…</w:t>
      </w:r>
    </w:p>
    <w:p>
      <w:r>
        <w:br/>
        <w:t>"Кра-кра — вільні! кра-кра — вільні!&lt;br /&gt;</w:t>
        <w:br/>
        <w:t>Божевільні, божевільні!.."</w:t>
      </w:r>
    </w:p>
    <w:p>
      <w:r>
        <w:br/>
        <w:t>1908</w:t>
      </w:r>
    </w:p>
    <w:p>
      <w:r>
        <w:br/>
        <w:t>"ТИ СМІЄШСЯ!.. ГОДІ, БРАТЕ…"</w:t>
      </w:r>
    </w:p>
    <w:p>
      <w:r>
        <w:br/>
        <w:t>Ти смієшся!.. Годі, брате,&lt;br /&gt;</w:t>
        <w:br/>
        <w:t>Слід недужому ридати…</w:t>
      </w:r>
    </w:p>
    <w:p>
      <w:r>
        <w:br/>
        <w:t>Глянь,— тебе хтось розколов,&lt;br /&gt;</w:t>
        <w:br/>
        <w:t>Скрізь на грудях в тебе кров…</w:t>
      </w:r>
    </w:p>
    <w:p>
      <w:r>
        <w:br/>
        <w:t>Ти смієшся, дзвінко граєш&lt;br /&gt;</w:t>
        <w:br/>
        <w:t>І що хворий ти — не знаєш…</w:t>
      </w:r>
    </w:p>
    <w:p>
      <w:r>
        <w:br/>
        <w:t>А на скрипці — ні струни…&lt;br /&gt;</w:t>
        <w:br/>
        <w:t>І вона — зразок труни…</w:t>
      </w:r>
    </w:p>
    <w:p>
      <w:r>
        <w:br/>
        <w:t>Погасають сірі очі…&lt;br /&gt;</w:t>
        <w:br/>
        <w:t>А рука водити хоче…</w:t>
      </w:r>
    </w:p>
    <w:p>
      <w:r>
        <w:br/>
        <w:t>Почорніло навкруги…&lt;br /&gt;</w:t>
        <w:br/>
        <w:t>Позбирались вороги…</w:t>
      </w:r>
    </w:p>
    <w:p>
      <w:r>
        <w:br/>
        <w:t>І в труну тебе, як друзі,&lt;br /&gt;</w:t>
        <w:br/>
        <w:t>Положили в справжній тузі…</w:t>
      </w:r>
    </w:p>
    <w:p>
      <w:r>
        <w:br/>
        <w:t>Вдарив дзвін… твоя рука&lt;br /&gt;</w:t>
        <w:br/>
        <w:t>Знов відшукує смика.</w:t>
      </w:r>
    </w:p>
    <w:p>
      <w:r>
        <w:br/>
        <w:t>1907</w:t>
      </w:r>
    </w:p>
    <w:p>
      <w:r>
        <w:br/>
        <w:t>"ВЕЗЛИ ЇХ, ЗРАНЕНИХ В БОРНІ З СОЛДАТАМИ…"</w:t>
      </w:r>
    </w:p>
    <w:p>
      <w:r>
        <w:br/>
        <w:t>Везли їх, зранених в борні з солдатами,&lt;br /&gt;</w:t>
        <w:br/>
        <w:t>Везли їх, стомлених в тюрмі за гратами,&lt;br /&gt;</w:t>
        <w:br/>
        <w:t>Везли, щоб там, в краях холодних,&lt;br /&gt;</w:t>
        <w:br/>
        <w:t>Згноїти велетнів народних,&lt;br /&gt;</w:t>
        <w:br/>
        <w:t>Крилаті іскри потушить&lt;br /&gt;</w:t>
        <w:br/>
        <w:t>І знов дурити і душить.</w:t>
      </w:r>
    </w:p>
    <w:p>
      <w:r>
        <w:br/>
        <w:t>В сльозах затриманих, з палкими муками,&lt;br /&gt;</w:t>
        <w:br/>
        <w:t>Вони прощалися з полями, з луками,&lt;br /&gt;</w:t>
        <w:br/>
        <w:t>Навік прощались з краєм рідним,&lt;br /&gt;</w:t>
        <w:br/>
        <w:t>З своїм сліпцем — народом бідним,&lt;br /&gt;</w:t>
        <w:br/>
        <w:t>Неслись в чужинну сторону&lt;br /&gt;</w:t>
        <w:br/>
        <w:t>І мов лягали у труну.</w:t>
      </w:r>
    </w:p>
    <w:p>
      <w:r>
        <w:br/>
        <w:t>І ось вони на мить одну спинилися&lt;br /&gt;</w:t>
        <w:br/>
        <w:t>І на селян крізь грати задивилися,&lt;br /&gt;</w:t>
        <w:br/>
        <w:t>А ті стояли, як каміння,-&lt;br /&gt;</w:t>
        <w:br/>
        <w:t>І хтось, лузаючи насіння,&lt;br /&gt;</w:t>
        <w:br/>
        <w:t>Дививсь на вікна і сміявсь:&lt;br /&gt;</w:t>
        <w:br/>
        <w:t>"А що, голубчику, попавсь?"</w:t>
      </w:r>
    </w:p>
    <w:p>
      <w:r>
        <w:br/>
        <w:t>1907</w:t>
      </w:r>
    </w:p>
    <w:p>
      <w:r>
        <w:br/>
        <w:t>"ЯК ВІНКИ ПЛЕЛА ТИ З КВІТІВ…"</w:t>
      </w:r>
    </w:p>
    <w:p>
      <w:r>
        <w:br/>
        <w:t>Як вінки плела ти з квітів,&lt;br /&gt;</w:t>
        <w:br/>
        <w:t>Розлучили люде нас…&lt;br /&gt;</w:t>
        <w:br/>
        <w:t>Ми зітхнули, розійшлися&lt;br /&gt;</w:t>
        <w:br/>
        <w:t>І не стрілись по сей час.</w:t>
      </w:r>
    </w:p>
    <w:p>
      <w:r>
        <w:br/>
        <w:t>Ти давно вже вийшла заміж,&lt;br /&gt;</w:t>
        <w:br/>
        <w:t>Одруживсь уже і я…&lt;br /&gt;</w:t>
        <w:br/>
        <w:t>Ти щаслива,— я не знаю,-&lt;br /&gt;</w:t>
        <w:br/>
        <w:t>И ти не знай, любов моя.</w:t>
      </w:r>
    </w:p>
    <w:p>
      <w:r>
        <w:br/>
        <w:t>Я торік, минулим літом,&lt;br /&gt;</w:t>
        <w:br/>
        <w:t>Заїздив в своє село…&lt;br /&gt;</w:t>
        <w:br/>
        <w:t>Завалилась рідна хата,&lt;br /&gt;</w:t>
        <w:br/>
        <w:t>Рідну греблю рознесло…</w:t>
      </w:r>
    </w:p>
    <w:p>
      <w:r>
        <w:br/>
        <w:t>Я не знаю, мабуть, греблі&lt;br /&gt;</w:t>
        <w:br/>
        <w:t>Жаль зробилося мені:&lt;br /&gt;</w:t>
        <w:br/>
        <w:t>Там, де ми танки водили,&lt;br /&gt;</w:t>
        <w:br/>
        <w:t>Жалібні я склав пісні.</w:t>
      </w:r>
    </w:p>
    <w:p>
      <w:r>
        <w:br/>
        <w:t>Кажуть люде, що недавно&lt;br /&gt;</w:t>
        <w:br/>
        <w:t>Й ти приходила чогось…&lt;br /&gt;</w:t>
        <w:br/>
        <w:t>Що в ту ніч чиєсь ридання&lt;br /&gt;</w:t>
        <w:br/>
        <w:t>З-понад озера неслось.</w:t>
      </w:r>
    </w:p>
    <w:p>
      <w:r>
        <w:br/>
        <w:t>1906</w:t>
      </w:r>
    </w:p>
    <w:p>
      <w:r>
        <w:br/>
        <w:t>"Я НЕ ЗАЗНАВ ТИХ НІЖНИХ ЛАСК І СЛІВ…"</w:t>
      </w:r>
    </w:p>
    <w:p>
      <w:r>
        <w:br/>
        <w:t>Я не зазнав тих ніжних ласк і слів,&lt;br /&gt;</w:t>
        <w:br/>
        <w:t>Що марились мені колись весною,&lt;br /&gt;</w:t>
        <w:br/>
        <w:t>Що чув я в співах солов’їв,&lt;br /&gt;</w:t>
        <w:br/>
        <w:t>Що гай мені ласкаво шелестів&lt;br /&gt;</w:t>
        <w:br/>
        <w:t>Давно колись, далекою весною…</w:t>
      </w:r>
    </w:p>
    <w:p>
      <w:r>
        <w:br/>
        <w:t>Ти другому всі ласки віддала,&lt;br /&gt;</w:t>
        <w:br/>
        <w:t>Ти другому усі слова сказала…&lt;br /&gt;</w:t>
        <w:br/>
        <w:t>Мене любить ти не змогла,&lt;br /&gt;</w:t>
        <w:br/>
        <w:t>Для мене любих слів ти не знайшла,&lt;br /&gt;</w:t>
        <w:br/>
        <w:t>Бо всі давно їх іншому сказала.</w:t>
      </w:r>
    </w:p>
    <w:p>
      <w:r>
        <w:br/>
        <w:t>Але в житті моїм ще втрачено не все.&lt;br /&gt;</w:t>
        <w:br/>
        <w:t>І часом в снах лежу я серед поля,-&lt;br /&gt;</w:t>
        <w:br/>
        <w:t>Колосся ніжно б’ють мене в лице,&lt;br /&gt;</w:t>
        <w:br/>
        <w:t>І безліч ласк і слів їх шум несе,&lt;br /&gt;</w:t>
        <w:br/>
        <w:t>І ти мене шукаєш серед поля.</w:t>
      </w:r>
    </w:p>
    <w:p>
      <w:r>
        <w:br/>
        <w:t>1906</w:t>
      </w:r>
    </w:p>
    <w:p>
      <w:r>
        <w:br/>
        <w:t>"НЕ ЗАБУДУ Я… О НІ!…"</w:t>
      </w:r>
    </w:p>
    <w:p>
      <w:r>
        <w:br/>
        <w:t>Не забуду я… о ні!&lt;br /&gt;</w:t>
        <w:br/>
        <w:t>І тепер, коли згадаю,&lt;br /&gt;</w:t>
        <w:br/>
        <w:t>Бачу ночі весняні,&lt;br /&gt;</w:t>
        <w:br/>
        <w:t>Чую шум далекий гаю.</w:t>
      </w:r>
    </w:p>
    <w:p>
      <w:r>
        <w:br/>
        <w:t>На траві, в шовку густім,&lt;br /&gt;</w:t>
        <w:br/>
        <w:t>Слід лишають твої ніжки,&lt;br /&gt;</w:t>
        <w:br/>
        <w:t>А на личеньку твоїм&lt;br /&gt;</w:t>
        <w:br/>
        <w:t>Золоті горять усмішки.</w:t>
      </w:r>
    </w:p>
    <w:p>
      <w:r>
        <w:br/>
        <w:t>Ми йдемо… Шумлять гаї,&lt;br /&gt;</w:t>
        <w:br/>
        <w:t>Ллються пахощі розкішні,&lt;br /&gt;</w:t>
        <w:br/>
        <w:t>Щось кричать нам солов’ї,&lt;br /&gt;</w:t>
        <w:br/>
        <w:t>Щось шепочуть трави пишні…</w:t>
      </w:r>
    </w:p>
    <w:p>
      <w:r>
        <w:br/>
        <w:t>А тепер… Далеко я…&lt;br /&gt;</w:t>
        <w:br/>
        <w:t>Заросли в гаю доріжки,&lt;br /&gt;</w:t>
        <w:br/>
        <w:t>Змовкла пісня солов’я,&lt;br /&gt;</w:t>
        <w:br/>
        <w:t>І другим цвітуть усмішки.</w:t>
      </w:r>
    </w:p>
    <w:p>
      <w:r>
        <w:br/>
        <w:t>1908</w:t>
      </w:r>
    </w:p>
    <w:p>
      <w:r>
        <w:br/>
        <w:t>"О, ЩЕ НЕ ВСІ УМЕРЛИ ЖАЛІ…"</w:t>
      </w:r>
    </w:p>
    <w:p>
      <w:r>
        <w:br/>
        <w:t>О, ще не всі умерли жалі,&lt;br /&gt;</w:t>
        <w:br/>
        <w:t>Не всі проспівані пісні,&lt;br /&gt;</w:t>
        <w:br/>
        <w:t>Не всі захмарилися далі,-&lt;br /&gt;</w:t>
        <w:br/>
        <w:t>Ще кров кипить, клекоче в шалі,&lt;br /&gt;</w:t>
        <w:br/>
        <w:t>І серце б’є, як дзвін, в мені,&lt;br /&gt;</w:t>
        <w:br/>
        <w:t>І вся душа в огні.</w:t>
      </w:r>
    </w:p>
    <w:p>
      <w:r>
        <w:br/>
        <w:t>Життю і вам я не скорюся,&lt;br /&gt;</w:t>
        <w:br/>
        <w:t>Вогню сльозами не заллю,&lt;br /&gt;</w:t>
        <w:br/>
        <w:t>Я буйним степом розгорнуся,&lt;br /&gt;</w:t>
        <w:br/>
        <w:t>Я морем співів розіллюся,&lt;br /&gt;</w:t>
        <w:br/>
        <w:t>І в кожну пісню увіллю&lt;br /&gt;</w:t>
        <w:br/>
        <w:t>Весь жар, всю кров мою.</w:t>
      </w:r>
    </w:p>
    <w:p>
      <w:r>
        <w:br/>
        <w:t>1907</w:t>
      </w:r>
    </w:p>
    <w:p>
      <w:r>
        <w:br/>
        <w:t>"В ЯКИХ БОЯХ ТИ ПАМ’ЯТЬ РОЗГУБИВ…"</w:t>
      </w:r>
    </w:p>
    <w:p>
      <w:r>
        <w:br/>
        <w:t>В яких боях ти пам’ять розгубив,&lt;br /&gt;</w:t>
        <w:br/>
        <w:t>В якім шинку ти сон-отруту пив,&lt;br /&gt;</w:t>
        <w:br/>
        <w:t>Який стрілець тебе у очі влучив,&lt;br /&gt;</w:t>
        <w:br/>
        <w:t>Хто так прибив тебе і змучив?</w:t>
      </w:r>
    </w:p>
    <w:p>
      <w:r>
        <w:br/>
        <w:t>Травою ти послався і ростеш,&lt;br /&gt;</w:t>
        <w:br/>
        <w:t>Як чорний крук, серця могил клюєш,&lt;br /&gt;</w:t>
        <w:br/>
        <w:t>Бо ти забув, хто впав за тебе в бої&lt;br /&gt;</w:t>
        <w:br/>
        <w:t>І де лежать твої герої.</w:t>
      </w:r>
    </w:p>
    <w:p>
      <w:r>
        <w:br/>
        <w:t>Скажи ж, в яких лісах ти заблудив,&lt;br /&gt;</w:t>
        <w:br/>
        <w:t>Коли себе ти п’яний загубив?..&lt;br /&gt;</w:t>
        <w:br/>
        <w:t>Чи в тую січ, як ти з землі не знявся,&lt;br /&gt;</w:t>
        <w:br/>
        <w:t>Чи в тую ніч, як з братом побратався?..</w:t>
      </w:r>
    </w:p>
    <w:p>
      <w:r>
        <w:br/>
        <w:t>Сліпий… Ти ходиш з смутком на чолі,&lt;br /&gt;</w:t>
        <w:br/>
        <w:t>Кийком чогось шукаєш по землі…&lt;br /&gt;</w:t>
        <w:br/>
        <w:t>І що тобі так треба відшукати,&lt;br /&gt;</w:t>
        <w:br/>
        <w:t>Ніяк не зможеш ти згадати.</w:t>
      </w:r>
    </w:p>
    <w:p>
      <w:r>
        <w:br/>
        <w:t>1908</w:t>
      </w:r>
    </w:p>
    <w:p>
      <w:r>
        <w:br/>
        <w:t>"Я СОНЦЯ ЖДУ, І СОНЦЕ ЗІЙДЕ…"</w:t>
      </w:r>
    </w:p>
    <w:p>
      <w:r>
        <w:br/>
        <w:t>Я сонця жду, і сонце зійде,&lt;br /&gt;</w:t>
        <w:br/>
        <w:t>І ранок прийде —&lt;br /&gt;</w:t>
        <w:br/>
        <w:t>Вір, моя мила, жди і радій!&lt;br /&gt;</w:t>
        <w:br/>
        <w:t>В ранку надій,&lt;br /&gt;</w:t>
        <w:br/>
        <w:t>В райдузі мрій&lt;br /&gt;</w:t>
        <w:br/>
        <w:t>Сонця чекай&lt;br /&gt;</w:t>
        <w:br/>
        <w:t>І розцвітай.</w:t>
      </w:r>
    </w:p>
    <w:p>
      <w:r>
        <w:br/>
        <w:t>В долі людській є щось таємне…&lt;br /&gt;</w:t>
        <w:br/>
        <w:t>Ми недаремне&lt;br /&gt;</w:t>
        <w:br/>
        <w:t>Роки страждали, тернами йдучи,&lt;br /&gt;</w:t>
        <w:br/>
        <w:t>Руки рвучи,&lt;br /&gt;</w:t>
        <w:br/>
        <w:t>Все уночі…&lt;br /&gt;</w:t>
        <w:br/>
        <w:t>Ні! недарма:&lt;br /&gt;</w:t>
        <w:br/>
        <w:t>Рідша пітьма.</w:t>
      </w:r>
    </w:p>
    <w:p>
      <w:r>
        <w:br/>
        <w:t>Рідшає терен, зникають тумани,&lt;br /&gt;</w:t>
        <w:br/>
        <w:t>Гояться рани,&lt;br /&gt;</w:t>
        <w:br/>
        <w:t>Вір мені, люба дружино моя…&lt;br /&gt;</w:t>
        <w:br/>
        <w:t>Бачу вже я&lt;br /&gt;</w:t>
        <w:br/>
        <w:t>В квітах поля;&lt;br /&gt;</w:t>
        <w:br/>
        <w:t>Все, що вві сні&lt;br /&gt;</w:t>
        <w:br/>
        <w:t>Снилось мені.</w:t>
      </w:r>
    </w:p>
    <w:p>
      <w:r>
        <w:br/>
        <w:t>1906</w:t>
      </w:r>
    </w:p>
    <w:p>
      <w:r>
        <w:br/>
        <w:t>З ЛИСТА</w:t>
      </w:r>
    </w:p>
    <w:p>
      <w:r>
        <w:br/>
        <w:t>Перший пролісок блакитний,&lt;br /&gt;</w:t>
        <w:br/>
        <w:t>Першу квітку весняну&lt;br /&gt;</w:t>
        <w:br/>
        <w:t>Шлю тобі, моя голубко,&lt;br /&gt;</w:t>
        <w:br/>
        <w:t>У далеку сторону.</w:t>
      </w:r>
    </w:p>
    <w:p>
      <w:r>
        <w:br/>
        <w:t>Хай тебе він привітає&lt;br /&gt;</w:t>
        <w:br/>
        <w:t>З сонцем, з ласкою, з теплом&lt;br /&gt;</w:t>
        <w:br/>
        <w:t>І розкаже, що він слухав,&lt;br /&gt;</w:t>
        <w:br/>
        <w:t>Нахилившись над струмком.</w:t>
      </w:r>
    </w:p>
    <w:p>
      <w:r>
        <w:br/>
        <w:t>Хай розкаже, що вчуває,&lt;br /&gt;</w:t>
        <w:br/>
        <w:t>Пробиваючись, трава,&lt;br /&gt;</w:t>
        <w:br/>
        <w:t>У якому дивуванні&lt;br /&gt;</w:t>
        <w:br/>
        <w:t>Кожна бростка ожива.</w:t>
      </w:r>
    </w:p>
    <w:p>
      <w:r>
        <w:br/>
        <w:t>Хай розкаже, як курличуть&lt;br /&gt;</w:t>
        <w:br/>
        <w:t>Десь під небом журавлі,&lt;br /&gt;</w:t>
        <w:br/>
        <w:t>Як всміхається ласкаво&lt;br /&gt;</w:t>
        <w:br/>
        <w:t>Красне сонце до землі.</w:t>
      </w:r>
    </w:p>
    <w:p>
      <w:r>
        <w:br/>
        <w:t>Хай твій смуток він розвіє,&lt;br /&gt;</w:t>
        <w:br/>
        <w:t>Прожене його навік,&lt;br /&gt;</w:t>
        <w:br/>
        <w:t>Щоб із уст твоїх полився,&lt;br /&gt;</w:t>
        <w:br/>
        <w:t>Як дзвінок, веселий сміх.</w:t>
      </w:r>
    </w:p>
    <w:p>
      <w:r>
        <w:br/>
        <w:t>Хай же він тебе вітає&lt;br /&gt;</w:t>
        <w:br/>
        <w:t>З сонцем, з ласкою, з теплом&lt;br /&gt;</w:t>
        <w:br/>
        <w:t>І розказує ті дива,&lt;br /&gt;</w:t>
        <w:br/>
        <w:t>Що почув він над струмком.</w:t>
      </w:r>
    </w:p>
    <w:p>
      <w:r>
        <w:br/>
        <w:t>1904</w:t>
      </w:r>
    </w:p>
    <w:p>
      <w:r>
        <w:br/>
        <w:t>"НЕХАЙ, ЯК ГРІМ, ГУДУТЬ ГАРМАТИ…"</w:t>
      </w:r>
    </w:p>
    <w:p>
      <w:r>
        <w:br/>
        <w:t>Нехай, як грім, гудуть гармати,&lt;br /&gt;</w:t>
        <w:br/>
        <w:t>Нехай п’яніє все в чаду,-&lt;br /&gt;</w:t>
        <w:br/>
        <w:t>Як в полі буду сам стояти,&lt;br /&gt;</w:t>
        <w:br/>
        <w:t>Шаблі ворожі відбивати&lt;br /&gt;</w:t>
        <w:br/>
        <w:t>І, може, ранений владу,-&lt;br /&gt;</w:t>
        <w:br/>
        <w:t>А в стан ваш мертвий не піду.</w:t>
      </w:r>
    </w:p>
    <w:p>
      <w:r>
        <w:br/>
        <w:t>О, не лякайте! В мене крила,&lt;br /&gt;</w:t>
        <w:br/>
        <w:t>В крові — огонь, в душі — любов,&lt;br /&gt;</w:t>
        <w:br/>
        <w:t>Нащо я вам? Вас в стані сила,&lt;br /&gt;</w:t>
        <w:br/>
        <w:t>Не звіть мене! Ваш стан — могила,&lt;br /&gt;</w:t>
        <w:br/>
        <w:t>І в ваших жилах біла кров.</w:t>
      </w:r>
    </w:p>
    <w:p>
      <w:r>
        <w:br/>
        <w:t>1907</w:t>
      </w:r>
    </w:p>
    <w:p>
      <w:r>
        <w:br/>
        <w:t>ТРОЯНДИ</w:t>
      </w:r>
    </w:p>
    <w:p>
      <w:r>
        <w:br/>
        <w:t>Довго їх сонце без жалю пекло,&lt;br /&gt;</w:t>
        <w:br/>
        <w:t>Довго! І нагло за хмари зайшло…&lt;br /&gt;</w:t>
        <w:br/>
        <w:t>Вихор схопився, і грім загримів,&lt;br /&gt;</w:t>
        <w:br/>
        <w:t>Дуб передчуттям грози зашумів,&lt;br /&gt;</w:t>
        <w:br/>
        <w:t>Вдарила блискавка в груди кудись…&lt;br /&gt;</w:t>
        <w:br/>
        <w:t>Свіжі дощі полились, полились…&lt;br /&gt;</w:t>
        <w:br/>
        <w:t>Шепчуть троянди: "О, лийтесь рясніш,&lt;br /&gt;</w:t>
        <w:br/>
        <w:t>Дайте нам дихати грудьми вільніш…&lt;br /&gt;</w:t>
        <w:br/>
        <w:t>Наші гарячі уста остудіть,&lt;br /&gt;</w:t>
        <w:br/>
        <w:t>Нас напоїть, напоїть, напоїть…"&lt;br /&gt;</w:t>
        <w:br/>
        <w:t>. . . . . . . . . . . . . . . . . . . . . . .&lt;br /&gt;</w:t>
        <w:br/>
        <w:t>. . . . . . . . . . . . . . . . . . . . . . .</w:t>
      </w:r>
    </w:p>
    <w:p>
      <w:r>
        <w:br/>
        <w:t>В вазі в кімнаті троянди стоять,&lt;br /&gt;</w:t>
        <w:br/>
        <w:t>Дивляться ясно, цвітуть і пахтять,&lt;br /&gt;</w:t>
        <w:br/>
        <w:t>Усміхом грають пелюстки бліді,&lt;br /&gt;</w:t>
        <w:br/>
        <w:t>Радо хлюпощеться листя в воді.</w:t>
      </w:r>
    </w:p>
    <w:p>
      <w:r>
        <w:br/>
        <w:t>1908</w:t>
      </w:r>
    </w:p>
    <w:p>
      <w:r>
        <w:br/>
        <w:t>"ДОКИ ВИ БУДЕТЕ ЖДАТЬ, КАМ’ЯНІ…"</w:t>
      </w:r>
    </w:p>
    <w:p>
      <w:r>
        <w:br/>
        <w:t>Доки ви будете ждать, кам’яні,&lt;br /&gt;</w:t>
        <w:br/>
        <w:t>Доки отруєні будете спати?!&lt;br /&gt;</w:t>
        <w:br/>
        <w:t>Встаньте! Давно проспівали півні,&lt;br /&gt;</w:t>
        <w:br/>
        <w:t>Небо вбирається в ранішні шати,&lt;br /&gt;</w:t>
        <w:br/>
        <w:t>Схід червоніє в кривавім огні.</w:t>
      </w:r>
    </w:p>
    <w:p>
      <w:r>
        <w:br/>
        <w:t>Кличте калік і дітей понесіть,&lt;br /&gt;</w:t>
        <w:br/>
        <w:t>Станьте вгорі на зруйнованих мурах,&lt;br /&gt;</w:t>
        <w:br/>
        <w:t>Землю святую сльозами зросіть…&lt;br /&gt;</w:t>
        <w:br/>
        <w:t>Тихо заграйте на рідних бандурах,&lt;br /&gt;</w:t>
        <w:br/>
        <w:t>Небу свої каяття принесіть.</w:t>
      </w:r>
    </w:p>
    <w:p>
      <w:r>
        <w:br/>
        <w:t>1908</w:t>
      </w:r>
    </w:p>
    <w:p>
      <w:r>
        <w:br/>
        <w:t>НАД КОЛИСКОЮ</w:t>
      </w:r>
    </w:p>
    <w:p>
      <w:r>
        <w:br/>
        <w:t>(Пісня матері)</w:t>
      </w:r>
    </w:p>
    <w:p>
      <w:r>
        <w:br/>
        <w:t>Спи, мій малесенький, спи, мій синок…&lt;br /&gt;</w:t>
        <w:br/>
        <w:t>Я розкажу тобі безліч казок!</w:t>
      </w:r>
    </w:p>
    <w:p>
      <w:r>
        <w:br/>
        <w:t>Нащо ж ти віченьки знову розкрив?!&lt;br /&gt;</w:t>
        <w:br/>
        <w:t>Спи, моя пташко, то вітер завив.</w:t>
      </w:r>
    </w:p>
    <w:p>
      <w:r>
        <w:br/>
        <w:t>Стогне і виє уже він давно,&lt;br /&gt;</w:t>
        <w:br/>
        <w:t>Б’ється і стука у наше вікно…</w:t>
      </w:r>
    </w:p>
    <w:p>
      <w:r>
        <w:br/>
        <w:t>Геть, розбишако, в далекі степи!..&lt;br /&gt;</w:t>
        <w:br/>
        <w:t>Спи, моя ластівко, солодко спи!</w:t>
      </w:r>
    </w:p>
    <w:p>
      <w:r>
        <w:br/>
        <w:t>Ось уже й вітер зовсім занімів…&lt;br /&gt;</w:t>
        <w:br/>
        <w:t>Мабуть, заснуть під намет полетів…</w:t>
      </w:r>
    </w:p>
    <w:p>
      <w:r>
        <w:br/>
        <w:t>Холодно зараз в лісах і лугах,-&lt;br /&gt;</w:t>
        <w:br/>
        <w:t>Все потонуло в глибоких снігах.</w:t>
      </w:r>
    </w:p>
    <w:p>
      <w:r>
        <w:br/>
        <w:t>Бігають зайчики, мерзнуть, тремтять,&lt;br /&gt;</w:t>
        <w:br/>
        <w:t>Затишок хочуть собі відшукать.</w:t>
      </w:r>
    </w:p>
    <w:p>
      <w:r>
        <w:br/>
        <w:t>Ось вони вгледіли,— кущик стоїть,-&lt;br /&gt;</w:t>
        <w:br/>
        <w:t>Годі! Давно вже лисичка там спить.</w:t>
      </w:r>
    </w:p>
    <w:p>
      <w:r>
        <w:br/>
        <w:t>Кинулись знову кудись на грядки,-&lt;br /&gt;</w:t>
        <w:br/>
        <w:t>Ой, там ночують сьогодні вовки.</w:t>
      </w:r>
    </w:p>
    <w:p>
      <w:r>
        <w:br/>
        <w:t>Краще ви в поле біжіть, за лісок…&lt;br /&gt;</w:t>
        <w:br/>
        <w:t>Знайдете там ви соломки стіжок,-</w:t>
      </w:r>
    </w:p>
    <w:p>
      <w:r>
        <w:br/>
        <w:t>Глибше забийтесь, зарийтесь в снопки,&lt;br /&gt;</w:t>
        <w:br/>
        <w:t>Щоб не знайшли вас голодні вовки…</w:t>
      </w:r>
    </w:p>
    <w:p>
      <w:r>
        <w:br/>
        <w:t>Спи ж, мій малесенький, годі гулять…&lt;br /&gt;</w:t>
        <w:br/>
        <w:t>Зайчики білі давно уже сплять.</w:t>
      </w:r>
    </w:p>
    <w:p>
      <w:r>
        <w:br/>
        <w:t>1908</w:t>
      </w:r>
    </w:p>
    <w:p>
      <w:r>
        <w:br/>
        <w:t>"ПРОКЛЯТТЯ, РОЗПАЧ І ГАНЬБА!.."</w:t>
      </w:r>
    </w:p>
    <w:p>
      <w:r>
        <w:br/>
        <w:t>Прокляття, розпач і ганьба!&lt;br /&gt;</w:t>
        <w:br/>
        <w:t>Усю пройшов я Україну,&lt;br /&gt;</w:t>
        <w:br/>
        <w:t>І сам не знаю, де спочину&lt;br /&gt;</w:t>
        <w:br/>
        <w:t>І де не стріну я раба.</w:t>
      </w:r>
    </w:p>
    <w:p>
      <w:r>
        <w:br/>
        <w:t>Зректись себе, забуть ім’я,&lt;br /&gt;</w:t>
        <w:br/>
        <w:t>Всесвітнім соромом покритись&lt;br /&gt;</w:t>
        <w:br/>
        <w:t>І, не соромлячись, дивитись,-&lt;br /&gt;</w:t>
        <w:br/>
        <w:t>Це дійсність, сон? — не знаю я…</w:t>
      </w:r>
    </w:p>
    <w:p>
      <w:r>
        <w:br/>
        <w:t>О краю рабський, скільки сліз&lt;br /&gt;</w:t>
        <w:br/>
        <w:t>Було в мені… і ласк, і втіхи…&lt;br /&gt;</w:t>
        <w:br/>
        <w:t>Які чудовні трави-ліки&lt;br /&gt;</w:t>
        <w:br/>
        <w:t>Для ран твоїх в собі я ніс…</w:t>
      </w:r>
    </w:p>
    <w:p>
      <w:r>
        <w:br/>
        <w:t>Ти п’яний спав… А я горів,&lt;br /&gt;</w:t>
        <w:br/>
        <w:t>Душа ставала крем’яною,&lt;br /&gt;</w:t>
        <w:br/>
        <w:t>І не слова тепер спокою,&lt;br /&gt;</w:t>
        <w:br/>
        <w:t>А іскри креше з неї гнів.</w:t>
      </w:r>
    </w:p>
    <w:p>
      <w:r>
        <w:br/>
        <w:t>І їх, як зерна, кину я&lt;br /&gt;</w:t>
        <w:br/>
        <w:t>В твоїх полях, степах і луках,&lt;br /&gt;</w:t>
        <w:br/>
        <w:t>І, може, ти в пекельних муках&lt;br /&gt;</w:t>
        <w:br/>
        <w:t>Згадаєш згублене ім’я.</w:t>
      </w:r>
    </w:p>
    <w:p>
      <w:r>
        <w:br/>
        <w:t>1908</w:t>
      </w:r>
    </w:p>
    <w:p>
      <w:r>
        <w:br/>
        <w:t>"НАЩО, НАЩО ТОБІ ПИТАТИ…"</w:t>
      </w:r>
    </w:p>
    <w:p>
      <w:r>
        <w:br/>
        <w:t>Нащо, нащо тобі питати,&lt;br /&gt;</w:t>
        <w:br/>
        <w:t>Чи я люблю тебе, чи ні…&lt;br /&gt;</w:t>
        <w:br/>
        <w:t>О, легше серце розірвати,&lt;br /&gt;</w:t>
        <w:br/>
        <w:t>Ніж знати відповідь мені.</w:t>
      </w:r>
    </w:p>
    <w:p>
      <w:r>
        <w:br/>
        <w:t>Чи я люблю тебе,— не знаю,-&lt;br /&gt;</w:t>
        <w:br/>
        <w:t>Спитай вночі у срібних зір,&lt;br /&gt;</w:t>
        <w:br/>
        <w:t>Весною вслухайсь в шелест гаю,&lt;br /&gt;</w:t>
        <w:br/>
        <w:t>Вдивися в даль з зелених гір.</w:t>
      </w:r>
    </w:p>
    <w:p>
      <w:r>
        <w:br/>
        <w:t>Спитай у чайки, що голосе,&lt;br /&gt;</w:t>
        <w:br/>
        <w:t>Спитай у хмар, що сльози ллють,&lt;br /&gt;</w:t>
        <w:br/>
        <w:t>Піди на спалені покоси,&lt;br /&gt;</w:t>
        <w:br/>
        <w:t>Що в раз останній роси п’ють,-</w:t>
      </w:r>
    </w:p>
    <w:p>
      <w:r>
        <w:br/>
        <w:t>Спитай, бо я сказать безсила…&lt;br /&gt;</w:t>
        <w:br/>
        <w:t>Я знаю, знаю тільки те,&lt;br /&gt;</w:t>
        <w:br/>
        <w:t>Що підеш ти,— і вирита могила,&lt;br /&gt;</w:t>
        <w:br/>
        <w:t>І згасло сонце золоте.</w:t>
      </w:r>
    </w:p>
    <w:p>
      <w:r>
        <w:br/>
        <w:t>1908</w:t>
      </w:r>
    </w:p>
    <w:p>
      <w:r>
        <w:br/>
        <w:t>"ДУША МОЯ НЕ ЗНА ВЖЕ БІЛЬШЕ ГРІЗ…"</w:t>
      </w:r>
    </w:p>
    <w:p>
      <w:r>
        <w:br/>
        <w:t>Душа моя не зна вже більше гріз…&lt;br /&gt;</w:t>
        <w:br/>
        <w:t>І грім замовк, і хмара розплилася,&lt;br /&gt;</w:t>
        <w:br/>
        <w:t>І там, де кров колись лилася,&lt;br /&gt;</w:t>
        <w:br/>
        <w:t>Тепер дзюрчить струмок із сліз.&lt;br /&gt;</w:t>
        <w:br/>
        <w:t>Мовчать руїни, сонце сяє,&lt;br /&gt;</w:t>
        <w:br/>
        <w:t>І білий стяг примир’я має.</w:t>
      </w:r>
    </w:p>
    <w:p>
      <w:r>
        <w:br/>
        <w:t>О ні! О ні! Розбитий храм&lt;br /&gt;</w:t>
        <w:br/>
        <w:t>Встає живий в моїй уяві&lt;br /&gt;</w:t>
        <w:br/>
        <w:t>І кличе знов в бої криваві&lt;br /&gt;</w:t>
        <w:br/>
        <w:t>Помстити лютим ворогам,&lt;br /&gt;</w:t>
        <w:br/>
        <w:t>Зове мене з труни гнилої&lt;br /&gt;</w:t>
        <w:br/>
        <w:t>Блиснуть мечем і впасти в бої.</w:t>
      </w:r>
    </w:p>
    <w:p>
      <w:r>
        <w:br/>
        <w:t>І я з землі підводжусь знов,&lt;br /&gt;</w:t>
        <w:br/>
        <w:t>І знов в мені вогонь палає,&lt;br /&gt;</w:t>
        <w:br/>
        <w:t>Одна рука меча тримає,&lt;br /&gt;</w:t>
        <w:br/>
        <w:t>Друга спиня червону кров;&lt;br /&gt;</w:t>
        <w:br/>
        <w:t>Нове життя буяє в серці,&lt;br /&gt;</w:t>
        <w:br/>
        <w:t>І знову я стою на герці.</w:t>
      </w:r>
    </w:p>
    <w:p>
      <w:r>
        <w:br/>
        <w:t>1907</w:t>
      </w:r>
    </w:p>
    <w:p>
      <w:r>
        <w:br/>
        <w:t>"ХТО ВИ? ХТО ВИ? З НАГАЯМИ…"</w:t>
      </w:r>
    </w:p>
    <w:p>
      <w:r>
        <w:br/>
        <w:t>Хто ви? Хто ви? З нагаями&lt;br /&gt;</w:t>
        <w:br/>
        <w:t>І з брязкучими шаблями?&lt;br /&gt;</w:t>
        <w:br/>
        <w:t>Люде, кажеш? Ми не вірим:&lt;br /&gt;</w:t>
        <w:br/>
        <w:t>Нащо дивишся ти звіром?</w:t>
      </w:r>
    </w:p>
    <w:p>
      <w:r>
        <w:br/>
        <w:t>Ух! Який страшний ти, вовче,-&lt;br /&gt;</w:t>
        <w:br/>
        <w:t>Не дивись на мене довше!&lt;br /&gt;</w:t>
        <w:br/>
        <w:t>Весь в крові… Скажи: тварину&lt;br /&gt;</w:t>
        <w:br/>
        <w:t>З’їв ти зараз чи дитину?</w:t>
      </w:r>
    </w:p>
    <w:p>
      <w:r>
        <w:br/>
        <w:t>Як? — і сам дітей ти маєш?&lt;br /&gt;</w:t>
        <w:br/>
        <w:t>Їх годуєш? Їх кохаєш?&lt;br /&gt;</w:t>
        <w:br/>
        <w:t>І для тебе це можливо?&lt;br /&gt;</w:t>
        <w:br/>
        <w:t>Справді?.. Диво, диво, диво!..</w:t>
      </w:r>
    </w:p>
    <w:p>
      <w:r>
        <w:br/>
        <w:t>Ну, а зараз ви скакали&lt;br /&gt;</w:t>
        <w:br/>
        <w:t>І трьох діток розтоптали…&lt;br /&gt;</w:t>
        <w:br/>
        <w:t>Вам не жалко? Хто з вас батько?&lt;br /&gt;</w:t>
        <w:br/>
        <w:t>Хто з вас має немовлятко?</w:t>
      </w:r>
    </w:p>
    <w:p>
      <w:r>
        <w:br/>
        <w:t>Як то?! Сліз у вас немає?&lt;br /&gt;</w:t>
        <w:br/>
        <w:t>Сліз ніхто із вас не знає?&lt;br /&gt;</w:t>
        <w:br/>
        <w:t>І не бачили ніколи?&lt;br /&gt;</w:t>
        <w:br/>
        <w:t>Принести вам повні поли?</w:t>
      </w:r>
    </w:p>
    <w:p>
      <w:r>
        <w:br/>
        <w:t>Ах! За що ж мене ти вдарив?..&lt;br /&gt;</w:t>
        <w:br/>
        <w:t>Я ж одужати ще марив…&lt;br /&gt;</w:t>
        <w:br/>
        <w:t>Ще удариш? Годі, круку,&lt;br /&gt;</w:t>
        <w:br/>
        <w:t>Бо зламаєш другу руку…&lt;br /&gt;</w:t>
        <w:br/>
        <w:t>. . . . . . . . . . . . . . . . . . . . . . .</w:t>
      </w:r>
    </w:p>
    <w:p>
      <w:r>
        <w:br/>
        <w:t>Як же я вернусь додому?&lt;br /&gt;</w:t>
        <w:br/>
        <w:t>Що скажу тепер малому?..&lt;br /&gt;</w:t>
        <w:br/>
        <w:t>Ось він вибіже за хату&lt;br /&gt;</w:t>
        <w:br/>
        <w:t>І почне кричати: "Тату!</w:t>
      </w:r>
    </w:p>
    <w:p>
      <w:r>
        <w:br/>
        <w:t>Що ж? Приніс сопілку з гаю?&lt;br /&gt;</w:t>
        <w:br/>
        <w:t>Ну, танцюй, а я заграю".&lt;br /&gt;</w:t>
        <w:br/>
        <w:t>. . . . . . . . . . . . . . . . . . . . . . .&lt;br /&gt;</w:t>
        <w:br/>
        <w:t>. . . . . . . . . . . . . . . . . . . . . . .</w:t>
      </w:r>
    </w:p>
    <w:p>
      <w:r>
        <w:br/>
        <w:t>Як же я вернусь додому…&lt;br /&gt;</w:t>
        <w:br/>
        <w:t>Що скажу тепер малому…</w:t>
      </w:r>
    </w:p>
    <w:p>
      <w:r>
        <w:br/>
        <w:t>1908</w:t>
      </w:r>
    </w:p>
    <w:p>
      <w:r>
        <w:br/>
        <w:t>"СЕРЕД СКЕЛЬ, ГАЇВ, КАМІННЯ…"</w:t>
      </w:r>
    </w:p>
    <w:p>
      <w:r>
        <w:br/>
        <w:t>Серед скель, гаїв, каміння&lt;br /&gt;</w:t>
        <w:br/>
        <w:t>Я гранітні мури стрів…&lt;br /&gt;</w:t>
        <w:br/>
        <w:t>"Гей, чиї це володіння,&lt;br /&gt;</w:t>
        <w:br/>
        <w:t>Хто фортеці тут завів?"</w:t>
      </w:r>
    </w:p>
    <w:p>
      <w:r>
        <w:br/>
        <w:t>І, вартуючи на скелі,&lt;br /&gt;</w:t>
        <w:br/>
        <w:t>Гордо вітер відмовля:&lt;br /&gt;</w:t>
        <w:br/>
        <w:t>"Ці фортеці і оселі&lt;br /&gt;</w:t>
        <w:br/>
        <w:t>Гір ясного короля".</w:t>
      </w:r>
    </w:p>
    <w:p>
      <w:r>
        <w:br/>
        <w:t>1908&lt;br /&gt;</w:t>
        <w:br/>
        <w:t>Крим. Гори</w:t>
      </w:r>
    </w:p>
    <w:p>
      <w:r>
        <w:br/>
        <w:t>"ГОРИ ДИКІ І СУВОРІ…"</w:t>
      </w:r>
    </w:p>
    <w:p>
      <w:r>
        <w:br/>
        <w:t>Гори дикі і суворі,&lt;br /&gt;</w:t>
        <w:br/>
        <w:t>Вічно горді, мовчазні,&lt;br /&gt;</w:t>
        <w:br/>
        <w:t>Зверху дивляться в простори,&lt;br /&gt;</w:t>
        <w:br/>
        <w:t>Де синіє синє море&lt;br /&gt;</w:t>
        <w:br/>
        <w:t>І зникає вдалині.</w:t>
      </w:r>
    </w:p>
    <w:p>
      <w:r>
        <w:br/>
        <w:t>Ніби вгледівши в безкраї&lt;br /&gt;</w:t>
        <w:br/>
        <w:t>Військо ворога свого,&lt;br /&gt;</w:t>
        <w:br/>
        <w:t>Стежать, як він скелі крає,&lt;br /&gt;</w:t>
        <w:br/>
        <w:t>Як він мури розмиває,-&lt;br /&gt;</w:t>
        <w:br/>
        <w:t>І зневажують його.</w:t>
      </w:r>
    </w:p>
    <w:p>
      <w:r>
        <w:br/>
        <w:t>Крим</w:t>
      </w:r>
    </w:p>
    <w:p>
      <w:r>
        <w:br/>
        <w:t>"МИНУЛО ДВА РОКИ,— І НУДНО ЇМ СТАЛО…"</w:t>
      </w:r>
    </w:p>
    <w:p>
      <w:r>
        <w:br/>
        <w:t>Минуло два роки,— і нудно їм стало,&lt;br /&gt;</w:t>
        <w:br/>
        <w:t>І кожне нового собі забажало…&lt;br /&gt;</w:t>
        <w:br/>
        <w:t>І рвуть вони зразу залізні кайдани,&lt;br /&gt;</w:t>
        <w:br/>
        <w:t>І щастя шукати ідуть у тумани.</w:t>
      </w:r>
    </w:p>
    <w:p>
      <w:r>
        <w:br/>
        <w:t>І роки шукають, і роки блукають,&lt;br /&gt;</w:t>
        <w:br/>
        <w:t>А спогади ржею серця роз’їдають,&lt;br /&gt;</w:t>
        <w:br/>
        <w:t>А вколо пустеля, пісок та каміння,&lt;br /&gt;</w:t>
        <w:br/>
        <w:t>Без місяця ночі, і дні без проміння.</w:t>
      </w:r>
    </w:p>
    <w:p>
      <w:r>
        <w:br/>
        <w:t>І ось вони стрілись… В обійми б упасти,&lt;br /&gt;</w:t>
        <w:br/>
        <w:t>Помилку і роки розлуки проклясти,&lt;br /&gt;</w:t>
        <w:br/>
        <w:t>Та щось поміж ними стіною стояло&lt;br /&gt;</w:t>
        <w:br/>
        <w:t>І голови журно обом їм схиляло.</w:t>
      </w:r>
    </w:p>
    <w:p>
      <w:r>
        <w:br/>
        <w:t>"ВЕЧІР… НАВКОЛО ЗИМА І ЗИМА…"</w:t>
      </w:r>
    </w:p>
    <w:p>
      <w:r>
        <w:br/>
        <w:t>Вечір… Навколо зима і зима…&lt;br /&gt;</w:t>
        <w:br/>
        <w:t>Стомлене серце болить і дріма…&lt;br /&gt;</w:t>
        <w:br/>
        <w:t>Сняться йому голубії простори,&lt;br /&gt;</w:t>
        <w:br/>
        <w:t>Сині степи, і озера, і гори…&lt;br /&gt;</w:t>
        <w:br/>
        <w:t>"Мила! ми підемо в поле, в гаї?&lt;br /&gt;</w:t>
        <w:br/>
        <w:t>Тісно, і важко, і душно мені".</w:t>
      </w:r>
    </w:p>
    <w:p>
      <w:r>
        <w:br/>
        <w:t>"Підемо, любий… Розтануть сніги,&lt;br /&gt;</w:t>
        <w:br/>
        <w:t>Все оживе, заспіва навкруги…&lt;br /&gt;</w:t>
        <w:br/>
        <w:t>В цвіт уберуться і ниви, і луки,&lt;br /&gt;</w:t>
        <w:br/>
        <w:t>Тихо замовкнуть, забудуться муки…&lt;br /&gt;</w:t>
        <w:br/>
        <w:t>Знову у тебе пісні полетять…&lt;br /&gt;</w:t>
        <w:br/>
        <w:t>Хворий ти… як твої груди горять…"</w:t>
      </w:r>
    </w:p>
    <w:p>
      <w:r>
        <w:br/>
        <w:t>1907</w:t>
      </w:r>
    </w:p>
    <w:p>
      <w:r>
        <w:br/>
        <w:t>"СУМНО І ВЕСЕЛО! СЛЬОЗИ І СМІХ!.."</w:t>
      </w:r>
    </w:p>
    <w:p>
      <w:r>
        <w:br/>
        <w:t>Сумно і весело! Сльози і сміх!&lt;br /&gt;</w:t>
        <w:br/>
        <w:t>Зелено, любо, і сіється сніг…</w:t>
      </w:r>
    </w:p>
    <w:p>
      <w:r>
        <w:br/>
        <w:t>Зимно становиться… Трави й квітки&lt;br /&gt;</w:t>
        <w:br/>
        <w:t>Хутко вбираються в білі свитки.</w:t>
      </w:r>
    </w:p>
    <w:p>
      <w:r>
        <w:br/>
        <w:t>В хустках всміхаються личка жоржин,&lt;br /&gt;</w:t>
        <w:br/>
        <w:t>В смушки сховались коралі шипшин.</w:t>
      </w:r>
    </w:p>
    <w:p>
      <w:r>
        <w:br/>
        <w:t>В ряднах нап’ятих стоять нагідки,&lt;br /&gt;</w:t>
        <w:br/>
        <w:t>Всі чорнобривці наділи шапки.</w:t>
      </w:r>
    </w:p>
    <w:p>
      <w:r>
        <w:br/>
        <w:t>Ніби всі вбрались на свято якесь,&lt;br /&gt;</w:t>
        <w:br/>
        <w:t>Ніби зійшлись на весілля чиєсь…</w:t>
      </w:r>
    </w:p>
    <w:p>
      <w:r>
        <w:br/>
        <w:t>Тільки з городу барвінок один&lt;br /&gt;</w:t>
        <w:br/>
        <w:t>Дивиться журно в садочок крізь тин.</w:t>
      </w:r>
    </w:p>
    <w:p>
      <w:r>
        <w:br/>
        <w:t>1908</w:t>
      </w:r>
    </w:p>
    <w:p>
      <w:r>
        <w:br/>
        <w:t>"ХАЙ НАШІ ВЧИНКИ БОЖЕВІЛЬНІ…"</w:t>
      </w:r>
    </w:p>
    <w:p>
      <w:r>
        <w:br/>
        <w:t>Хай наші вчинки божевільні,&lt;br /&gt;</w:t>
        <w:br/>
        <w:t>Хай дикий шал в самій меті,&lt;br /&gt;</w:t>
        <w:br/>
        <w:t>Але ми гордим духом вільні,&lt;br /&gt;</w:t>
        <w:br/>
        <w:t>І наші душі золоті.</w:t>
      </w:r>
    </w:p>
    <w:p>
      <w:r>
        <w:br/>
        <w:t>Як дзвони в горах серед тиші&lt;br /&gt;</w:t>
        <w:br/>
        <w:t>Густимуть наші імена…&lt;br /&gt;</w:t>
        <w:br/>
        <w:t>Їх хвиля місто розколише,&lt;br /&gt;</w:t>
        <w:br/>
        <w:t>Їх грім на селах залуна.</w:t>
      </w:r>
    </w:p>
    <w:p>
      <w:r>
        <w:br/>
        <w:t>Що смерть?! Брати мої,— могила&lt;br /&gt;</w:t>
        <w:br/>
        <w:t>За нас казатиме всяк час,&lt;br /&gt;</w:t>
        <w:br/>
        <w:t>І вільний льот народні крила&lt;br /&gt;</w:t>
        <w:br/>
        <w:t>Направлять весело до нас.</w:t>
      </w:r>
    </w:p>
    <w:p>
      <w:r>
        <w:br/>
        <w:t>1908</w:t>
      </w:r>
    </w:p>
    <w:p>
      <w:r>
        <w:br/>
        <w:t>"СТОЮ, ДИВЛЮСЬ НА ВАС З ДОКОРОМ…"</w:t>
      </w:r>
    </w:p>
    <w:p>
      <w:r>
        <w:br/>
        <w:t>Стою, дивлюсь на вас з докором…&lt;br /&gt;</w:t>
        <w:br/>
        <w:t>А душу біль і жаль пройняв…&lt;br /&gt;</w:t>
        <w:br/>
        <w:t>Я вам повірив — аматорам —&lt;br /&gt;</w:t>
        <w:br/>
        <w:t>І гру борнею уявляв.</w:t>
      </w:r>
    </w:p>
    <w:p>
      <w:r>
        <w:br/>
        <w:t>Рубались, сіклись ви, кололись,&lt;br /&gt;</w:t>
        <w:br/>
        <w:t>Упавши, ворога кляли,&lt;br /&gt;</w:t>
        <w:br/>
        <w:t>І знов — то левами боролись,&lt;br /&gt;</w:t>
        <w:br/>
        <w:t>То сльози жалібно лили…</w:t>
      </w:r>
    </w:p>
    <w:p>
      <w:r>
        <w:br/>
        <w:t>Вразили ви мене до краю,&lt;br /&gt;</w:t>
        <w:br/>
        <w:t>І всі осталися живі…&lt;br /&gt;</w:t>
        <w:br/>
        <w:t>А я… я в муках умираю…&lt;br /&gt;</w:t>
        <w:br/>
        <w:t>А я тону в своїй крові.</w:t>
      </w:r>
    </w:p>
    <w:p>
      <w:r>
        <w:br/>
        <w:t>1908</w:t>
      </w:r>
    </w:p>
    <w:p>
      <w:r>
        <w:br/>
        <w:t>"СКОРО СОНЦЕ ЗАСМІЄТЬСЯ…"</w:t>
      </w:r>
    </w:p>
    <w:p>
      <w:r>
        <w:br/>
        <w:t>Скоро сонце засміється,&lt;br /&gt;</w:t>
        <w:br/>
        <w:t>Зацвіте уся земля,&lt;br /&gt;</w:t>
        <w:br/>
        <w:t>Та у парі із тобою&lt;br /&gt;</w:t>
        <w:br/>
        <w:t>Не піду вже більше я.</w:t>
      </w:r>
    </w:p>
    <w:p>
      <w:r>
        <w:br/>
        <w:t>А один, як привід темний,&lt;br /&gt;</w:t>
        <w:br/>
        <w:t>Я блукатиму весь день,&lt;br /&gt;</w:t>
        <w:br/>
        <w:t>Не любуючись квітками&lt;br /&gt;</w:t>
        <w:br/>
        <w:t>І не чуючи пісень.</w:t>
      </w:r>
    </w:p>
    <w:p>
      <w:r>
        <w:br/>
        <w:t>Я проходитиму луки,&lt;br /&gt;</w:t>
        <w:br/>
        <w:t>Я минатиму красу…&lt;br /&gt;</w:t>
        <w:br/>
        <w:t>І одну розпуку в серці&lt;br /&gt;</w:t>
        <w:br/>
        <w:t>На край світу понесу.</w:t>
      </w:r>
    </w:p>
    <w:p>
      <w:r>
        <w:br/>
        <w:t>1907</w:t>
      </w:r>
    </w:p>
    <w:p>
      <w:r>
        <w:br/>
        <w:t>"ТИ В ТУ НІЧ ДРУГИМ ЗОРІЛА…"</w:t>
      </w:r>
    </w:p>
    <w:p>
      <w:r>
        <w:br/>
        <w:t>Ти в ту ніч другим зоріла,&lt;br /&gt;</w:t>
        <w:br/>
        <w:t>Ти другим вінки плела,&lt;br /&gt;</w:t>
        <w:br/>
        <w:t>Надо мною ж насміхалась&lt;br /&gt;</w:t>
        <w:br/>
        <w:t>І знущалась, як могла.</w:t>
      </w:r>
    </w:p>
    <w:p>
      <w:r>
        <w:br/>
        <w:t>Чом же ти, коли дізналась,&lt;br /&gt;</w:t>
        <w:br/>
        <w:t>Що давно жонатий я,&lt;br /&gt;</w:t>
        <w:br/>
        <w:t>Вже півроку не смієшся&lt;br /&gt;</w:t>
        <w:br/>
        <w:t>І заплакана щодня?</w:t>
      </w:r>
    </w:p>
    <w:p>
      <w:r>
        <w:br/>
        <w:t>1907</w:t>
      </w:r>
    </w:p>
    <w:p>
      <w:r>
        <w:br/>
        <w:t>"ОЙ І ПИШНО Ж РОЗЦВІЛИ ВИ…"</w:t>
      </w:r>
    </w:p>
    <w:p>
      <w:r>
        <w:br/>
        <w:t>Ой і пишно ж розцвіли ви&lt;br /&gt;</w:t>
        <w:br/>
        <w:t>На убогій рідній ниві,&lt;br /&gt;</w:t>
        <w:br/>
        <w:t>Рясно цвітом її вкрили —&lt;br /&gt;</w:t>
        <w:br/>
        <w:t>І червоні, й сині, й білі…&lt;br /&gt;</w:t>
        <w:br/>
        <w:t>Чом же бідному народу&lt;br /&gt;</w:t>
        <w:br/>
        <w:t>Не дали ви й досі плоду?</w:t>
      </w:r>
    </w:p>
    <w:p>
      <w:r>
        <w:br/>
        <w:t>Віє вітер із півночі,-&lt;br /&gt;</w:t>
        <w:br/>
        <w:t>Цвіт летить за ним охоче,&lt;br /&gt;</w:t>
        <w:br/>
        <w:t>Кида тільки стебла ниві,&lt;br /&gt;</w:t>
        <w:br/>
        <w:t>Що ростуть на їй щасливі,&lt;br /&gt;</w:t>
        <w:br/>
        <w:t>Тягнуть сили, точать соки,&lt;br /&gt;</w:t>
        <w:br/>
        <w:t>Розривають на всі боки.</w:t>
      </w:r>
    </w:p>
    <w:p>
      <w:r>
        <w:br/>
        <w:t>Ой народні пустоцвіти,&lt;br /&gt;</w:t>
        <w:br/>
        <w:t>Доки будуть вас терпіти,&lt;br /&gt;</w:t>
        <w:br/>
        <w:t>Доки будете рости ви&lt;br /&gt;</w:t>
        <w:br/>
        <w:t>На грудях слабих у ниви?!&lt;br /&gt;</w:t>
        <w:br/>
        <w:t>Гей! Серпи, я бачу, сяють&lt;br /&gt;</w:t>
        <w:br/>
        <w:t>І женці пісні співають!</w:t>
      </w:r>
    </w:p>
    <w:p>
      <w:r>
        <w:br/>
        <w:t>1907</w:t>
      </w:r>
    </w:p>
    <w:p>
      <w:r>
        <w:br/>
        <w:t>"МОРЕ І МОРЕ! БЛАКИТЬ І БЛАКИТЬ…"</w:t>
      </w:r>
    </w:p>
    <w:p>
      <w:r>
        <w:br/>
        <w:t>Море і море! Блакить і блакить…&lt;br /&gt;</w:t>
        <w:br/>
        <w:t>Крил мені, крил! щоб туди полетіть!&lt;br /&gt;</w:t>
        <w:br/>
        <w:t>Чайкою в небі над морем спинитись,&lt;br /&gt;</w:t>
        <w:br/>
        <w:t>Дихать і в далеч за обрій дивитись.</w:t>
      </w:r>
    </w:p>
    <w:p>
      <w:r>
        <w:br/>
        <w:t>Зникнуть би там, потонуть у тій млі,&lt;br /&gt;</w:t>
        <w:br/>
        <w:t>Кинуть би все на далекій землі,&lt;br /&gt;</w:t>
        <w:br/>
        <w:t>Все, що ненавиджу, все, що люблю,&lt;br /&gt;</w:t>
        <w:br/>
        <w:t>Все, що скривавило душу мою.</w:t>
      </w:r>
    </w:p>
    <w:p>
      <w:r>
        <w:br/>
        <w:t>1908</w:t>
      </w:r>
    </w:p>
    <w:p>
      <w:r>
        <w:br/>
        <w:t>"О МОЯ РУСАЛКО З СРІБНИМИ РЕЧАМИ…"</w:t>
      </w:r>
    </w:p>
    <w:p>
      <w:r>
        <w:br/>
        <w:t>О моя Русалко з срібними речами,&lt;br /&gt;</w:t>
        <w:br/>
        <w:t>Чом ти не воркуєш темними ночами?&lt;br /&gt;</w:t>
        <w:br/>
        <w:t>О моя Русалко з русою косою,&lt;br /&gt;</w:t>
        <w:br/>
        <w:t>Чом ти не щебечеш пташкою дзвінкою?&lt;br /&gt;</w:t>
        <w:br/>
        <w:t>Чом ти не колишеш мого серця стиха,&lt;br /&gt;</w:t>
        <w:br/>
        <w:t>Чом не розвіваєш мого суму-лиха?..</w:t>
      </w:r>
    </w:p>
    <w:p>
      <w:r>
        <w:br/>
        <w:t>Згадую я ночі, місячні, розкішні,&lt;br /&gt;</w:t>
        <w:br/>
        <w:t>Співи соловйові на розквітлій вишні,&lt;br /&gt;</w:t>
        <w:br/>
        <w:t>І сади зелені, і жита шовкові,&lt;br /&gt;</w:t>
        <w:br/>
        <w:t>І сумну музику нашої розмови…&lt;br /&gt;</w:t>
        <w:br/>
        <w:t>Згадую тебе я… Згадую і гину&lt;br /&gt;</w:t>
        <w:br/>
        <w:t>І туди думками, як на крилах, лину.</w:t>
      </w:r>
    </w:p>
    <w:p>
      <w:r>
        <w:br/>
        <w:t>О моя Русалко з кров’ю крижаною,&lt;br /&gt;</w:t>
        <w:br/>
        <w:t>О моя Русалко з божою душою,&lt;br /&gt;</w:t>
        <w:br/>
        <w:t>Все візьми у мене, все, що серце схоче,&lt;br /&gt;</w:t>
        <w:br/>
        <w:t>Тільки знов верни ти незабутні ночі,&lt;br /&gt;</w:t>
        <w:br/>
        <w:t>Знову сядь ти поруч янголом зо мною,&lt;br /&gt;</w:t>
        <w:br/>
        <w:t>Ніжная Русалко з русою косою.</w:t>
      </w:r>
    </w:p>
    <w:p>
      <w:r>
        <w:br/>
        <w:t>Стануть тихо віять пахощі майові,&lt;br /&gt;</w:t>
        <w:br/>
        <w:t>Стануть знову литись співи соловйові…&lt;br /&gt;</w:t>
        <w:br/>
        <w:t>Ти почнеш казати, як на струнах грати,&lt;br /&gt;</w:t>
        <w:br/>
        <w:t>А у мене серце буде замирати…&lt;br /&gt;</w:t>
        <w:br/>
        <w:t>І коли зомліє від твоєї ласки,&lt;br /&gt;</w:t>
        <w:br/>
        <w:t>Смерть для його буде кращою від казки.</w:t>
      </w:r>
    </w:p>
    <w:p>
      <w:r>
        <w:br/>
        <w:t>1904</w:t>
      </w:r>
    </w:p>
    <w:p>
      <w:r>
        <w:br/>
        <w:t>"ОДНУ Я ЛЮБИВ ЗА ВЕСЕЛІСТЬ…"</w:t>
      </w:r>
    </w:p>
    <w:p>
      <w:r>
        <w:br/>
        <w:t>Одну я любив за веселість,&lt;br /&gt;</w:t>
        <w:br/>
        <w:t>Другу я за вроду кохав,&lt;br /&gt;</w:t>
        <w:br/>
        <w:t>А третій за сонячний усміх&lt;br /&gt;</w:t>
        <w:br/>
        <w:t>Квітками дорогу встилав.</w:t>
      </w:r>
    </w:p>
    <w:p>
      <w:r>
        <w:br/>
        <w:t>Ти зовсім була не вродлива&lt;br /&gt;</w:t>
        <w:br/>
        <w:t>І завжди, як вечір, смутна…&lt;br /&gt;</w:t>
        <w:br/>
        <w:t>Чого ж ти з усіх моїх милих&lt;br /&gt;</w:t>
        <w:br/>
        <w:t>У серці осталась одна?!</w:t>
      </w:r>
    </w:p>
    <w:p>
      <w:r>
        <w:br/>
        <w:t>1906</w:t>
      </w:r>
    </w:p>
    <w:p>
      <w:r>
        <w:br/>
        <w:t>"НЕСТИСЯ Б ПЛАЧУ, ЛЕТІТИ Б КРИКУ…"</w:t>
      </w:r>
    </w:p>
    <w:p>
      <w:r>
        <w:br/>
        <w:t>Нестися б плачу, летіти б крику,&lt;br /&gt;</w:t>
        <w:br/>
        <w:t>Серця вогняні на частки рвать,&lt;br /&gt;</w:t>
        <w:br/>
        <w:t>Розколихать би пустелю дику,&lt;br /&gt;</w:t>
        <w:br/>
        <w:t>Усіх під прапор один зібрать,-</w:t>
      </w:r>
    </w:p>
    <w:p>
      <w:r>
        <w:br/>
        <w:t>І кинуть мертві піски, каміння,&lt;br /&gt;</w:t>
        <w:br/>
        <w:t>І вийти б з ночі у світло дня,&lt;br /&gt;</w:t>
        <w:br/>
        <w:t>Де тонуть луки в морях проміння,&lt;br /&gt;</w:t>
        <w:br/>
        <w:t>Де буйна тирса шумить, буя…</w:t>
      </w:r>
    </w:p>
    <w:p>
      <w:r>
        <w:br/>
        <w:t>І жити б повно, і жити б вільно…&lt;br /&gt;</w:t>
        <w:br/>
        <w:t>Чом же з прокляттям ми тремтимо?!&lt;br /&gt;</w:t>
        <w:br/>
        <w:t>Ах, ми конаєм в муках подвійно:&lt;br /&gt;</w:t>
        <w:br/>
        <w:t>Раб перед нами цілує ярмо.</w:t>
      </w:r>
    </w:p>
    <w:p>
      <w:r>
        <w:br/>
        <w:t>1909</w:t>
      </w:r>
    </w:p>
    <w:p>
      <w:r>
        <w:br/>
        <w:t>"ЗНЕМІГСЯ Я… ЯК КАМІНЬ, ЧАС БАЙДУЖИЙ…"</w:t>
      </w:r>
    </w:p>
    <w:p>
      <w:r>
        <w:br/>
        <w:t>Знемігся я… Як камінь, час байдужий&lt;br /&gt;</w:t>
        <w:br/>
        <w:t>В путі пригнічує мене…&lt;br /&gt;</w:t>
        <w:br/>
        <w:t>Де той, хто ще душею дужий,&lt;br /&gt;</w:t>
        <w:br/>
        <w:t>Де той, в кім серце вогняне?..</w:t>
      </w:r>
    </w:p>
    <w:p>
      <w:r>
        <w:br/>
        <w:t>О орле мій! одно твоє дихання&lt;br /&gt;</w:t>
        <w:br/>
        <w:t>Розідме полум’я в мені,&lt;br /&gt;</w:t>
        <w:br/>
        <w:t>І знов піду я на страждання,&lt;br /&gt;</w:t>
        <w:br/>
        <w:t>Піду на муки неземні.</w:t>
      </w:r>
    </w:p>
    <w:p>
      <w:r>
        <w:br/>
        <w:t>Я буду звать. Прийди ти тільки, дужий,&lt;br /&gt;</w:t>
        <w:br/>
        <w:t>Скажи, що день ще нас шука і жде.&lt;br /&gt;</w:t>
        <w:br/>
        <w:t>Зневірнвсь я… Холодний час байдужий&lt;br /&gt;</w:t>
        <w:br/>
        <w:t>За мною привидом іде.</w:t>
      </w:r>
    </w:p>
    <w:p>
      <w:r>
        <w:br/>
        <w:t>1908</w:t>
      </w:r>
    </w:p>
    <w:p>
      <w:r>
        <w:br/>
        <w:t>"МЕЛИ СНІГИ ТОДІ НАДВОРІ…"</w:t>
      </w:r>
    </w:p>
    <w:p>
      <w:r>
        <w:br/>
        <w:t>Мели сніги тоді надворі,&lt;br /&gt;</w:t>
        <w:br/>
        <w:t>Вітри стогнали жалібні,&lt;br /&gt;</w:t>
        <w:br/>
        <w:t>Він був в несказанному горі,-&lt;br /&gt;</w:t>
        <w:br/>
        <w:t>Вона лежала у труні.</w:t>
      </w:r>
    </w:p>
    <w:p>
      <w:r>
        <w:br/>
        <w:t>І в ніч пурги, як вітер лютий,&lt;br /&gt;</w:t>
        <w:br/>
        <w:t>Б’ючись з снігами, закричить,&lt;br /&gt;</w:t>
        <w:br/>
        <w:t>До ранку він, журбою скутий,&lt;br /&gt;</w:t>
        <w:br/>
        <w:t>Без сліз, замислений, сидить.</w:t>
      </w:r>
    </w:p>
    <w:p>
      <w:r>
        <w:br/>
        <w:t>Але весною молодою,&lt;br /&gt;</w:t>
        <w:br/>
        <w:t>Як все навколо ожива&lt;br /&gt;</w:t>
        <w:br/>
        <w:t>І в небі жайворон співа,&lt;br /&gt;</w:t>
        <w:br/>
        <w:t>Мов струмінь з срібною водою,-</w:t>
      </w:r>
    </w:p>
    <w:p>
      <w:r>
        <w:br/>
        <w:t>Тоді він дні блукає в полі,&lt;br /&gt;</w:t>
        <w:br/>
        <w:t>Гіркі, невтішні сльози ллє,&lt;br /&gt;</w:t>
        <w:br/>
        <w:t>Себе в розкриті груди б’є&lt;br /&gt;</w:t>
        <w:br/>
        <w:t>І проклін шле зрадливій долі.</w:t>
      </w:r>
    </w:p>
    <w:p>
      <w:r>
        <w:br/>
        <w:t>1904</w:t>
      </w:r>
    </w:p>
    <w:p>
      <w:r>
        <w:br/>
        <w:t>"В КВІТКАХ БУЛА ДУША МОЯ…"</w:t>
      </w:r>
    </w:p>
    <w:p>
      <w:r>
        <w:br/>
        <w:t>В квітках була душа моя,&lt;br /&gt;</w:t>
        <w:br/>
        <w:t>І ось дивись,— палаю я,&lt;br /&gt;</w:t>
        <w:br/>
        <w:t>Я запалив квітки мої:&lt;br /&gt;</w:t>
        <w:br/>
        <w:t>Нехай горять у сизій млі.&lt;br /&gt;</w:t>
        <w:br/>
        <w:t>Нехай горять, нехай горять…&lt;br /&gt;</w:t>
        <w:br/>
        <w:t>Літа летять, літа летять.</w:t>
      </w:r>
    </w:p>
    <w:p>
      <w:r>
        <w:br/>
        <w:t>В огні горить душа моя,&lt;br /&gt;</w:t>
        <w:br/>
        <w:t>Згорю і сам я,— знаю я,&lt;br /&gt;</w:t>
        <w:br/>
        <w:t>Бо весь палаю я в огні,-&lt;br /&gt;</w:t>
        <w:br/>
        <w:t>Не жаль себе, не жаль мені.&lt;br /&gt;</w:t>
        <w:br/>
        <w:t>Дивись, любуйся, не гаси,&lt;br /&gt;</w:t>
        <w:br/>
        <w:t>І попіл вітру віднеси.</w:t>
      </w:r>
    </w:p>
    <w:p>
      <w:r>
        <w:br/>
        <w:t>1908</w:t>
      </w:r>
    </w:p>
    <w:p>
      <w:r>
        <w:br/>
        <w:t>"ПРОЙШЛО БАГАТО ЧОРНИХ ЛІТ…"</w:t>
      </w:r>
    </w:p>
    <w:p>
      <w:r>
        <w:br/>
        <w:t>Пройшло багато чорних літ,&lt;br /&gt;</w:t>
        <w:br/>
        <w:t>І знов я в рідний край забився…&lt;br /&gt;</w:t>
        <w:br/>
        <w:t>Мій степ пожовк і засмутився,&lt;br /&gt;</w:t>
        <w:br/>
        <w:t>І світ поблід, щасливий світ.</w:t>
      </w:r>
    </w:p>
    <w:p>
      <w:r>
        <w:br/>
        <w:t>Вклонивсь я друзям дорогим…&lt;br /&gt;</w:t>
        <w:br/>
        <w:t>Вони ж мене не привітали,&lt;br /&gt;</w:t>
        <w:br/>
        <w:t>І на слова мої мовчали,&lt;br /&gt;</w:t>
        <w:br/>
        <w:t>І я здавався їм чужим.</w:t>
      </w:r>
    </w:p>
    <w:p>
      <w:r>
        <w:br/>
        <w:t>1906</w:t>
      </w:r>
    </w:p>
    <w:p>
      <w:r>
        <w:br/>
        <w:t>"БЕЗ ЩАСТЯ МИ ЗУСТРІЛИСЬ…"</w:t>
      </w:r>
    </w:p>
    <w:p>
      <w:r>
        <w:br/>
        <w:t>Без щастя ми зустрілись,&lt;br /&gt;</w:t>
        <w:br/>
        <w:t>Без горя розійшлись,&lt;br /&gt;</w:t>
        <w:br/>
        <w:t>Хоч, може, і про інше&lt;br /&gt;</w:t>
        <w:br/>
        <w:t>Ми марили колись.&lt;br /&gt;</w:t>
        <w:br/>
        <w:t>. . . . . . . . . . . . . . . . . . . . . . .</w:t>
      </w:r>
    </w:p>
    <w:p>
      <w:r>
        <w:br/>
        <w:t>Ми стрілись, як два вітра…&lt;br /&gt;</w:t>
        <w:br/>
        <w:t>Всміхнулися без слів&lt;br /&gt;</w:t>
        <w:br/>
        <w:t>І любо понеслися&lt;br /&gt;</w:t>
        <w:br/>
        <w:t>Над хвилями степів.</w:t>
      </w:r>
    </w:p>
    <w:p>
      <w:r>
        <w:br/>
        <w:t>Схилялися нам трави,&lt;br /&gt;</w:t>
        <w:br/>
        <w:t>Тремтів під нами став…&lt;br /&gt;</w:t>
        <w:br/>
        <w:t>Ти весело горнулась,&lt;br /&gt;</w:t>
        <w:br/>
        <w:t>Я міцно пригортав.</w:t>
      </w:r>
    </w:p>
    <w:p>
      <w:r>
        <w:br/>
        <w:t>Зливалось твоє личко&lt;br /&gt;</w:t>
        <w:br/>
        <w:t>З усмішками квіток,&lt;br /&gt;</w:t>
        <w:br/>
        <w:t>І наші поцілунки&lt;br /&gt;</w:t>
        <w:br/>
        <w:t>Спліталися в вінок.</w:t>
      </w:r>
    </w:p>
    <w:p>
      <w:r>
        <w:br/>
        <w:t>І час настав розлуки…&lt;br /&gt;</w:t>
        <w:br/>
        <w:t>І знов без дум і слів&lt;br /&gt;</w:t>
        <w:br/>
        <w:t>Ми ще раз обнялися,&lt;br /&gt;</w:t>
        <w:br/>
        <w:t>І кожний полетів.</w:t>
      </w:r>
    </w:p>
    <w:p>
      <w:r>
        <w:br/>
        <w:t>1906</w:t>
      </w:r>
    </w:p>
    <w:p>
      <w:r>
        <w:br/>
        <w:t>"НЕ ЦВІТУТЬ КВІТКИ ЗИМОЮ…"</w:t>
      </w:r>
    </w:p>
    <w:p>
      <w:r>
        <w:br/>
        <w:t>Не цвітуть квітки зимою&lt;br /&gt;</w:t>
        <w:br/>
        <w:t>І дерева не шумлять..&lt;br /&gt;</w:t>
        <w:br/>
        <w:t>А обгорнені імлою,&lt;br /&gt;</w:t>
        <w:br/>
        <w:t>Як мерці, вони стоять…</w:t>
      </w:r>
    </w:p>
    <w:p>
      <w:r>
        <w:br/>
        <w:t>Як же ти, мій краю-квіте,&lt;br /&gt;</w:t>
        <w:br/>
        <w:t>В час морозів вікових&lt;br /&gt;</w:t>
        <w:br/>
        <w:t>Міг би квітнуть і шуміти&lt;br /&gt;</w:t>
        <w:br/>
        <w:t>З-під наметів снігових?</w:t>
      </w:r>
    </w:p>
    <w:p>
      <w:r>
        <w:br/>
        <w:t>Не кричать чайки зимою,&lt;br /&gt;</w:t>
        <w:br/>
        <w:t>Не співають солов’ї…&lt;br /&gt;</w:t>
        <w:br/>
        <w:t>Скуті кригою страшною,&lt;br /&gt;</w:t>
        <w:br/>
        <w:t>Сплять озера і гаї.</w:t>
      </w:r>
    </w:p>
    <w:p>
      <w:r>
        <w:br/>
        <w:t>Краю — чайко — соловію,&lt;br /&gt;</w:t>
        <w:br/>
        <w:t>Як же міг би ти співать&lt;br /&gt;</w:t>
        <w:br/>
        <w:t>І вперед іти в завію,&lt;br /&gt;</w:t>
        <w:br/>
        <w:t>І других в дорогу звать?</w:t>
      </w:r>
    </w:p>
    <w:p>
      <w:r>
        <w:br/>
        <w:t>Час мина… зима минає…&lt;br /&gt;</w:t>
        <w:br/>
        <w:t>Все прокинеться від сну&lt;br /&gt;</w:t>
        <w:br/>
        <w:t>І піснями привітає&lt;br /&gt;</w:t>
        <w:br/>
        <w:t>Красне сонце і весну.</w:t>
      </w:r>
    </w:p>
    <w:p>
      <w:r>
        <w:br/>
        <w:t>Як же ти, мій соловію,&lt;br /&gt;</w:t>
        <w:br/>
        <w:t>Зможеш сонця не вітать?!&lt;br /&gt;</w:t>
        <w:br/>
        <w:t>Як я можу, як я смію&lt;br /&gt;</w:t>
        <w:br/>
        <w:t>В тебе, чулого, питать?</w:t>
      </w:r>
    </w:p>
    <w:p>
      <w:r>
        <w:br/>
        <w:t>1909</w:t>
      </w:r>
    </w:p>
    <w:p>
      <w:r>
        <w:br/>
        <w:t>"О ПРАВДА! МІЙ НАРОД СМІШНИЙ БЕЗКРАЄ…"</w:t>
      </w:r>
    </w:p>
    <w:p>
      <w:r>
        <w:br/>
        <w:t>О правда! Мій народ смішний безкрає…&lt;br /&gt;</w:t>
        <w:br/>
        <w:t>Сліпий, горбатий і чудний,&lt;br /&gt;</w:t>
        <w:br/>
        <w:t>Він старцем з лірою блукає&lt;br /&gt;</w:t>
        <w:br/>
        <w:t>І навіть — хто він,— він не знає,&lt;br /&gt;</w:t>
        <w:br/>
        <w:t>Такий… безпам’ятний такий!..</w:t>
      </w:r>
    </w:p>
    <w:p>
      <w:r>
        <w:br/>
        <w:t>Але я всім вселюдно признаюся:&lt;br /&gt;</w:t>
        <w:br/>
        <w:t>Я — син його, я — старців син…&lt;br /&gt;</w:t>
        <w:br/>
        <w:t>За руку, гляньте, з ним беруся&lt;br /&gt;</w:t>
        <w:br/>
        <w:t>І завжди з ним іти клянуся&lt;br /&gt;</w:t>
        <w:br/>
        <w:t>Кудись на гори із долин.</w:t>
      </w:r>
    </w:p>
    <w:p>
      <w:r>
        <w:br/>
        <w:t>Брати! ваш глум і дикий сміх лунає!..&lt;br /&gt;</w:t>
        <w:br/>
        <w:t>Людці!.. Ні, той навік ганебний син,&lt;br /&gt;</w:t>
        <w:br/>
        <w:t>Хто п’є, і їсть, і в злоті сяє,-&lt;br /&gt;</w:t>
        <w:br/>
        <w:t>А батько руку простягає&lt;br /&gt;</w:t>
        <w:br/>
        <w:t>І на ніч спати йде під тин.</w:t>
      </w:r>
    </w:p>
    <w:p>
      <w:r>
        <w:br/>
        <w:t>1907</w:t>
      </w:r>
    </w:p>
    <w:p>
      <w:r>
        <w:br/>
        <w:t>"НА ЦВИНТАР СУМНО НЕ ІДІТЬ…"</w:t>
      </w:r>
    </w:p>
    <w:p>
      <w:r>
        <w:br/>
        <w:t>На цвинтар сумно не ідіть,&lt;br /&gt;</w:t>
        <w:br/>
        <w:t>В жалобі не ридайте…&lt;br /&gt;</w:t>
        <w:br/>
        <w:t>Погляньте вгору на блакить&lt;br /&gt;</w:t>
        <w:br/>
        <w:t>І в ній весну познайте.</w:t>
      </w:r>
    </w:p>
    <w:p>
      <w:r>
        <w:br/>
        <w:t>Весна летить,&lt;br /&gt;</w:t>
        <w:br/>
        <w:t>Весна шумить…&lt;br /&gt;</w:t>
        <w:br/>
        <w:t>Розвійте чорні думи,&lt;br /&gt;</w:t>
        <w:br/>
        <w:t>Ловіть весняні шуми.</w:t>
      </w:r>
    </w:p>
    <w:p>
      <w:r>
        <w:br/>
        <w:t>Народ не вмер, народ живе,&lt;br /&gt;</w:t>
        <w:br/>
        <w:t>Хвилює по Руїні,&lt;br /&gt;</w:t>
        <w:br/>
        <w:t>І мова плеще і пливе&lt;br /&gt;</w:t>
        <w:br/>
        <w:t>Річками по Вкраїні.</w:t>
      </w:r>
    </w:p>
    <w:p>
      <w:r>
        <w:br/>
        <w:t>Вона жива!&lt;br /&gt;</w:t>
        <w:br/>
        <w:t>Вона співа,-&lt;br /&gt;</w:t>
        <w:br/>
        <w:t>Чого ж ви всі в задумі?&lt;br /&gt;</w:t>
        <w:br/>
        <w:t>Кохайтесь в ріднім шумі.</w:t>
      </w:r>
    </w:p>
    <w:p>
      <w:r>
        <w:br/>
        <w:t>Кохайтесь в шумі чарівнім,&lt;br /&gt;</w:t>
        <w:br/>
        <w:t>Душею розцвітайте,&lt;br /&gt;</w:t>
        <w:br/>
        <w:t>Несіть квітки й любистки в дім&lt;br /&gt;</w:t>
        <w:br/>
        <w:t>І лави застеляйте.</w:t>
      </w:r>
    </w:p>
    <w:p>
      <w:r>
        <w:br/>
        <w:t>Розвійте сум,&lt;br /&gt;</w:t>
        <w:br/>
        <w:t>І пийте шум,&lt;br /&gt;</w:t>
        <w:br/>
        <w:t>І ждіть ясної долі,&lt;br /&gt;</w:t>
        <w:br/>
        <w:t>Що рве колосся в полі.</w:t>
      </w:r>
    </w:p>
    <w:p>
      <w:r>
        <w:br/>
        <w:t>1909</w:t>
      </w:r>
    </w:p>
    <w:p>
      <w:r>
        <w:br/>
        <w:t>"ДУША МОЯ — КРАЇНА ЖАЛЮ…"</w:t>
      </w:r>
    </w:p>
    <w:p>
      <w:r>
        <w:br/>
        <w:t>Душа моя — країна Жалю…&lt;br /&gt;</w:t>
        <w:br/>
        <w:t>На землю впавши, плаче він,&lt;br /&gt;</w:t>
        <w:br/>
        <w:t>Як бідний раб серед руїн,&lt;br /&gt;</w:t>
        <w:br/>
        <w:t>Живим оставлений для шалу…&lt;br /&gt;</w:t>
        <w:br/>
        <w:t>. . . . . . . . . . . . . . . . . . . . . . .</w:t>
      </w:r>
    </w:p>
    <w:p>
      <w:r>
        <w:br/>
        <w:t>Все звірі знищили, розбили,-&lt;br /&gt;</w:t>
        <w:br/>
        <w:t>Його ж не рушили й пустили.</w:t>
      </w:r>
    </w:p>
    <w:p>
      <w:r>
        <w:br/>
        <w:t>1907</w:t>
      </w:r>
    </w:p>
    <w:p>
      <w:r>
        <w:br/>
        <w:t>"ЯК ПРЕКРАСНА ЦАРІВНА У КАЗЦІ СТАРІЙ…"</w:t>
      </w:r>
    </w:p>
    <w:p>
      <w:r>
        <w:br/>
        <w:t>Як прекрасна царівна у казці старій,&lt;br /&gt;</w:t>
        <w:br/>
        <w:t>Заворожена відьмою злою,&lt;br /&gt;</w:t>
        <w:br/>
        <w:t>Спить нетлінная роки в могилі сирій&lt;br /&gt;</w:t>
        <w:br/>
        <w:t>І нетлінною сяє красою,-</w:t>
      </w:r>
    </w:p>
    <w:p>
      <w:r>
        <w:br/>
        <w:t>Так і ти, Україно, лежиш у труні,&lt;br /&gt;</w:t>
        <w:br/>
        <w:t>І заклята навік, і забута,&lt;br /&gt;</w:t>
        <w:br/>
        <w:t>І за щось без жалю у кайдани страшні&lt;br /&gt;</w:t>
        <w:br/>
        <w:t>Закула тебе мачуха люта.</w:t>
      </w:r>
    </w:p>
    <w:p>
      <w:r>
        <w:br/>
        <w:t>Але явиться лицар колись молодий,&lt;br /&gt;</w:t>
        <w:br/>
        <w:t>Вирве з рук тебе в мачухи злої,&lt;br /&gt;</w:t>
        <w:br/>
        <w:t>І тебе поведе він у день золотий,&lt;br /&gt;</w:t>
        <w:br/>
        <w:t>Як царівну, для долі ясної.</w:t>
      </w:r>
    </w:p>
    <w:p>
      <w:r>
        <w:br/>
        <w:t>1908</w:t>
      </w:r>
    </w:p>
    <w:p>
      <w:r>
        <w:br/>
        <w:t>"ХІБА НЕ БАЧИТЕ, ЩО НЕБО ГОЛУБІЄ…"</w:t>
      </w:r>
    </w:p>
    <w:p>
      <w:r>
        <w:br/>
        <w:t>Хіба не бачите, що небо голубіє,&lt;br /&gt;</w:t>
        <w:br/>
        <w:t>Що сонце ранками всміхається ніжніш,&lt;br /&gt;</w:t>
        <w:br/>
        <w:t>Що вся земля в якімсь чеканні дивнім мліє,&lt;br /&gt;</w:t>
        <w:br/>
        <w:t>І легше дихає, і дивиться ясніш.</w:t>
      </w:r>
    </w:p>
    <w:p>
      <w:r>
        <w:br/>
        <w:t>Хіба не чуєте, про що вітри шепочуть&lt;br /&gt;</w:t>
        <w:br/>
        <w:t>І як з зітханнями зливається їх сміх…&lt;br /&gt;</w:t>
        <w:br/>
        <w:t>Хіба не чуєте, як голуби туркочуть,&lt;br /&gt;</w:t>
        <w:br/>
        <w:t>Як краплі котяться і падають із стріх.</w:t>
      </w:r>
    </w:p>
    <w:p>
      <w:r>
        <w:br/>
        <w:t>Хіба не вірите, що скоро день засвіте.&lt;br /&gt;</w:t>
        <w:br/>
        <w:t>Що сонце наше вже з-за обрію встає,&lt;br /&gt;</w:t>
        <w:br/>
        <w:t>Що хід його спинить ніщо не зможе в світі&lt;br /&gt;</w:t>
        <w:br/>
        <w:t>І цвіту нашого ніщо вже не уб’є!</w:t>
      </w:r>
    </w:p>
    <w:p>
      <w:r>
        <w:br/>
        <w:t>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 мечем моїм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