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Бруклінський міст</w:t>
      </w:r>
    </w:p>
    <w:p>
      <w:r>
        <w:br/>
        <w:t xml:space="preserve"> Володимир Маяковський&lt;br /&gt;</w:t>
        <w:br/>
        <w:t>Бруклінський міст</w:t>
      </w:r>
    </w:p>
    <w:p>
      <w:r>
        <w:br/>
        <w:t>Перекладач: Микола Бажан</w:t>
      </w:r>
    </w:p>
    <w:p>
      <w:r>
        <w:br/>
        <w:t>Гукни, Кулідж,&lt;br /&gt;</w:t>
        <w:br/>
        <w:t>радісний клич!&lt;br /&gt;</w:t>
        <w:br/>
        <w:t>Для доброго&lt;br /&gt;</w:t>
        <w:br/>
        <w:t>слово і я знайшов.&lt;br /&gt;</w:t>
        <w:br/>
        <w:t>Червоній&lt;br /&gt;</w:t>
        <w:br/>
        <w:t>з похвали,&lt;br /&gt;</w:t>
        <w:br/>
        <w:t>мов стяга нашого матерійка,&lt;br /&gt;</w:t>
        <w:br/>
        <w:t>хоч вн&lt;br /&gt;</w:t>
        <w:br/>
        <w:t>й роз'юнайтед стейтс&lt;br /&gt;</w:t>
        <w:br/>
        <w:t>оф&lt;br /&gt;</w:t>
        <w:br/>
        <w:t>Америка.&lt;br /&gt;</w:t>
        <w:br/>
        <w:t>Як до церкви&lt;br /&gt;</w:t>
        <w:br/>
        <w:t>іде&lt;br /&gt;</w:t>
        <w:br/>
        <w:t>божевільний прочанин,&lt;br /&gt;</w:t>
        <w:br/>
        <w:t>ввіходить до скиту,&lt;br /&gt;</w:t>
        <w:br/>
        <w:t>на прощу&lt;br /&gt;</w:t>
        <w:br/>
        <w:t>і піст,-&lt;br /&gt;</w:t>
        <w:br/>
        <w:t>так я&lt;br /&gt;</w:t>
        <w:br/>
        <w:t>крізь вечірні&lt;br /&gt;</w:t>
        <w:br/>
        <w:t>сіренькі тумани&lt;br /&gt;</w:t>
        <w:br/>
        <w:t>ступаю,&lt;br /&gt;</w:t>
        <w:br/>
        <w:t>смиренний, на Бруклінський міст.&lt;br /&gt;</w:t>
        <w:br/>
        <w:t>Як пре&lt;br /&gt;</w:t>
        <w:br/>
        <w:t>переможець&lt;br /&gt;</w:t>
        <w:br/>
        <w:t>у місто у зламане&lt;br /&gt;</w:t>
        <w:br/>
        <w:t>на дулах гармати —&lt;br /&gt;</w:t>
        <w:br/>
        <w:t>жирафам на зріст —&lt;br /&gt;</w:t>
        <w:br/>
        <w:t>так жить в апетиті,&lt;br /&gt;</w:t>
        <w:br/>
        <w:t>так славою п'яний&lt;br /&gt;</w:t>
        <w:br/>
        <w:t>видряпуюсь,&lt;br /&gt;</w:t>
        <w:br/>
        <w:t>гордий,&lt;br /&gt;</w:t>
        <w:br/>
        <w:t>на Бруклінський міст.&lt;br /&gt;</w:t>
        <w:br/>
        <w:t>Як око закохане&lt;br /&gt;</w:t>
        <w:br/>
        <w:t>в мадонну музею&lt;br /&gt;</w:t>
        <w:br/>
        <w:t>встромляє&lt;br /&gt;</w:t>
        <w:br/>
        <w:t>безглуздий художник-артист.-&lt;br /&gt;</w:t>
        <w:br/>
        <w:t>так я,&lt;br /&gt;</w:t>
        <w:br/>
        <w:t>весь осяяний&lt;br /&gt;</w:t>
        <w:br/>
        <w:t>з неба зорею,&lt;br /&gt;</w:t>
        <w:br/>
        <w:t>дивлюсь&lt;br /&gt;</w:t>
        <w:br/>
        <w:t>на Нью-Йорк&lt;br /&gt;</w:t>
        <w:br/>
        <w:t>крізь Бруклінський міст.&lt;br /&gt;</w:t>
        <w:br/>
        <w:t>Нью-Йорк&lt;br /&gt;</w:t>
        <w:br/>
        <w:t>аж до смерку&lt;br /&gt;</w:t>
        <w:br/>
        <w:t>задушливий дуже,&lt;br /&gt;</w:t>
        <w:br/>
        <w:t>його ПОПід хмари&lt;br /&gt;</w:t>
        <w:br/>
        <w:t>підніс&lt;br /&gt;</w:t>
        <w:br/>
        <w:t>чоловік он,&lt;br /&gt;</w:t>
        <w:br/>
        <w:t>а зараз самі лиш&lt;br /&gt;</w:t>
        <w:br/>
        <w:t>будинячі душі&lt;br /&gt;</w:t>
        <w:br/>
        <w:t>встають&lt;br /&gt;</w:t>
        <w:br/>
        <w:t>у прозорім світінні вікон.&lt;br /&gt;</w:t>
        <w:br/>
        <w:t>Тут&lt;br /&gt;</w:t>
        <w:br/>
        <w:t>ледве дзижчить&lt;br /&gt;</w:t>
        <w:br/>
        <w:t>елевейтерів дзиск.&lt;br /&gt;</w:t>
        <w:br/>
        <w:t>І, тільки&lt;br /&gt;</w:t>
        <w:br/>
        <w:t>прислухавшись&lt;br /&gt;</w:t>
        <w:br/>
        <w:t>в дзенькіт&lt;br /&gt;</w:t>
        <w:br/>
        <w:t>навколо,&lt;br /&gt;</w:t>
        <w:br/>
        <w:t>збагнеш,-&lt;br /&gt;</w:t>
        <w:br/>
        <w:t>з деренчанням повзуть&lt;br /&gt;</w:t>
        <w:br/>
        <w:t>поїзди,&lt;br /&gt;</w:t>
        <w:br/>
        <w:t>неначе&lt;br /&gt;</w:t>
        <w:br/>
        <w:t>хтось посуд збирає зі столу.&lt;br /&gt;</w:t>
        <w:br/>
        <w:t>Коли ж видається,&lt;br /&gt;</w:t>
        <w:br/>
        <w:t>немовби це тільки&lt;br /&gt;</w:t>
        <w:br/>
        <w:t>крамар&lt;br /&gt;</w:t>
        <w:br/>
        <w:t>везе з фабрики&lt;br /&gt;</w:t>
        <w:br/>
        <w:t>цукор куплений,-&lt;br /&gt;</w:t>
        <w:br/>
        <w:t>то щогли,&lt;br /&gt;</w:t>
        <w:br/>
        <w:t>заввишки не більше за шпильку,&lt;br /&gt;</w:t>
        <w:br/>
        <w:t>пливуть під мостом&lt;br /&gt;</w:t>
        <w:br/>
        <w:t>небосяжного Брукліна.&lt;br /&gt;</w:t>
        <w:br/>
        <w:t>Пишаюсь&lt;br /&gt;</w:t>
        <w:br/>
        <w:t>з цієї&lt;br /&gt;</w:t>
        <w:br/>
        <w:t>сталевої милі,&lt;br /&gt;</w:t>
        <w:br/>
        <w:t>живцем в ній&lt;br /&gt;</w:t>
        <w:br/>
        <w:t>мрії мої повстали —&lt;br /&gt;</w:t>
        <w:br/>
        <w:t>боротьба за конструкції&lt;br /&gt;</w:t>
        <w:br/>
        <w:t>замість стилів,&lt;br /&gt;</w:t>
        <w:br/>
        <w:t>розрахунок&lt;br /&gt;</w:t>
        <w:br/>
        <w:t>заліза&lt;br /&gt;</w:t>
        <w:br/>
        <w:t>й болтів&lt;br /&gt;</w:t>
        <w:br/>
        <w:t>досконалий.&lt;br /&gt;</w:t>
        <w:br/>
        <w:t>Якщо&lt;br /&gt;</w:t>
        <w:br/>
        <w:t>надійде&lt;br /&gt;</w:t>
        <w:br/>
        <w:t>кінець світу —&lt;br /&gt;</w:t>
        <w:br/>
        <w:t>планету&lt;br /&gt;</w:t>
        <w:br/>
        <w:t>сплюндрує&lt;br /&gt;</w:t>
        <w:br/>
        <w:t>комети хвіст,&lt;br /&gt;</w:t>
        <w:br/>
        <w:t>і тільки буде&lt;br /&gt;</w:t>
        <w:br/>
        <w:t>один&lt;br /&gt;</w:t>
        <w:br/>
        <w:t>стриміти&lt;br /&gt;</w:t>
        <w:br/>
        <w:t>над пилом загибелі зведений міст,-&lt;br /&gt;</w:t>
        <w:br/>
        <w:t>то,&lt;br /&gt;</w:t>
        <w:br/>
        <w:t>як з кісточок,&lt;br /&gt;</w:t>
        <w:br/>
        <w:t>що подібні до голок,&lt;br /&gt;</w:t>
        <w:br/>
        <w:t>у тіло&lt;br /&gt;</w:t>
        <w:br/>
        <w:t>вбирається&lt;br /&gt;</w:t>
        <w:br/>
        <w:t>ящур в музеї,-&lt;br /&gt;</w:t>
        <w:br/>
        <w:t>так і&lt;br /&gt;</w:t>
        <w:br/>
        <w:t>з цього моста&lt;br /&gt;</w:t>
        <w:br/>
        <w:t>століть геолог&lt;br /&gt;</w:t>
        <w:br/>
        <w:t>дізнався б&lt;br /&gt;</w:t>
        <w:br/>
        <w:t>про вигляд&lt;br /&gt;</w:t>
        <w:br/>
        <w:t>доби моєї.&lt;br /&gt;</w:t>
        <w:br/>
        <w:t>Він скаже:&lt;br /&gt;</w:t>
        <w:br/>
        <w:t>— Ця ось&lt;br /&gt;</w:t>
        <w:br/>
        <w:t>лапа крицева&lt;br /&gt;</w:t>
        <w:br/>
        <w:t>сполучала&lt;br /&gt;</w:t>
        <w:br/>
        <w:t>моря і прерії,&lt;br /&gt;</w:t>
        <w:br/>
        <w:t>тяглась до Америки&lt;br /&gt;</w:t>
        <w:br/>
        <w:t>лапою цею&lt;br /&gt;</w:t>
        <w:br/>
        <w:t>Європа,&lt;br /&gt;</w:t>
        <w:br/>
        <w:t>зірвавші&lt;br /&gt;</w:t>
        <w:br/>
        <w:t>індійські пера її.&lt;br /&gt;</w:t>
        <w:br/>
        <w:t>Нагадує&lt;br /&gt;</w:t>
        <w:br/>
        <w:t>машину&lt;br /&gt;</w:t>
        <w:br/>
        <w:t>ребро це сплетене —&lt;br /&gt;</w:t>
        <w:br/>
        <w:t>на моста подивіться,-&lt;br /&gt;</w:t>
        <w:br/>
        <w:t>які має руки він,&lt;br /&gt;</w:t>
        <w:br/>
        <w:t>що, ставиш&lt;br /&gt;</w:t>
        <w:br/>
        <w:t>стальною погою&lt;br /&gt;</w:t>
        <w:br/>
        <w:t>в Мангеттені,&lt;br /&gt;</w:t>
        <w:br/>
        <w:t>за губу&lt;br /&gt;</w:t>
        <w:br/>
        <w:t>притягає&lt;br /&gt;</w:t>
        <w:br/>
        <w:t>до себе Бруклін!&lt;br /&gt;</w:t>
        <w:br/>
        <w:t>З проводів&lt;br /&gt;</w:t>
        <w:br/>
        <w:t>електричного прядива&lt;br /&gt;</w:t>
        <w:br/>
        <w:t>дізнаюсь,-&lt;br /&gt;</w:t>
        <w:br/>
        <w:t>доба&lt;br /&gt;</w:t>
        <w:br/>
        <w:t>після пари.-&lt;br /&gt;</w:t>
        <w:br/>
        <w:t>Тут&lt;br /&gt;</w:t>
        <w:br/>
        <w:t>люди&lt;br /&gt;</w:t>
        <w:br/>
        <w:t>вже&lt;br /&gt;</w:t>
        <w:br/>
        <w:t>горлали по радіо,&lt;br /&gt;</w:t>
        <w:br/>
        <w:t>тут&lt;br /&gt;</w:t>
        <w:br/>
        <w:t>люди&lt;br /&gt;</w:t>
        <w:br/>
        <w:t>вже&lt;br /&gt;</w:t>
        <w:br/>
        <w:t>літали на аеро.&lt;br /&gt;</w:t>
        <w:br/>
        <w:t>Для одних&lt;br /&gt;</w:t>
        <w:br/>
        <w:t>тут&lt;br /&gt;</w:t>
        <w:br/>
        <w:t>життя, було —&lt;br /&gt;</w:t>
        <w:br/>
        <w:t>радощі ситні,&lt;br /&gt;</w:t>
        <w:br/>
        <w:t>для інших —&lt;br /&gt;</w:t>
        <w:br/>
        <w:t>було воно&lt;br /&gt;</w:t>
        <w:br/>
        <w:t>зойком,&lt;br /&gt;</w:t>
        <w:br/>
        <w:t>бідою.&lt;br /&gt;</w:t>
        <w:br/>
        <w:t>Звідсіля&lt;br /&gt;</w:t>
        <w:br/>
        <w:t>безробітні&lt;br /&gt;</w:t>
        <w:br/>
        <w:t>в Гудзон&lt;br /&gt;</w:t>
        <w:br/>
        <w:t>кидались&lt;br /&gt;</w:t>
        <w:br/>
        <w:t>вниз головою.&lt;br /&gt;</w:t>
        <w:br/>
        <w:t>Моя картина&lt;br /&gt;</w:t>
        <w:br/>
        <w:t>далі&lt;br /&gt;</w:t>
        <w:br/>
        <w:t>котиться сковзько&lt;br /&gt;</w:t>
        <w:br/>
        <w:t>по струнах — по линвах,&lt;br /&gt;</w:t>
        <w:br/>
        <w:t>до зір принада.&lt;br /&gt;</w:t>
        <w:br/>
        <w:t>Я бачу —&lt;br /&gt;</w:t>
        <w:br/>
        <w:t>тут&lt;br /&gt;</w:t>
        <w:br/>
        <w:t>стояв Маяковський,&lt;br /&gt;</w:t>
        <w:br/>
        <w:t>стояв&lt;br /&gt;</w:t>
        <w:br/>
        <w:t>і вірші складав по складах.&lt;br /&gt;</w:t>
        <w:br/>
        <w:t>Дивлюсь,&lt;br /&gt;</w:t>
        <w:br/>
        <w:t>мов ескімос на електрику міст,&lt;br /&gt;</w:t>
        <w:br/>
        <w:t>вп'явшись поглядом в сяйво і ніч.&lt;br /&gt;</w:t>
        <w:br/>
        <w:t>Бруклінський міст —&lt;br /&gt;</w:t>
        <w:br/>
        <w:t>так...&lt;br /&gt;</w:t>
        <w:br/>
        <w:t>Це справді річ!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Бруклінський міст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