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Брехайло та Помагайло</w:t>
      </w:r>
    </w:p>
    <w:p>
      <w:r>
        <w:br/>
        <w:t xml:space="preserve"> &lt;p&gt;Iде селом Брехайло, іде, підскакує, сюди й туди позирає, де б кращу роботу собі знайти. А робота його не легка: щоб за спасибі можна було поїсти, попити та ще й збрехати. Коли зирк — жінки редьку ріжуть. Воно як тут і було.</w:t>
      </w:r>
    </w:p>
    <w:p>
      <w:r>
        <w:br/>
        <w:t>Шур, шур — наблизився близесенько, вершу роззявило, губами заплямкало, очима заблимало, носом засопіло та й почало так:</w:t>
      </w:r>
    </w:p>
    <w:p>
      <w:r>
        <w:br/>
        <w:t>— А чи немає, люди добрі, чого-небудь у вас попоїсти? От уже три дні, як нічогісінько не їв.</w:t>
      </w:r>
    </w:p>
    <w:p>
      <w:r>
        <w:br/>
        <w:t>— Зараз дали йому з’їсти, що Господь послав.</w:t>
      </w:r>
    </w:p>
    <w:p>
      <w:r>
        <w:br/>
        <w:t>Брехайло як наївся, то й нумо так:</w:t>
      </w:r>
    </w:p>
    <w:p>
      <w:r>
        <w:br/>
        <w:t>— А що се ви робите?</w:t>
      </w:r>
    </w:p>
    <w:p>
      <w:r>
        <w:br/>
        <w:t>— Як бачите, редьку ріжемо, — відповіли йому жінки.</w:t>
      </w:r>
    </w:p>
    <w:p>
      <w:r>
        <w:br/>
        <w:t>— Е-е-е! Так отеє у вас така редька? Хіба ж се редька? Чорт зна що, а не редька! Плюнути та розтерти! От у нас в Москві —от так редька! Треба дрючка підкладати, кіньми з землі вивертати. От то так редька! То вже справжня редька!</w:t>
      </w:r>
    </w:p>
    <w:p>
      <w:r>
        <w:br/>
        <w:t>Почули таке жінки, та й зареготали, а далі на таку нахабну брехню і розгнівалися, бо всяку брехню вважали за велике злочинство, тож тут же Брехайла зв’язали і в холодну посадили.</w:t>
      </w:r>
    </w:p>
    <w:p>
      <w:r>
        <w:br/>
        <w:t>— От тобі, — кажуть, — московська редька! Сиди ж тут! Посидиш, і брехати покинеш!</w:t>
      </w:r>
    </w:p>
    <w:p>
      <w:r>
        <w:br/>
        <w:t>Тільки впоралися з ним, коли суне Помагайло. Побачили жінки чужого чоловіка й кажуть собі:</w:t>
      </w:r>
    </w:p>
    <w:p>
      <w:r>
        <w:br/>
        <w:t>— А давай от у цього москаля запитаємо, чи правда воно, чи брехня з тієї нісенітниці московської?</w:t>
      </w:r>
    </w:p>
    <w:p>
      <w:r>
        <w:br/>
        <w:t>Питають:</w:t>
      </w:r>
    </w:p>
    <w:p>
      <w:r>
        <w:br/>
        <w:t>— А звідкіля, чоловіче. Бог несе? Московський!</w:t>
      </w:r>
    </w:p>
    <w:p>
      <w:r>
        <w:br/>
        <w:t>— А чи росте у вас, у Москві, така й така велика редька?</w:t>
      </w:r>
    </w:p>
    <w:p>
      <w:r>
        <w:br/>
        <w:t>— Ой, люди добрі, — ледве каже Помагайло, — я й балакати не можу й тільки-тільки на ногах держуся, бо ось третій день, як і крихітки хліба не було у мене в роті.</w:t>
      </w:r>
    </w:p>
    <w:p>
      <w:r>
        <w:br/>
        <w:t>Зараз його нагодували, а тоді Помагайло й каже:</w:t>
      </w:r>
    </w:p>
    <w:p>
      <w:r>
        <w:br/>
        <w:t>— А, хазяюшки, сказати вам по правді, цього не скажу, бо того діла не знаю. А от як колись я йшов по Москві, так бачив своїми очима — бодай мені повилазили, коли брешу — бачив, як семеро чоловік плавало по річці на одному редьквяному листі.</w:t>
      </w:r>
    </w:p>
    <w:p>
      <w:r>
        <w:br/>
        <w:t>— Дивно, дивно, — кажуть жінки. — Ще й божиться, ще й заприсягається. Мабуть, правда, що по чужих краях дива ще не перевелися. Коли так, то треба відпустити того. Порадились от так, згодилися й сказали відпустити.</w:t>
      </w:r>
    </w:p>
    <w:p>
      <w:r>
        <w:br/>
        <w:t>Вийшли разом Брехайло та Помагайло за царину, обнялися собі, як рідні брати, і пішли, веселенько співаючи до села. Брехайло пішов попереду, а Помагайло залишився трішки відпочити. Іде Брехайло селом, орлом дивиться. Зирк-зирк — бачить, жінки капусту ріжуть. Скорчилось, зморщилось та й підбігає:</w:t>
      </w:r>
    </w:p>
    <w:p>
      <w:r>
        <w:br/>
        <w:t>— А чи не дасте, люди добрі, чого попоїсти? П’ятий день вже, як нічого не їв.</w:t>
      </w:r>
    </w:p>
    <w:p>
      <w:r>
        <w:br/>
        <w:t>— От бідолаха, — кажуть жінки, — так, мабуть, їсти хоче, що й "добрий день. Боже поможи" забув сказати. Треба чоловіка нагодувати!</w:t>
      </w:r>
    </w:p>
    <w:p>
      <w:r>
        <w:br/>
        <w:t>Зараз же дали йому їсти й пити. Як же наївся й напився Брехайло, то й нумо знов:</w:t>
      </w:r>
    </w:p>
    <w:p>
      <w:r>
        <w:br/>
        <w:t>— А що це ви робите?</w:t>
      </w:r>
    </w:p>
    <w:p>
      <w:r>
        <w:br/>
        <w:t>— Капусту ріжемо, як бачите, — відповіли жінки.</w:t>
      </w:r>
    </w:p>
    <w:p>
      <w:r>
        <w:br/>
        <w:t>— Капусту?! Та хіба ж це капуста? Тьфу на неї та й годі! Отже ж якби не бачив, що ріжете, то й не повірив би, що це капуста. От у нас, у Москві, так там цибуля та й та більша. А вже що капуста, то одно слово капуста: сім тисяч москалів, коли хочете, однією головкою наїдаються, аж качаються.</w:t>
      </w:r>
    </w:p>
    <w:p>
      <w:r>
        <w:br/>
        <w:t>І тут не повірили й образилися такою несусвітньою, ніколи в них не чуваною брехнею. За таке злочинство посадили Брехайла в холодну. Зараз же після цього йде, ледве чвалаючи, Помагайло рятувати свого товариша. Жінки й питають його:</w:t>
      </w:r>
    </w:p>
    <w:p>
      <w:r>
        <w:br/>
        <w:t>— А відкіля, чоловіче. Бог несе?</w:t>
      </w:r>
    </w:p>
    <w:p>
      <w:r>
        <w:br/>
        <w:t>— Московський!</w:t>
      </w:r>
    </w:p>
    <w:p>
      <w:r>
        <w:br/>
        <w:t>— О, це добре! А скажіть, будьте ласкаві, чи буває у вас у Москві така то й от така капуста?</w:t>
      </w:r>
    </w:p>
    <w:p>
      <w:r>
        <w:br/>
        <w:t>— Е, люди добрі! Ви б наперед голодному чоловікові дали чого-небудь попоїсти! Наївся Помагайло та й каже:</w:t>
      </w:r>
    </w:p>
    <w:p>
      <w:r>
        <w:br/>
        <w:t>— Ну, хазяюшки, я про таке не чув і такого не бачив. То, мабуть, брехня. А ось де правда, так правда. Коли брешу, подумаєте, то нехай мені язик усохне. Як ішов я по Москві, так бачив, що сім хат одним капустяним листом укриті. Се так свята правдонька.</w:t>
      </w:r>
    </w:p>
    <w:p>
      <w:r>
        <w:br/>
        <w:t>Здивувалися жінки, подивилися одна на одну, пойняли й тут віри, бо ж чоловік божиться, заприсягається. Треба, кажуть, того відпустити, коли так. Відпустили. Пішли собі далі, обнявшися, Брехайло з Помагайлом.</w:t>
      </w:r>
    </w:p>
    <w:p>
      <w:r>
        <w:br/>
        <w:t>Прийшли знов до іншого села. Помагайло, як і треба, лишився відпочити, а Брехайло пішов у село. Глянув сюди-туди, навколо. Бачить люди церкву будують. Підходить і навіть "Боже поможи" не каже, а просто:</w:t>
      </w:r>
    </w:p>
    <w:p>
      <w:r>
        <w:br/>
        <w:t>— А чи немає, люди добрі, чого-небудь у вас попоїсти? Ось уже тиждень минає, як і крихітки в роті не було.</w:t>
      </w:r>
    </w:p>
    <w:p>
      <w:r>
        <w:br/>
        <w:t>Зараз же дали йому їсти й пити. Як наївся Брехайло, то так собі веселенько почав:</w:t>
      </w:r>
    </w:p>
    <w:p>
      <w:r>
        <w:br/>
        <w:t>— А що це ви будуєте?</w:t>
      </w:r>
    </w:p>
    <w:p>
      <w:r>
        <w:br/>
        <w:t>— Церкву Богу, — кажуть люди.</w:t>
      </w:r>
    </w:p>
    <w:p>
      <w:r>
        <w:br/>
        <w:t>— Тю-тю-тю! Так оце у вас така церква буде?! Ай-ай-ай! От так церква! Сором, та й годі! А я думав, що це хлівець на свині. От у нас у Москві, от там церкви! Справжні церкви! Такі церкви, що як кури повилазять на хрест, то аж з неба зірки видзьобують. От то так церкви!</w:t>
      </w:r>
    </w:p>
    <w:p>
      <w:r>
        <w:br/>
        <w:t>Се вже він верзе, чорт його батька зна що, та ще й не кривиться. Так не можна: таку зневагу та нісенітницю вигадувати. Поки суд та діло, закувати його в колодку та й держати в холодній.</w:t>
      </w:r>
    </w:p>
    <w:p>
      <w:r>
        <w:br/>
        <w:t>Так і зробили. Тільки що впоралися з ним, коли ось лізе й Помагайло. Побачили люди чужого чоловіка й питають у його:</w:t>
      </w:r>
    </w:p>
    <w:p>
      <w:r>
        <w:br/>
        <w:t>— А звідкіля, чоловіче?</w:t>
      </w:r>
    </w:p>
    <w:p>
      <w:r>
        <w:br/>
        <w:t>— Московський!</w:t>
      </w:r>
    </w:p>
    <w:p>
      <w:r>
        <w:br/>
        <w:t>А чи єсть у вас, у Москві, такі й отакі церкви, як ми чули?</w:t>
      </w:r>
    </w:p>
    <w:p>
      <w:r>
        <w:br/>
        <w:t>— Хіба ж я можу все докладно розказати, коли вже тиждень минув, як я й шматка хліба не бачив. Такий скрізь тут у вас лихий народ.</w:t>
      </w:r>
    </w:p>
    <w:p>
      <w:r>
        <w:br/>
        <w:t>Зараз нагодували його, чим Бог дав, а тоді Помагайло каже:</w:t>
      </w:r>
    </w:p>
    <w:p>
      <w:r>
        <w:br/>
        <w:t>— Ні, ребята, я сього діла не знаю. А ось як ішов я по Москві одного разу, то бодай мені руки й ноги відсохли, коли брешу, бачив, як півень тягав у зубах півмісяця. Я погнався за ним, щоб одняти. Думка, бачите, була у мене, що тоді не треба було б світла купувати. Тільки він, клятий, знявся з землі та й полетів аж на небо й сів собі на другій половині місяця. От се так правда, бо сам бачив.</w:t>
      </w:r>
    </w:p>
    <w:p>
      <w:r>
        <w:br/>
        <w:t>— Ну, се вже й ти брешеш, — кажуть українці. — Беріть, дядьки, й сього!</w:t>
      </w:r>
    </w:p>
    <w:p>
      <w:r>
        <w:br/>
        <w:t>Помагайло став репетувати та від них подався до начальства, а люди за ним. Як почуло московське начальство, то аж за боки взялося: так регочеться, так регочеться, а далі й каже:</w:t>
      </w:r>
    </w:p>
    <w:p>
      <w:r>
        <w:br/>
        <w:t>— Ну й ловко ж дурять наші хахлів! —а тоді знову до українців:</w:t>
      </w:r>
    </w:p>
    <w:p>
      <w:r>
        <w:br/>
        <w:t>— Ну, сих не смійте чіпати, як хто і зачепить, то велике лихо тому буде. Зараз же випустіть обох!</w:t>
      </w:r>
    </w:p>
    <w:p>
      <w:r>
        <w:br/>
        <w:t>Почухали, почухали люди потилиці, але що ж поробиш? Звісно, начальство: супроти нього й закону немає, що хоче, те й робить. Мусили випустити обох.</w:t>
      </w:r>
    </w:p>
    <w:p>
      <w:r>
        <w:br/>
        <w:t>Тоді Брехайло з Помагайлом засміялися, обнялися собі любенько та й помандрували до другого села… От так і досі вони ходять по нашій великій Україні та, нічого не роблячи, брехнею своєю і ситі, й обуті, ще й гроші по кишенях бряжчать, і начальство їх любить і заступається раз-у-раз за них, а наші українці тільки потилиці чухають та й годі.</w:t>
      </w:r>
    </w:p>
    <w:p>
      <w:r>
        <w:br/>
        <w:t>Чи не траплялися вони й вам, люди добрі? Ой, кому вони тільки не траплялися, любі земляченьки!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Брехайло та Помагайло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