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Брате мій, орле</w:t>
      </w:r>
    </w:p>
    <w:p>
      <w:r>
        <w:br/>
        <w:t xml:space="preserve"> &lt;p&gt;1</w:t>
      </w:r>
    </w:p>
    <w:p>
      <w:r>
        <w:br/>
        <w:t>— Що ти бачиш?</w:t>
      </w:r>
    </w:p>
    <w:p>
      <w:r>
        <w:br/>
        <w:t>— Сіра пелена, по ній пляма рухається. А що то?</w:t>
      </w:r>
    </w:p>
    <w:p>
      <w:r>
        <w:br/>
        <w:t>— Море. Пливе лайнер. Мабуть, туристи... Після операції, як тільки одужаєш, і ми з тобою попливемо. Правда?</w:t>
      </w:r>
    </w:p>
    <w:p>
      <w:r>
        <w:br/>
        <w:t>— Обов'язково.</w:t>
      </w:r>
    </w:p>
    <w:p>
      <w:r>
        <w:br/>
        <w:t>— Ти побачиш, природа щедра на. форми і кольори.</w:t>
      </w:r>
    </w:p>
    <w:p>
      <w:r>
        <w:br/>
        <w:t>— Ти впевнена, що побачу?</w:t>
      </w:r>
    </w:p>
    <w:p>
      <w:r>
        <w:br/>
        <w:t>— Авжеж упевнена! Бували тяжчі випадки, і то операції проходили успішно. А в тебе... Кришталик і частково сітківка. Твої очі реагують на світло, розрізняєш контури, плями. Значить, зоровий нерв неушкоджений. А це дуже важливо. Це головне.</w:t>
      </w:r>
    </w:p>
    <w:p>
      <w:r>
        <w:br/>
        <w:t>— Гарний у тебе голос. І рука ніжна.</w:t>
      </w:r>
    </w:p>
    <w:p>
      <w:r>
        <w:br/>
        <w:t>Хлопець притулив її руку до щоки, потім поцілував. Зраділа: ця велика дитина любить її, довіряє. А душевний спокій перед операцією — позитивний фактор. Навіщо йому знати, що шанси малі, мізерні? О, як вона благає долю, щоб перед ним відкрився простір, кольори і фарби цього мінливого світу!</w:t>
      </w:r>
    </w:p>
    <w:p>
      <w:r>
        <w:br/>
        <w:t>— Лайнер уже на обрії.</w:t>
      </w:r>
    </w:p>
    <w:p>
      <w:r>
        <w:br/>
        <w:t>— Далеко це чи близько?</w:t>
      </w:r>
    </w:p>
    <w:p>
      <w:r>
        <w:br/>
        <w:t>— Це там, де море зливається з небом. Здається, ніби він уже пливе по небу...</w:t>
      </w:r>
    </w:p>
    <w:p>
      <w:r>
        <w:br/>
        <w:t>— Не уявляю.</w:t>
      </w:r>
    </w:p>
    <w:p>
      <w:r>
        <w:br/>
        <w:t>— Після операції побачиш.</w:t>
      </w:r>
    </w:p>
    <w:p>
      <w:r>
        <w:br/>
        <w:t>Не сказав нічого, тільки втупився в ту сіру пелену і легенько стискував її ніжні пальці. Про що він думає?</w:t>
      </w:r>
    </w:p>
    <w:p>
      <w:r>
        <w:br/>
        <w:t>Коли він мовчки замикається в собі, її проймає острах.</w:t>
      </w:r>
    </w:p>
    <w:p>
      <w:r>
        <w:br/>
        <w:t>— Ти якийсь чудний...</w:t>
      </w:r>
    </w:p>
    <w:p>
      <w:r>
        <w:br/>
        <w:t>Фелікс силкувався уявити обрій, але це було нелегко. Будинки, дерева, люди — то більші, чи менші плями, та ще ж мають хоч і не чіткі, розпливчасті обриси. Предмети можна помацати, доторкнутися до них, уяві залишалось тільки домалювати.. А який же обрій? Це була марна спроба вирватися із тісного світу тіней, що тримали його протягом ось уже сімнадцяти років.</w:t>
      </w:r>
    </w:p>
    <w:p>
      <w:r>
        <w:br/>
        <w:t>Лаборантка Юля, що стояла поруч, мріяла, як то вони одружаться та попливуть на лайнері звідси до Ялти, потім — Сочі, Сухумі... Стоятимуть отак на кормі, дивлячись, як буруниться слід, як у небі терпляче кружляють чайки, ждучи поживи. От тільки операція..., якщо вдасться і все буде добре... Це перша така операція, професор наголошував на цьому, вимагаючи найретельнішої підготовки. Сьогодні останній день...</w:t>
      </w:r>
    </w:p>
    <w:p>
      <w:r>
        <w:br/>
        <w:t>— Ходімо,— Юля легенько вивільнила свої пальці з його долоні, взяла за лікоть.</w:t>
      </w:r>
    </w:p>
    <w:p>
      <w:r>
        <w:br/>
        <w:t>Фелікс дав себе вести, і вони поволі пішли парковою доріжкою, віддаляючись від моря. Юнак несамохіть прихилився до дівчини, мовби шукаючи захистку від темної запони, що обступала його з усіх боків. Розрізняв у ній лише поодинокі білясті плями — проміжки між кронами дерев.</w:t>
      </w:r>
    </w:p>
    <w:p>
      <w:r>
        <w:br/>
        <w:t>Юля привела його до віварію, їй треба було подивитися, чи все гаразд із орлом, що мешкав у великій, на зріст людини, клітці. Приміщення крилатої істоти було освітлене сонцем, і Фелікс помітив чорну продовгувату пляму, що спочатку була непорушною, а коли вони підійшли впритул — попливла перед очима. Юнак розкинув руки і вхопився за міцне пруття.</w:t>
      </w:r>
    </w:p>
    <w:p>
      <w:r>
        <w:br/>
        <w:t>— Брате мій, Орле! — шепотіли його сухі від раптового хвилювання губи.— Ти в клітці, і я теж...</w:t>
      </w:r>
    </w:p>
    <w:p>
      <w:r>
        <w:br/>
        <w:t>— Відійди! — торгала Юля за плече.— Вкусить! Дзьобне!</w:t>
      </w:r>
    </w:p>
    <w:p>
      <w:r>
        <w:br/>
        <w:t>Фелікс не відходив і все щось шепотів до птаха, скаржився йому на свою долю. Орел зупинився і з цікавістю слухав. У гострих його очах спалахували проти сонця іскри, Юля подумала, що птах злоститься, і знову попросила Фелікса відійти від клітки. Раптом юнак почув, як щось зашелестіло, і помітив, що темна пляма у клітці набагато збільшилась.</w:t>
      </w:r>
    </w:p>
    <w:p>
      <w:r>
        <w:br/>
        <w:t>— Що сталося?</w:t>
      </w:r>
    </w:p>
    <w:p>
      <w:r>
        <w:br/>
        <w:t>— Орел розправив свої крила.</w:t>
      </w:r>
    </w:p>
    <w:p>
      <w:r>
        <w:br/>
        <w:t>— Навіщо?</w:t>
      </w:r>
    </w:p>
    <w:p>
      <w:r>
        <w:br/>
        <w:t>— Дивний ти. Певне, йому кортить політати.</w:t>
      </w:r>
    </w:p>
    <w:p>
      <w:r>
        <w:br/>
        <w:t>Фелікс знає, що птахи літають, йому розповідали.</w:t>
      </w:r>
    </w:p>
    <w:p>
      <w:r>
        <w:br/>
        <w:t>Не раз чув: "Журавлі відлітають у вирій", "Шпачки прилетіли!". Але як вони літають — уявити не міг. Або літаки чи космічні ракети.... От сюди його привезли літаком, а хіба не так само в автобусі?</w:t>
      </w:r>
    </w:p>
    <w:p>
      <w:r>
        <w:br/>
        <w:t>Юля взяла його руку своїми ніжними пальцями і відвела від клітки.</w:t>
      </w:r>
    </w:p>
    <w:p>
      <w:r>
        <w:br/>
        <w:t>— Нам пора в палату.</w:t>
      </w:r>
    </w:p>
    <w:p>
      <w:r>
        <w:br/>
        <w:t>Він обернувся і тихо вимовив:</w:t>
      </w:r>
    </w:p>
    <w:p>
      <w:r>
        <w:br/>
        <w:t>— До побачення, Орле...</w:t>
      </w:r>
    </w:p>
    <w:p>
      <w:r>
        <w:br/>
        <w:t>— Оце ти добре сказав: до побачення. Після операції побачиш, який він здоровенний і який у нього дзьоб.</w:t>
      </w:r>
    </w:p>
    <w:p>
      <w:r>
        <w:br/>
        <w:t>...Юля познайомилася з Феліксом незабаром, після того, як його поклали в клініку Інституту. Ставний красень з гривою темно-русого волосся одразу привернув до себе увагу. Медсестри, які чергували вечорами, навперебій розповідали, який він гарний, який начитаний, скільки знає віршів напам'ять, пісень! Ще й на скрипці грає. Інколи вони просиджували з ним у вестибюлі до пізнього вечора, слухаючи скрипку і вірші. Та дівчата не здогадувались, що він декламує свої власні поезії, цю таємницю розкрила Юля.</w:t>
      </w:r>
    </w:p>
    <w:p>
      <w:r>
        <w:br/>
        <w:t>— А чиї це вірші? — якось спитала запального юнака, і він зашарівся, немов дівчина. Розгублено відповів:</w:t>
      </w:r>
    </w:p>
    <w:p>
      <w:r>
        <w:br/>
        <w:t>— Не пригадую вже... Може, Малишкові чи Сосюрині...</w:t>
      </w:r>
    </w:p>
    <w:p>
      <w:r>
        <w:br/>
        <w:t>— Я добре знаю творчість цих поетів,— упевнено сказала Юля,— а ці вірші не траплялись, та вони й не в їхньому стилі.</w:t>
      </w:r>
    </w:p>
    <w:p>
      <w:r>
        <w:br/>
        <w:t>— То чиї ж вони по-вашому?</w:t>
      </w:r>
    </w:p>
    <w:p>
      <w:r>
        <w:br/>
        <w:t>— Присутнього тут молодого і, можна сказати, здібного поета...</w:t>
      </w:r>
    </w:p>
    <w:p>
      <w:r>
        <w:br/>
        <w:t>Феліксове обличя пойнялось вогнем, на ньому з'явилась винувата дитяча посмішка. Дівчата почали допитуватись, чи це справді його поезії, і коли він кивнув головою та розвів руками,— заплескали в долоні, та так гучно, що старша медсестра мусила їх закликати до тиші. Юля попросила продекламувати ще, і молодий поет, відклавши скрипку, декламував, похитуючись у такт рядкам. Це були вірші про нещасливе кохання, розлуку, омріяну зустріч, яка не відбулася. Оспівував Фелікс і Дощ та грозу з громом і блискавкою. Щиро просив небо "вогненними списами пошматувати завісу темряви".</w:t>
      </w:r>
    </w:p>
    <w:p>
      <w:r>
        <w:br/>
        <w:t>Отоді він і зворушив Юлине серце. Молоду лаборантку враз охопило не знане досі почуття, солодке й щемливе.</w:t>
      </w:r>
    </w:p>
    <w:p>
      <w:r>
        <w:br/>
        <w:t>— Це станеться,— говорила вона довірчо,— ти прозрієш, от згадаєш моє слово! Твоє ім'я означає щастя, і я щаслива, що ми зустрілись&amp;hellip;</w:t>
      </w:r>
    </w:p>
    <w:p>
      <w:r>
        <w:br/>
        <w:t>— Химерні життєві шляхи&amp;hellip; Одних вони зводять, інших розлучають.</w:t>
      </w:r>
    </w:p>
    <w:p>
      <w:r>
        <w:br/>
        <w:t>— А нас не розлучить ніхто і ніщо! — у захваті шепотіла Юля.</w:t>
      </w:r>
    </w:p>
    <w:p>
      <w:r>
        <w:br/>
        <w:t>З кожним днем стосунки їхні міцніли, і чим більше вони спізнавали одне одного, тим дужче розгорялося почуття. Фелікс тепер міг навіть імпровізувати вірші.</w:t>
      </w:r>
    </w:p>
    <w:p>
      <w:r>
        <w:br/>
        <w:t>Дівчата-медсестри жартівливо сварилися на струнку, як тополька, лаборантку, яка все частіше виходила з Феліксом у сад:</w:t>
      </w:r>
    </w:p>
    <w:p>
      <w:r>
        <w:br/>
        <w:t>— Ти крадеш у нас поезію!</w:t>
      </w:r>
    </w:p>
    <w:p>
      <w:r>
        <w:br/>
        <w:t>А як тут усидиш в приміщенні, коли весна, витьохкують соловейки і саме повітря напоєне чарами молодості!</w:t>
      </w:r>
    </w:p>
    <w:p>
      <w:r>
        <w:br/>
        <w:t>— Який сьогодні великий Місяць! — прохоплюється у Юлі.— Ти його помічаєш?</w:t>
      </w:r>
    </w:p>
    <w:p>
      <w:r>
        <w:br/>
        <w:t>— Ні.</w:t>
      </w:r>
    </w:p>
    <w:p>
      <w:r>
        <w:br/>
        <w:t>— Не журися, вже недовго чекати. Підготовка до операції майже закінчена. Тоді побачиш і Місяць і зорі.</w:t>
      </w:r>
    </w:p>
    <w:p>
      <w:r>
        <w:br/>
        <w:t>— "Зоре моя вечірняя, зійди над горою..." — замріяно продекламував Фелікс.— Правда, гарно сказано?</w:t>
      </w:r>
    </w:p>
    <w:p>
      <w:r>
        <w:br/>
        <w:t>— У Шевченка все гарне.</w:t>
      </w:r>
    </w:p>
    <w:p>
      <w:r>
        <w:br/>
        <w:t>Сиділи мовчки, притулившись одне до одного. З моря доносився приглушений шум.</w:t>
      </w:r>
    </w:p>
    <w:p>
      <w:r>
        <w:br/>
        <w:t>— Ти чуєш, Юлю?</w:t>
      </w:r>
    </w:p>
    <w:p>
      <w:r>
        <w:br/>
        <w:t>— То хвилі накочуються на берег.</w:t>
      </w:r>
    </w:p>
    <w:p>
      <w:r>
        <w:br/>
        <w:t>— То дише наша планета. Отак, як ми з тобою.</w:t>
      </w:r>
    </w:p>
    <w:p>
      <w:r>
        <w:br/>
        <w:t>— Не вигадуй, ми живі, а Земля...</w:t>
      </w:r>
    </w:p>
    <w:p>
      <w:r>
        <w:br/>
        <w:t>— І Земля жива!</w:t>
      </w:r>
    </w:p>
    <w:p>
      <w:r>
        <w:br/>
        <w:t>Цього Юля ніяк не може збагнути. Говорить про каміння, гори, вулкани, розтоплене ядро.</w:t>
      </w:r>
    </w:p>
    <w:p>
      <w:r>
        <w:br/>
        <w:t>— Ну й що? — тягне своєї Фелікс.— Все це прояви життя. Земля і Сонце витворили рослини, тварини, рибу, птахів, людину. То як же це сталось, якщо вони самі не живі? Всесвіт повний життя. От не зрозуміло тільки — навіщо воно?</w:t>
      </w:r>
    </w:p>
    <w:p>
      <w:r>
        <w:br/>
        <w:t>— Дивний ти... Ось як просвітляться твої очі — побачиш, яка то краса, та й не будеш сушити собі голову такими запитаннями, а просто житимеш.— Юлі було до млості приємно відчувати його руку, оте голубляче тепло, яке промовляє до серця в тисячу разів більше, аніж слова.— От побачиш...</w:t>
      </w:r>
    </w:p>
    <w:p>
      <w:r>
        <w:br/>
        <w:t>— Коли б то вже,— зітхнув Фелікс.</w:t>
      </w:r>
    </w:p>
    <w:p>
      <w:r>
        <w:br/>
        <w:t>— Розумієш, спочатку збирались поставити тобі штучний кристалик...</w:t>
      </w:r>
    </w:p>
    <w:p>
      <w:r>
        <w:br/>
        <w:t>— Штучний?</w:t>
      </w:r>
    </w:p>
    <w:p>
      <w:r>
        <w:br/>
        <w:t>— Так. Це якраз непогано, тисячі людей живуть з такими кристаликами і добре бачать. Але в тебе ще й сітківка ушкоджена... Професор каже, що потрібен живий матеріал. Це має бути унікальна операція, вона потребує кропіткої підготовки і теоретичної перевірки. Зараз ідуть досліди... ціла серія дослідів...</w:t>
      </w:r>
    </w:p>
    <w:p>
      <w:r>
        <w:br/>
        <w:t>— Скільки вже штучного в організмі людини...</w:t>
      </w:r>
    </w:p>
    <w:p>
      <w:r>
        <w:br/>
        <w:t>— Один вчений хірург пише, що всі явища, навіть психіку, можна буде змоделювати.</w:t>
      </w:r>
    </w:p>
    <w:p>
      <w:r>
        <w:br/>
        <w:t>— І виготовити штучний мозок?</w:t>
      </w:r>
    </w:p>
    <w:p>
      <w:r>
        <w:br/>
        <w:t>— Він твердить, що можна, правда, в принципі. Череп людини, мовляв, невеликий, отож досить з'єднати мільярди фізичних' елементів,— вони виконуватимуть функції нейронів — і машина для думання готова. Кібернетичний інтелект!</w:t>
      </w:r>
    </w:p>
    <w:p>
      <w:r>
        <w:br/>
        <w:t>— Ну, а почуття? Радість, горе...</w:t>
      </w:r>
    </w:p>
    <w:p>
      <w:r>
        <w:br/>
        <w:t>— Вважає, що все можна передати математично, змоделювати — навіть совість!</w:t>
      </w:r>
    </w:p>
    <w:p>
      <w:r>
        <w:br/>
        <w:t>Фелікс пригорнув дівчину і поцілував у губи. Ще й ще. Сміючись, запитав:</w:t>
      </w:r>
    </w:p>
    <w:p>
      <w:r>
        <w:br/>
        <w:t>— А кохання?</w:t>
      </w:r>
    </w:p>
    <w:p>
      <w:r>
        <w:br/>
        <w:t>— Хіба що — в принципі...— сказала задихана дівчина і ще тісніш пригорнулась до нього.</w:t>
      </w:r>
    </w:p>
    <w:p>
      <w:r>
        <w:br/>
        <w:t>— Принеси мені скрипку.</w:t>
      </w:r>
    </w:p>
    <w:p>
      <w:r>
        <w:br/>
        <w:t>Того вечора — останнього перед операцією — інститутський сад повнився шовковими звуками. То ячала душа молодого поета, огорнена тривогою і надією. Сподівання світла в очах.</w:t>
      </w:r>
    </w:p>
    <w:p>
      <w:r>
        <w:br/>
        <w:t>2</w:t>
      </w:r>
    </w:p>
    <w:p>
      <w:r>
        <w:br/>
        <w:t>— Як ти себе почуваєш? — Юля доторкнулась долонею до його чола.</w:t>
      </w:r>
    </w:p>
    <w:p>
      <w:r>
        <w:br/>
        <w:t>— Я нічого не бачу.</w:t>
      </w:r>
    </w:p>
    <w:p>
      <w:r>
        <w:br/>
        <w:t>— На твоїх очах світлонепроникна пов'язка.</w:t>
      </w:r>
    </w:p>
    <w:p>
      <w:r>
        <w:br/>
        <w:t>— А-а...</w:t>
      </w:r>
    </w:p>
    <w:p>
      <w:r>
        <w:br/>
        <w:t>— Голова не болить?</w:t>
      </w:r>
    </w:p>
    <w:p>
      <w:r>
        <w:br/>
        <w:t>— Ні. Тільки втома. В усьому тілі.</w:t>
      </w:r>
    </w:p>
    <w:p>
      <w:r>
        <w:br/>
        <w:t>— Це нічого, любий, мабуть, наркоз. Головне — операція пройшла успішно, професор дуже вдоволений. Це ж уперше в світі зроблена трансплантація живої тканини сітківки...</w:t>
      </w:r>
    </w:p>
    <w:p>
      <w:r>
        <w:br/>
        <w:t>Юля гладила йому волосся ніжними, майже нечутними порухами і впівголоса розказувала про операцію. Сам Фелікс пам'ятав тільки тоненькі яскраві голки,— вони пробилися крізь каламуть і вп'ялися йому в мозок. Потім настала тьма, зникло все — і світні плями, і голоси. Прокинувшись, не міг уторопати, де він. Але біля нього була Юля, його перше кохання, його опора й розрада. Йому аж серце тенькнуло, коли подумав, що зараз побачить її, побачить обличчя, очі, стан... Та Юля попросила набратись терпіння, пов'язку знімати ще рано, і те зробить власноручно сам професор, а поки що йде процес приживлення і уколи та препарати, які він одержує, саме й сприяють цьому процесові. Навіть підводитись поки що не можна...</w:t>
      </w:r>
    </w:p>
    <w:p>
      <w:r>
        <w:br/>
        <w:t>— І того зась, і того,— обізвався Фелікс.— Ми як одружимось, то ти мені й ходити не дозволиш!</w:t>
      </w:r>
    </w:p>
    <w:p>
      <w:r>
        <w:br/>
        <w:t>— Ходитимеш у мене по струночці! Але найперше — ми попливемо, правда? На лайнері, в туристську подорож. "Іван Франко" і "Тарас Шевченко" — от красені! Побачимо Кавказ...</w:t>
      </w:r>
    </w:p>
    <w:p>
      <w:r>
        <w:br/>
        <w:t>— Там, де Ясон здобував золоте руно? Казково!</w:t>
      </w:r>
    </w:p>
    <w:p>
      <w:r>
        <w:br/>
        <w:t>— На Ельбрус піднімемось канатною дорогою...</w:t>
      </w:r>
    </w:p>
    <w:p>
      <w:r>
        <w:br/>
        <w:t>— Не уявляю.</w:t>
      </w:r>
    </w:p>
    <w:p>
      <w:r>
        <w:br/>
        <w:t>— А не треба буде й уявляти — побачиш.</w:t>
      </w:r>
    </w:p>
    <w:p>
      <w:r>
        <w:br/>
        <w:t>— Хоча б уже швидше.</w:t>
      </w:r>
    </w:p>
    <w:p>
      <w:r>
        <w:br/>
        <w:t>Та не один раз і не двічі обернулась Земля навколо своєї осі, доки наблизився великий момент зняття пов'язки. Фелікс потерпав: має ж відкритися йому цей дивовижний світ, інформацію про який досі він одержував тільки завдяки слуху. Правда, він міг відрізнити день від ночі; сонце, коли прямо на нього дивитись, блідою плямою проривалось до його мозку. А тепер... які ті барви? Що воно таке? Не побачивши хоч раз, людський мозок неспроможний уявити, що криється за такими словами, як от: зелений, червоний, синій, оранжевий...</w:t>
      </w:r>
    </w:p>
    <w:p>
      <w:r>
        <w:br/>
        <w:t>Враз Фелікс отерп, страшна думка пронизала мозок електричним струмом: а що як не вдалося?.. Що, коли буде ще гірше, зникне марево дня?</w:t>
      </w:r>
    </w:p>
    <w:p>
      <w:r>
        <w:br/>
        <w:t>— Іде професор,— шепнула Юля і встала з ліжка. Фелікс принишк, чув, як стукнули двері, як наближалися негучні, але тверді кроки. Це йшла його доля, його щастя або горе. Зараз буде виголошено вирок: або виправдання, або...</w:t>
      </w:r>
    </w:p>
    <w:p>
      <w:r>
        <w:br/>
        <w:t>— Добрий день, юначе! — І до Юлі: — Зашторте вікна.</w:t>
      </w:r>
    </w:p>
    <w:p>
      <w:r>
        <w:br/>
        <w:t>Професор підсунув стільця до ліжка і, сівши, взяв Феліксову руку, щоб помацати пульс.</w:t>
      </w:r>
    </w:p>
    <w:p>
      <w:r>
        <w:br/>
        <w:t>— Не треба хвилюватися, юначе, все буде гаразд.— Голос його спокійний, упевнений, і це передається Феліксові, майже через хвилину пульс унормовується, рівнішим стає дихання.— Ну, от і добре. Яка сьогодні температура?</w:t>
      </w:r>
    </w:p>
    <w:p>
      <w:r>
        <w:br/>
        <w:t>— Тридцять сім,— каже Юля. По голосу чути — хвилюється.</w:t>
      </w:r>
    </w:p>
    <w:p>
      <w:r>
        <w:br/>
        <w:t>— Так, у межах норми. То що — будемо знімати пов'язку? — говорить професор, а сам уже обмацує її, починає розв'язувати.— Я тут приніс темні окуляри, доведеться деякий час...</w:t>
      </w:r>
    </w:p>
    <w:p>
      <w:r>
        <w:br/>
        <w:t>— Не звикати,— нарешті обзивається Фелікс хрипкуватим голосом.</w:t>
      </w:r>
    </w:p>
    <w:p>
      <w:r>
        <w:br/>
        <w:t>— Очей не розплющуйте, поки не надінемо окуляри. Отак, тепер можна.</w:t>
      </w:r>
    </w:p>
    <w:p>
      <w:r>
        <w:br/>
        <w:t>Ну, що, здавалося б, розплющити очі? Один порух повік, одна невловна мить. А як її важко пережити! Свідомість благає, бунтується, сподівається.... Мозок лихоманить, виникає хаотичне нагромадження думок, вони стикаються, неначе птахи, і падають, падають кудись у глуху безвість.</w:t>
      </w:r>
    </w:p>
    <w:p>
      <w:r>
        <w:br/>
        <w:t>Фелікс напружує всю свою силу волі і розплющує очі.</w:t>
      </w:r>
    </w:p>
    <w:p>
      <w:r>
        <w:br/>
        <w:t>— Ну, як?</w:t>
      </w:r>
    </w:p>
    <w:p>
      <w:r>
        <w:br/>
        <w:t>— Темрява,— прошепотів пересохлими губами.</w:t>
      </w:r>
    </w:p>
    <w:p>
      <w:r>
        <w:br/>
        <w:t>— Це нічого,— каже професор.— Адаптація. Та ще ж і окуляри. І штори на вікні.</w:t>
      </w:r>
    </w:p>
    <w:p>
      <w:r>
        <w:br/>
        <w:t>Справді, минула хвилина-друга — і темрява в очах почала танути. А в душі — крижина страху. Сітківка вловила біласті плями — провісники радості!</w:t>
      </w:r>
    </w:p>
    <w:p>
      <w:r>
        <w:br/>
        <w:t>— Відсуньте важкі штори.</w:t>
      </w:r>
    </w:p>
    <w:p>
      <w:r>
        <w:br/>
        <w:t>Благословенне будь, світло дня! Він обступив Фелікса з усіх боків, заполонив.</w:t>
      </w:r>
    </w:p>
    <w:p>
      <w:r>
        <w:br/>
        <w:t>— Бачу, бачу, професоре...— прошепотів і рвучко підвівся на ліжку.</w:t>
      </w:r>
    </w:p>
    <w:p>
      <w:r>
        <w:br/>
        <w:t>— Що ви бачите?</w:t>
      </w:r>
    </w:p>
    <w:p>
      <w:r>
        <w:br/>
        <w:t>— Я бачу день! Ось він, його можна помацати руками! — Фелікс у захваті простяг руки і зненацька тицьнув професора у груди.— Ой, пробачте, я не навмисне.</w:t>
      </w:r>
    </w:p>
    <w:p>
      <w:r>
        <w:br/>
        <w:t>Перед очима Фелікса все розпливалось, жодного предмета в палаті він не бачив — ні тумбочки, ні картини, ні люстри. Натомість — великі світні плями різної конфігурації і лінії, лінії, химерно вигнуті, закручені у спіралі.</w:t>
      </w:r>
    </w:p>
    <w:p>
      <w:r>
        <w:br/>
        <w:t>Професор щось хмикнув, підійшла Юля, цокаючи каблучками.</w:t>
      </w:r>
    </w:p>
    <w:p>
      <w:r>
        <w:br/>
        <w:t>— Заспокойся, любий. Мене ти бачиш?</w:t>
      </w:r>
    </w:p>
    <w:p>
      <w:r>
        <w:br/>
        <w:t>— Безліч ліній. А це ось — тарілка, чи що?..— він простяг руку і торкнувся ґудзика на її халаті.</w:t>
      </w:r>
    </w:p>
    <w:p>
      <w:r>
        <w:br/>
        <w:t>— Ось моя рука, подивись.</w:t>
      </w:r>
    </w:p>
    <w:p>
      <w:r>
        <w:br/>
        <w:t>Феліксові аж полегшало, полагіднішало, коли відчув ніжні дівочі пальці в своїй руці. Та як тільки схилив до них голову, Юля засміялася і висмикнула руку. Цілувати при самому професорові? Чи він хоче, щоб вона крізь землю провалилася? І взагалі, такий серйозний момент...</w:t>
      </w:r>
    </w:p>
    <w:p>
      <w:r>
        <w:br/>
        <w:t>— Та я... Дай поглянути.</w:t>
      </w:r>
    </w:p>
    <w:p>
      <w:r>
        <w:br/>
        <w:t>Юля, зиркнувши на професора, що мовчки, з нахмуреним обличчям спостерігав за Феліксом, простягла руку. Він дивився не більше секунди. Обличчя йому гидливо скривилося, різким рухом відштовхнув Юлину руку і відсахнувся.</w:t>
      </w:r>
    </w:p>
    <w:p>
      <w:r>
        <w:br/>
        <w:t>— Що сталося? — скрикнула Юля, неначе їй обпекло долоню.</w:t>
      </w:r>
    </w:p>
    <w:p>
      <w:r>
        <w:br/>
        <w:t>— Там... на твоїй руці... кишать мікроби!</w:t>
      </w:r>
    </w:p>
    <w:p>
      <w:r>
        <w:br/>
        <w:t>— Ти бачиш мікроби?! Олексію Сидоровичу, це ж галюцинації.</w:t>
      </w:r>
    </w:p>
    <w:p>
      <w:r>
        <w:br/>
        <w:t>Професор сказав:</w:t>
      </w:r>
    </w:p>
    <w:p>
      <w:r>
        <w:br/>
        <w:t>— А подивіться ще раз, юначе. Це... справді... дивно.</w:t>
      </w:r>
    </w:p>
    <w:p>
      <w:r>
        <w:br/>
        <w:t>Фелікс морщився, роздивляючись таку ніжну, колись милу руку.</w:t>
      </w:r>
    </w:p>
    <w:p>
      <w:r>
        <w:br/>
        <w:t>— Ну, що ви бачите? — спитав професор. Юля палала вогнем.</w:t>
      </w:r>
    </w:p>
    <w:p>
      <w:r>
        <w:br/>
        <w:t>— Те саме. Якісь палички, ланцюжки, мачинки з хвостиками... І все те ворушиться, копошиться... Може, й справді галюцинація?</w:t>
      </w:r>
    </w:p>
    <w:p>
      <w:r>
        <w:br/>
        <w:t>— Не схоже,— скинув бровами професор.— А втім, перевіримо. Ходімо в лабораторію. Проведіть, Юлю.</w:t>
      </w:r>
    </w:p>
    <w:p>
      <w:r>
        <w:br/>
        <w:t>Фелікс ішов у морі світла. В кімнатах, які вони переходили, світло було яскравіше, в коридорах — приглушене, а лабораторія скидалася на дивовижний сонячний акваріум. Але всюди стіни під його зором або вгиналися, або вигиналися, творячи якісь дивовижні фігури, які одразу ж і розпливались, брижились і зникали.</w:t>
      </w:r>
    </w:p>
    <w:p>
      <w:r>
        <w:br/>
        <w:t>Пораючись біля мікроскопа, Олексій Сидорович говорив:</w:t>
      </w:r>
    </w:p>
    <w:p>
      <w:r>
        <w:br/>
        <w:t>— Ну, от зараз ми розглянемо... Будь ласка, Юлю, препарат крові... Сьогоднішні аналізи. Байдуже чия, давайте.</w:t>
      </w:r>
    </w:p>
    <w:p>
      <w:r>
        <w:br/>
        <w:t>Спочатку професор поклав скельця під мікроскоп і довго роздивлявся сам. Потім звелів Юлі. А тоді вийняв і поклав перед Феліксом. Доки той роздивлявся, обоє вони — і професор, і Юля — насторожено поглядали на його зосереджене обличчя.</w:t>
      </w:r>
    </w:p>
    <w:p>
      <w:r>
        <w:br/>
        <w:t>— Щось бачите? — не втерпів професор.</w:t>
      </w:r>
    </w:p>
    <w:p>
      <w:r>
        <w:br/>
        <w:t>— Бачу...— Фелікс поволі порахував кількість мікробів, описав їхню форму.</w:t>
      </w:r>
    </w:p>
    <w:p>
      <w:r>
        <w:br/>
        <w:t>В такий спосіб вони розглянули кілька препаратів, і в кожному Фелікс без приладу бачив те, що професор у мікроскоп. Сумніву не було — він здатний бачити мікросвіт! Явище досі нечуване, неймовірне. Людина-мікроскоп — хто б сподівався? Олексій Сидорович? Та коли б йому сказали... коли б він сам, власними руками не створив цього феномена,— ніколи б не повірив! Проте це був факт, і з ним потрібно рахуватись. Професор погамував свої емоції, навіть Юля, що спостерігала все це вибалушеними очима, навіть вона не помітила в нього ніякого хвилювання.</w:t>
      </w:r>
    </w:p>
    <w:p>
      <w:r>
        <w:br/>
        <w:t>— Ну, що ж...— міркував він уголос,— замовимо лінзи з відповідною діоптрією... Все буде добре, юначе!</w:t>
      </w:r>
    </w:p>
    <w:p>
      <w:r>
        <w:br/>
        <w:t>Юля крадькома позирала на свої руки.</w:t>
      </w:r>
    </w:p>
    <w:p>
      <w:r>
        <w:br/>
        <w:t>3</w:t>
      </w:r>
    </w:p>
    <w:p>
      <w:r>
        <w:br/>
        <w:t>Валізка з дорожніми речами вже стояла біля ліжка, скрипка в чорному футлярі лежала на постелі, а сам Фелікс, одягнений у світло-сірий літній костюм, сидів біля тумбочки, замислено виводячи слова на аркуші паперу і тут же закреслюючи їх. Пообіцяв написати вірша для інститутської стіннівки, та ніяк не міг зосередитись. Хмурив чоло, торкав масивні окуляри, губи ворушилися, повторюючи початок:</w:t>
      </w:r>
    </w:p>
    <w:p>
      <w:r>
        <w:br/>
        <w:t>Ціла вічність пропливала</w:t>
      </w:r>
    </w:p>
    <w:p>
      <w:r>
        <w:br/>
        <w:t>Під крилом у ночі,</w:t>
      </w:r>
    </w:p>
    <w:p>
      <w:r>
        <w:br/>
        <w:t>Хвиля радості настала —</w:t>
      </w:r>
    </w:p>
    <w:p>
      <w:r>
        <w:br/>
        <w:t>Світло б'є ув очі!</w:t>
      </w:r>
    </w:p>
    <w:p>
      <w:r>
        <w:br/>
        <w:t>Хотілося якось так гарно, красиво подякувати людям, що "відкривають світло для очей"; та рими втікали, як сонячні зайчики. Зрадів, коли зайшла Юля: можна було не ламати собі голову над віршем.</w:t>
      </w:r>
    </w:p>
    <w:p>
      <w:r>
        <w:br/>
        <w:t>— Здрастуй.</w:t>
      </w:r>
    </w:p>
    <w:p>
      <w:r>
        <w:br/>
        <w:t>Підвів голову, окинув поглядом її гнучку постать:</w:t>
      </w:r>
    </w:p>
    <w:p>
      <w:r>
        <w:br/>
        <w:t>— Добрий день.</w:t>
      </w:r>
    </w:p>
    <w:p>
      <w:r>
        <w:br/>
        <w:t>"Зажурена,— подумав, поглянувши в її великі голубі очі, і це чомусь викликало втіху,— але їй і зажура личить. Гарна. Вспаньяла, як сказав би поляк, б'ютефул — міг би зауважити англієць, уцукусій — усміхнувся б японець. Вродлива, що й казати. Ото тільки..." Йому стало ніяково від того, що він думає про неї так безсторонньо.</w:t>
      </w:r>
    </w:p>
    <w:p>
      <w:r>
        <w:br/>
        <w:t>Після того інциденту з мікробами їхні стосунки ніби й не змінилися, та при зустрічах юнак уже не відчував завмирання серця, між ними виникло якесь відчуження, а яка б дівчина цього не помітила? І навіщо вона простягла тоді свою руку? Звичайно, Фелікс добре знає, що те ж саме можна побачити в кожної людини, але... Втім, це була одна неприємна нотка, яку він щиро сподівався заглушити. Юля така красива! І пальці в неї такі ніжні...</w:t>
      </w:r>
    </w:p>
    <w:p>
      <w:r>
        <w:br/>
        <w:t>— Значить... Їдеш...— в голосі її сум.— На вокзал можна не спішити: поїзд пізній. Дівчата просять, може б, ти пограв на прощання?</w:t>
      </w:r>
    </w:p>
    <w:p>
      <w:r>
        <w:br/>
        <w:t>— Якщо й ти цього хочеш...</w:t>
      </w:r>
    </w:p>
    <w:p>
      <w:r>
        <w:br/>
        <w:t>— Авжеж! Я дуже люблю, як ти граєш,— закліпала звабливими очима.</w:t>
      </w:r>
    </w:p>
    <w:p>
      <w:r>
        <w:br/>
        <w:t>Фелікс не міг відмовити коханій, і лишився на вечір. Вони знову зібралися у вестибюлі, ввімкнули тільки одне бра, бо Юля вважала, що в присмерку музику слухати краще, і Фелікс грав. Скрипка виповідала радощі й жалі, сміялась і ридала, то чаруючи слухачів мажорним настроєм, то сіючи тугу за чимось нездійсненним. Смичок так і літав у Феліксовій руці, скрипаль похитувався в такт музиці, неначе от-от відштовхнеться та й попливе на хвилях звуків.</w:t>
      </w:r>
    </w:p>
    <w:p>
      <w:r>
        <w:br/>
        <w:t>Цей романтичний вечір продовжився в саду, куди повела Фелікса розчулена Юля. Дерева стояли в місячному сяйві — гігантські водорості в океані, приглушений шум стомленого міста — хвилі прибою. В крові у них нуртувало п'янке сум'яття, і від того навколишнє здавалося ще чарівнішим. "Як дивно,— міркував Фелікс,— от я її не знав, навіть не здогадувався про її існування, а тепер..." Він забув про все на світі, навіть про свій від'їзд.</w:t>
      </w:r>
    </w:p>
    <w:p>
      <w:r>
        <w:br/>
        <w:t>— Скажи,— шепотіла Юля,— ти мені напишеш?</w:t>
      </w:r>
    </w:p>
    <w:p>
      <w:r>
        <w:br/>
        <w:t>— Одразу, як тільки приїду.</w:t>
      </w:r>
    </w:p>
    <w:p>
      <w:r>
        <w:br/>
        <w:t>Блукали доріжками, притулившись одне до одного, і йому було приємно відчувати запах її волосся і чути її притишений голос.</w:t>
      </w:r>
    </w:p>
    <w:p>
      <w:r>
        <w:br/>
        <w:t>Раптом спохватився:</w:t>
      </w:r>
    </w:p>
    <w:p>
      <w:r>
        <w:br/>
        <w:t>— Котра година? Чи я не запізнюсь?</w:t>
      </w:r>
    </w:p>
    <w:p>
      <w:r>
        <w:br/>
        <w:t>Та виявилось, що можна ще погуляти. І тоді він сказав, що хоче заглянути до віварію — попрощатися з орлом.</w:t>
      </w:r>
    </w:p>
    <w:p>
      <w:r>
        <w:br/>
        <w:t>— Вигадник! — засміялась Юля.— То все — біоматеріал...</w:t>
      </w:r>
    </w:p>
    <w:p>
      <w:r>
        <w:br/>
        <w:t>— Ну, що ти,— заперечив Фелікс.— У народі знаєш, як говорять про тварин? Німий язик — розуміє, а сказати не може...</w:t>
      </w:r>
    </w:p>
    <w:p>
      <w:r>
        <w:br/>
        <w:t>У віварії було тихо. Лише прислухавшись, Фелікс почув посопування, писк, шарудіння.</w:t>
      </w:r>
    </w:p>
    <w:p>
      <w:r>
        <w:br/>
        <w:t>Орел сидів на своїй жердині, час від часу стріпуючи головою. Це здивувало Фелікса.</w:t>
      </w:r>
    </w:p>
    <w:p>
      <w:r>
        <w:br/>
        <w:t>— Що з тобою, брате мій Орле? — заговорив до птаха довірчо і з іронією.— Може, тобі сон страшний приснився?</w:t>
      </w:r>
    </w:p>
    <w:p>
      <w:r>
        <w:br/>
        <w:t>Орел стрепенув крильми і зістрибнув із жердини, але якось незграбно, боком, заточився і мало не впав. Фелікс засміявся з такої незграбності, а він знову почав стріпувати головою, наче щось причепилося до дзьоба і ніяк не вдається відкинути.</w:t>
      </w:r>
    </w:p>
    <w:p>
      <w:r>
        <w:br/>
        <w:t>— Чого це він?</w:t>
      </w:r>
    </w:p>
    <w:p>
      <w:r>
        <w:br/>
        <w:t>— Ніяк не звикне без очей.</w:t>
      </w:r>
    </w:p>
    <w:p>
      <w:r>
        <w:br/>
        <w:t>Ці спокійні слова болісно вразили його чутливу нервову систему, хлопець заціпенів, у грудях забракло повітря.</w:t>
      </w:r>
    </w:p>
    <w:p>
      <w:r>
        <w:br/>
        <w:t>— Що ти сказала? Без очей?</w:t>
      </w:r>
    </w:p>
    <w:p>
      <w:r>
        <w:br/>
        <w:t>— Ти якийсь дивний, Феліксе... Хіба не розумієш, що вони тут, у віварії, не для забавки... Можу тебе заспокоїти: орел не страждав. Я сама...</w:t>
      </w:r>
    </w:p>
    <w:p>
      <w:r>
        <w:br/>
        <w:t>— Ти?! — Фелікс обернувся до неї, важко дихаючи. Лице її в місячному світлі скидалося на білу маску з чорними прорізами очей.— Невже ти?</w:t>
      </w:r>
    </w:p>
    <w:p>
      <w:r>
        <w:br/>
        <w:t>— Власними руками. Це не складно.</w:t>
      </w:r>
    </w:p>
    <w:p>
      <w:r>
        <w:br/>
        <w:t>— Не складно? — він посунувся на неї грудьми.— Вийняти очі — не складно?</w:t>
      </w:r>
    </w:p>
    <w:p>
      <w:r>
        <w:br/>
        <w:t>Юля позадкувала, До краю здивована його нервозністю.</w:t>
      </w:r>
    </w:p>
    <w:p>
      <w:r>
        <w:br/>
        <w:t>— Для тебе ж... Опам'ятайся&amp;hellip;</w:t>
      </w:r>
    </w:p>
    <w:p>
      <w:r>
        <w:br/>
        <w:t>Дівчина злякалася, що він ударить, і вибігла з віварію.</w:t>
      </w:r>
    </w:p>
    <w:p>
      <w:r>
        <w:br/>
        <w:t>Чари вечора зникли, все посіріло, наче притрушене попелом.</w:t>
      </w:r>
    </w:p>
    <w:p>
      <w:r>
        <w:br/>
        <w:t>"Не складно... Власними руками... Ніжними пальцями...— крутилось у Фелікса в голові, він стояв оглушений і не міг зрушитися з місця. Провів рукою по чолу, відітхнув і кинувся до клітки. Намацавши залізний засув, шарпонув убік, і дверці з дзенькотом відчинилися.</w:t>
      </w:r>
    </w:p>
    <w:p>
      <w:r>
        <w:br/>
        <w:t>— Іди, іди,— шепотів до орла,— виходь звідси...— Простяг руки і, одним ривком вихопивши його з клітки, поставив на землю.</w:t>
      </w:r>
    </w:p>
    <w:p>
      <w:r>
        <w:br/>
        <w:t>Орел, наче потягуючись, розправив свої велетенські крила, кілька разів підскочив і знявся. Та дерева густо розкинули гілля, птах ударився і впав, ламаючи кущі. Фелікс підбіг, схопив його і, заточуючись, виніс у кінець парку, де вже чулося хлюпостання моря.</w:t>
      </w:r>
    </w:p>
    <w:p>
      <w:r>
        <w:br/>
        <w:t>— Лети!..</w:t>
      </w:r>
    </w:p>
    <w:p>
      <w:r>
        <w:br/>
        <w:t>Птах стрепенувся, підняв голову, ніби дослухаючись до шуму моря, а тоді підстрибнув і знявся. У місячному світлі було добре видно, як він важко махає крильми і набирає висоту, прямуючи до великого сріблястого диска, що сяяв посеред неба.</w:t>
      </w:r>
    </w:p>
    <w:p>
      <w:r>
        <w:br/>
        <w:t>— Прощай, брате мій, Орле!..— гукнув Фелікс. У роті зробилось гірко, очі наче запорошились піском.</w:t>
      </w:r>
    </w:p>
    <w:p>
      <w:r>
        <w:br/>
        <w:t>Чи йому почулось, чи, може, й справді — над морем пролинув орлиний клекіт. Як світляна доріжка до Місяця.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Брате мій, орле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