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Брат</w:t>
      </w:r>
    </w:p>
    <w:p>
      <w:r>
        <w:br/>
        <w:t xml:space="preserve"> Дитинство – це веселки цвіт,&lt;br /&gt;</w:t>
        <w:br/>
        <w:t>Яку тримають мама й тато.&lt;br /&gt;</w:t>
        <w:br/>
        <w:t>Мені вже чотирнадцять літ –&lt;br /&gt;</w:t>
        <w:br/>
        <w:t>Водночас мало і багато.&lt;br /&gt;</w:t>
        <w:br/>
        <w:t>По семибарвному мосту&lt;br /&gt;</w:t>
        <w:br/>
        <w:t>Іду, чарівний світ довкола.&lt;br /&gt;</w:t>
        <w:br/>
        <w:t>Його вивчаю і росту.&lt;br /&gt;</w:t>
        <w:br/>
        <w:t>Поля, сади, трава шовкова.&lt;br /&gt;</w:t>
        <w:br/>
        <w:t>Дрімають край вікна ляльки,&lt;br /&gt;</w:t>
        <w:br/>
        <w:t>Ніхто не шиє їм обнови.&lt;br /&gt;</w:t>
        <w:br/>
        <w:t>Читаю ж бо тепер книжки.&lt;br /&gt;</w:t>
        <w:br/>
        <w:t>Живу в прекраснім світі слова!&lt;br /&gt;</w:t>
        <w:br/>
        <w:t>Тож якось іграшки свої&lt;br /&gt;</w:t>
        <w:br/>
        <w:t>Подарувала в дитбудинок,&lt;br /&gt;</w:t>
        <w:br/>
        <w:t>Мов у незвідані краї,&lt;br /&gt;</w:t>
        <w:br/>
        <w:t>В дім заморожених сльозинок.&lt;br /&gt;</w:t>
        <w:br/>
        <w:t>Мале зустріло хлопченя –&lt;br /&gt;</w:t>
        <w:br/>
        <w:t>Почервонілі оченята.&lt;br /&gt;</w:t>
        <w:br/>
        <w:t>До мене кинувся: – Рідня!&lt;br /&gt;</w:t>
        <w:br/>
        <w:t>А я ходив тебе шукати!&lt;br /&gt;</w:t>
        <w:br/>
        <w:t>Здалося, що у драмгуртку&lt;br /&gt;</w:t>
        <w:br/>
        <w:t>Я граю в п’єсі "Катерина".&lt;br /&gt;</w:t>
        <w:br/>
        <w:t>Напевно, маю роль таку,&lt;br /&gt;</w:t>
        <w:br/>
        <w:t>Що ось зустріла Катрі сина!&lt;br /&gt;</w:t>
        <w:br/>
        <w:t>А сльози градом. Оце так!&lt;br /&gt;</w:t>
        <w:br/>
        <w:t>Дитя взяло мене за руку:&lt;br /&gt;</w:t>
        <w:br/>
        <w:t>– Сестричко, я не знаю, як&lt;br /&gt;</w:t>
        <w:br/>
        <w:t>Пережили ми цю розлуку?&lt;br /&gt;</w:t>
        <w:br/>
        <w:t>Втираю личко малюка,&lt;br /&gt;</w:t>
        <w:br/>
        <w:t>На мамине, напевно, схоже.&lt;br /&gt;</w:t>
        <w:br/>
        <w:t>Дісталась доля нелегка,&lt;br /&gt;</w:t>
        <w:br/>
        <w:t>Віднині ж… Поможи нам, Боже!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Брат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