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Божественне</w:t>
      </w:r>
    </w:p>
    <w:p>
      <w:r>
        <w:br/>
        <w:t xml:space="preserve"> Благородною будь,&lt;br /&gt;</w:t>
        <w:br/>
        <w:t>Добротворною будь, людино!&lt;br /&gt;</w:t>
        <w:br/>
        <w:t>3-помежи сущого&lt;br /&gt;</w:t>
        <w:br/>
        <w:t>На всій землі&lt;br /&gt;</w:t>
        <w:br/>
        <w:t>Це єдине тебе&lt;br /&gt;</w:t>
        <w:br/>
        <w:t>У житті вирізняє.</w:t>
      </w:r>
    </w:p>
    <w:p>
      <w:r>
        <w:br/>
        <w:t>Слава незнаним&lt;br /&gt;</w:t>
        <w:br/>
        <w:t>Вищим істотам,&lt;br /&gt;</w:t>
        <w:br/>
        <w:t>Що ми прочуваєм!&lt;br /&gt;</w:t>
        <w:br/>
        <w:t>Хай же людина&lt;br /&gt;</w:t>
        <w:br/>
        <w:t>На них буде схожа:&lt;br /&gt;</w:t>
        <w:br/>
        <w:t>Приклад її&lt;br /&gt;</w:t>
        <w:br/>
        <w:t>Навчить нас віри.</w:t>
      </w:r>
    </w:p>
    <w:p>
      <w:r>
        <w:br/>
        <w:t>Бо природі людські&lt;br /&gt;</w:t>
        <w:br/>
        <w:t>Почуття невідомі:&lt;br /&gt;</w:t>
        <w:br/>
        <w:t>Доброму й злому&lt;br /&gt;</w:t>
        <w:br/>
        <w:t>Світить сонце згори,&lt;br /&gt;</w:t>
        <w:br/>
        <w:t>Грішним і праведним рівно&lt;br /&gt;</w:t>
        <w:br/>
        <w:t>Сяють місяць і зорі.</w:t>
      </w:r>
    </w:p>
    <w:p>
      <w:r>
        <w:br/>
        <w:t>Вітер і води,&lt;br /&gt;</w:t>
        <w:br/>
        <w:t>Громи і град&lt;br /&gt;</w:t>
        <w:br/>
        <w:t>Мітять шалену путь&lt;br /&gt;</w:t>
        <w:br/>
        <w:t>І, проминаючи,&lt;br /&gt;</w:t>
        <w:br/>
        <w:t>Із собою беруть&lt;br /&gt;</w:t>
        <w:br/>
        <w:t>Добре й лихе.</w:t>
      </w:r>
    </w:p>
    <w:p>
      <w:r>
        <w:br/>
        <w:t>Так і по людях&lt;br /&gt;</w:t>
        <w:br/>
        <w:t>Ходить щастя сліпе:&lt;br /&gt;</w:t>
        <w:br/>
        <w:t>То вшанує&lt;br /&gt;</w:t>
        <w:br/>
        <w:t>Гарні кучері невиннятка,&lt;br /&gt;</w:t>
        <w:br/>
        <w:t>То гріховне&lt;br /&gt;</w:t>
        <w:br/>
        <w:t>Голе тім'я старого.</w:t>
      </w:r>
    </w:p>
    <w:p>
      <w:r>
        <w:br/>
        <w:t>Виш&lt;br /&gt;</w:t>
        <w:br/>
        <w:t>Вишні закони&lt;br /&gt;</w:t>
        <w:br/>
        <w:t>Нам знаменують шлях,&lt;br /&gt;</w:t>
        <w:br/>
        <w:t>І непомильно&lt;br /&gt;</w:t>
        <w:br/>
        <w:t>Треба свого життя&lt;br /&gt;</w:t>
        <w:br/>
        <w:t>Сповнити кола.</w:t>
      </w:r>
    </w:p>
    <w:p>
      <w:r>
        <w:br/>
        <w:t>Бо людина одна&lt;br /&gt;</w:t>
        <w:br/>
        <w:t>Творить подиву гідне:&lt;br /&gt;</w:t>
        <w:br/>
        <w:t>Розрізняє,&lt;br /&gt;</w:t>
        <w:br/>
        <w:t>Обирає, звершує суд,&lt;br /&gt;</w:t>
        <w:br/>
        <w:t>Перебіжній хвилі одна&lt;br /&gt;</w:t>
        <w:br/>
        <w:t>Вічність дарує.</w:t>
      </w:r>
    </w:p>
    <w:p>
      <w:r>
        <w:br/>
        <w:t>Лиш людині дано&lt;br /&gt;</w:t>
        <w:br/>
        <w:t>Воздавати за добрість,&lt;br /&gt;</w:t>
        <w:br/>
        <w:t>Все злочинне судить,&lt;br /&gt;</w:t>
        <w:br/>
        <w:t>Рятувати живуще&lt;br /&gt;</w:t>
        <w:br/>
        <w:t>І шкідливе, непевне все&lt;br /&gt;</w:t>
        <w:br/>
        <w:t>Обертати на користь.</w:t>
      </w:r>
    </w:p>
    <w:p>
      <w:r>
        <w:br/>
        <w:t>Ми ж і богів&lt;br /&gt;</w:t>
        <w:br/>
        <w:t>Шануємо, ніби людей,&lt;br /&gt;</w:t>
        <w:br/>
        <w:t>Які творять в великому&lt;br /&gt;</w:t>
        <w:br/>
        <w:t>Те, що найкращий із смертних&lt;br /&gt;</w:t>
        <w:br/>
        <w:t>Прагне чинити в малому.</w:t>
      </w:r>
    </w:p>
    <w:p>
      <w:r>
        <w:br/>
        <w:t>Благородна людино,&lt;br /&gt;</w:t>
        <w:br/>
        <w:t>Добродійною будь в житті&lt;br /&gt;</w:t>
        <w:br/>
        <w:t>І невтомно твори&lt;br /&gt;</w:t>
        <w:br/>
        <w:t>Пожиточне й правдиве,&lt;br /&gt;</w:t>
        <w:br/>
        <w:t>Будь нам прообразом&lt;br /&gt;</w:t>
        <w:br/>
        <w:t>Гаданих вищих істот!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Божественне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