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"Божа кара"</w:t>
      </w:r>
    </w:p>
    <w:p>
      <w:r>
        <w:br/>
        <w:t xml:space="preserve"> &lt;blockquote&gt;&lt;p&gt;...А на громаду хоч наплюй...</w:t>
      </w:r>
    </w:p>
    <w:p>
      <w:r>
        <w:br/>
        <w:t>Тарас ШЕВЧЕНКО</w:t>
      </w:r>
    </w:p>
    <w:p>
      <w:r>
        <w:br/>
        <w:t>І</w:t>
      </w:r>
    </w:p>
    <w:p>
      <w:r>
        <w:br/>
        <w:t>Він появився в селі як з неба звалився.</w:t>
      </w:r>
    </w:p>
    <w:p>
      <w:r>
        <w:br/>
        <w:t>Зайшов до контори, замалим не двері ногою одчинив до Самого (секретарка не встигла й рота розтулити):</w:t>
      </w:r>
    </w:p>
    <w:p>
      <w:r>
        <w:br/>
        <w:t>— Електрик потрібний?</w:t>
      </w:r>
    </w:p>
    <w:p>
      <w:r>
        <w:br/>
        <w:t>— А ти що, ними торгуєш? — спитав сердито Ригорович: ніхто так до нього в кабінет не насмілювався. Хіба що якесь цабе із району. Чи з області.</w:t>
      </w:r>
    </w:p>
    <w:p>
      <w:r>
        <w:br/>
        <w:t>— Прошу не тикати... Ви шукали електрика?</w:t>
      </w:r>
    </w:p>
    <w:p>
      <w:r>
        <w:br/>
        <w:t>— Ну, шукав,— відповів неохоче Ригорович. Був нещодавно електрик, довелося в шию витурити: спився.</w:t>
      </w:r>
    </w:p>
    <w:p>
      <w:r>
        <w:br/>
        <w:t>— Я — електрик... Дипломований... Ось...</w:t>
      </w:r>
    </w:p>
    <w:p>
      <w:r>
        <w:br/>
        <w:t>І трудову книжку під носа.</w:t>
      </w:r>
    </w:p>
    <w:p>
      <w:r>
        <w:br/>
        <w:t>Заглянув Ригорович в книжку — замалим не свиснув: п’ятнадцять літ стажу і суцільні подяки. Ще й не звідки-небудь, не з колгоспу зачуханого, а з гіганта індустрії: комбінату хімічного. Що півобласті випарами ядучими труїть.</w:t>
      </w:r>
    </w:p>
    <w:p>
      <w:r>
        <w:br/>
        <w:t>Було від чого витріщить очі: люди в міста розбігаються, а цей — у село.</w:t>
      </w:r>
    </w:p>
    <w:p>
      <w:r>
        <w:br/>
        <w:t>— Чим проштрафились? — перейшов на "ви" Ригорович. Тикав і старому, й малому: усім, хто нижче нього стояв. Як і на нього тикали ті, що вище стояли.</w:t>
      </w:r>
    </w:p>
    <w:p>
      <w:r>
        <w:br/>
        <w:t>— Нічим... За власним бажанням... Ледь одпустили... Понімаєте, яка заковика,— не чекаючи запрошення, підсунув стільця, сів очі в очі.— Син у мене родився калікою. Руки-ноги покручені, і хребет повело. Доктора, ні дна їм, ні покришки, тільки руками розводили. Куди не возив... Ну, я й той... Вобщем, взявся сам лікувати... Процедурами водними. І само собою — масажами. Немовлям у ванну плавать пускав... Жінка пробі кричить, а я його, як каченя, учу плавати...</w:t>
      </w:r>
    </w:p>
    <w:p>
      <w:r>
        <w:br/>
        <w:t>— Вилікували? — зацікавився Ригорович: вперше зустрівся з таким диваком.</w:t>
      </w:r>
    </w:p>
    <w:p>
      <w:r>
        <w:br/>
        <w:t>— Вилічив! — ляснув по столу, аж ручка підскочила.— На ноги поставив! З олімпіади спортивної медалю привіз. Ось...— поліз до кишені нагрудної, вийняв медаль, у хустину загорнену старанно.</w:t>
      </w:r>
    </w:p>
    <w:p>
      <w:r>
        <w:br/>
        <w:t>— А чого в село потягнуло?</w:t>
      </w:r>
    </w:p>
    <w:p>
      <w:r>
        <w:br/>
        <w:t>— В село?.. Та подалі од хімії!.. Що од неї й синок народився калікою. На чисте повітря... На воду... Та й ліс тут у вас... Гриби, видать, водяться?..</w:t>
      </w:r>
    </w:p>
    <w:p>
      <w:r>
        <w:br/>
        <w:t>— Та щось наче є.— Ригорович ніколи грибів не збирав. Несолідно. Хіба що із сковорідки. Під самогонку. Закусь — ой-ой!</w:t>
      </w:r>
    </w:p>
    <w:p>
      <w:r>
        <w:br/>
        <w:t>Ще раз глянув у книжку, поставив основне запитання:</w:t>
      </w:r>
    </w:p>
    <w:p>
      <w:r>
        <w:br/>
        <w:t>— Горілкою балуєтесь?</w:t>
      </w:r>
    </w:p>
    <w:p>
      <w:r>
        <w:br/>
        <w:t>— Кинув... Як син народився... Не п’ю й не курю.</w:t>
      </w:r>
    </w:p>
    <w:p>
      <w:r>
        <w:br/>
        <w:t>"Наче й справді правду каже,— придивився пильніше Ригорович.— Ніс мовби не синій і пальці не засмалені". "Беру!" Повагався трохи для виду, потилицю почухав:</w:t>
      </w:r>
    </w:p>
    <w:p>
      <w:r>
        <w:br/>
        <w:t>— Один уже є на приміті, але так тому й бути — пишіть заяву.</w:t>
      </w:r>
    </w:p>
    <w:p>
      <w:r>
        <w:br/>
        <w:t>Іще поцікавився:</w:t>
      </w:r>
    </w:p>
    <w:p>
      <w:r>
        <w:br/>
        <w:t>— Де жити збираєтесь?</w:t>
      </w:r>
    </w:p>
    <w:p>
      <w:r>
        <w:br/>
        <w:t>— Та якусь розвалюху знайду...</w:t>
      </w:r>
    </w:p>
    <w:p>
      <w:r>
        <w:br/>
        <w:t>"Розвалюху"! Та в Ригоровича півсела порожнім стоїть. У сільраді, в отій книзі, що в ній реєструють і шлюби, й народження, одні лише похоронки. Школу давно вже закрили, дітей скоро будуть в музеях показувати. Хати, як дзвіночки, стоять із забитими вікнами. А цей — розвалюху.</w:t>
      </w:r>
    </w:p>
    <w:p>
      <w:r>
        <w:br/>
        <w:t>— Вибирайте, яка вам приглянеться. Дам команду — в сільраді оформлять.</w:t>
      </w:r>
    </w:p>
    <w:p>
      <w:r>
        <w:br/>
        <w:t>Електрик новий недовго хату й шукав. Проминув справні хати, що у центрі стояли, й оселився-таки в розвалюсі. Аж на кінці села.</w:t>
      </w:r>
    </w:p>
    <w:p>
      <w:r>
        <w:br/>
        <w:t>Зате до річки — два кроки. І луг — замалим не від порога. А простір — тільки небо і ліс, що на обрії. Повітря ж — задихнутися можна од кисню...</w:t>
      </w:r>
    </w:p>
    <w:p>
      <w:r>
        <w:br/>
        <w:t>І почалася кумедія. Для села, що придивлялося пильно до міських зайд — кожен крок стерегло.</w:t>
      </w:r>
    </w:p>
    <w:p>
      <w:r>
        <w:br/>
        <w:t>Вранці, ледь сонце витикалось на обрії, золотячи трави білі од інію — рання весна, ночами ще морозенко безборонно розгулює... Так рано-вранці вискакують батько й синок голі-голісінькі з хати, тільки й того, що в трусах, і біжать, біжать довкруг двору. Наче за ними розлючений собака женеться. Аж п’яти в обох миготять. А потім — на луг. До річки, на берег найвищий. І вже з того берега сторч головою у воду. Крижану: руку встромиш — обварить.</w:t>
      </w:r>
    </w:p>
    <w:p>
      <w:r>
        <w:br/>
        <w:t>— Ух!.. Ух!..— руками щосили вимахують, пірнаючи й плаваючи.</w:t>
      </w:r>
    </w:p>
    <w:p>
      <w:r>
        <w:br/>
        <w:t>— Кр-ра-со-ота! — аж виляски йдуть.</w:t>
      </w:r>
    </w:p>
    <w:p>
      <w:r>
        <w:br/>
        <w:t>Вискочать з річки і, не витираючись, додому галопом. Тільки мокрі труси лопотять.</w:t>
      </w:r>
    </w:p>
    <w:p>
      <w:r>
        <w:br/>
        <w:t>Ну, ви тільки скажіть: є цар у голові в того електрика? Виростив циганчука — не дитину: вітер, дощ навпіл зі снігом, а воно простоволосе й сорочка розхристана.</w:t>
      </w:r>
    </w:p>
    <w:p>
      <w:r>
        <w:br/>
        <w:t>А намаханий таточко ще й нахваляється:</w:t>
      </w:r>
    </w:p>
    <w:p>
      <w:r>
        <w:br/>
        <w:t>— Піддубний росте!</w:t>
      </w:r>
    </w:p>
    <w:p>
      <w:r>
        <w:br/>
        <w:t>Як та бідолашна жінка й витримує.</w:t>
      </w:r>
    </w:p>
    <w:p>
      <w:r>
        <w:br/>
        <w:t>Витримує. Очі виплакала, голос скричала, коли він немовля привчав до води. Як жабеня у ванну вкидав. А воно й не захлинулося жодного разу. Тільки оченята заплющувало та бульки пускало. Ще й усміхалося... Го-оспо-оди-и!..</w:t>
      </w:r>
    </w:p>
    <w:p>
      <w:r>
        <w:br/>
        <w:t>І ще з одного не втомлювалося дивуватись село: електрик таки й справді спиртного до рота не брав.</w:t>
      </w:r>
    </w:p>
    <w:p>
      <w:r>
        <w:br/>
        <w:t>У селі як? У селі за все звикли розплачуватись пляшкою. З отим, самогоном, що й коня зіб’є з копит.</w:t>
      </w:r>
    </w:p>
    <w:p>
      <w:r>
        <w:br/>
        <w:t>Бо грошима воно якось і не з руки. Та й які там гроші в селі! Копійки понадкушувані.</w:t>
      </w:r>
    </w:p>
    <w:p>
      <w:r>
        <w:br/>
        <w:t>А цей — горілки ні-ні — за спасибі все зробить.</w:t>
      </w:r>
    </w:p>
    <w:p>
      <w:r>
        <w:br/>
        <w:t>II</w:t>
      </w:r>
    </w:p>
    <w:p>
      <w:r>
        <w:br/>
        <w:t>Та що це я все: електрик, електрик! Наче людина й імені не має. Василь Іванович він. А прізвище його — Колодій. Колодій його прізвище.</w:t>
      </w:r>
    </w:p>
    <w:p>
      <w:r>
        <w:br/>
        <w:t>Ну, а синочка його, що Піддубним росте, звати Іваном. На честь діда назвали. Жінка ж — Євдокія. Явдоха або Дунька по-нашому. От і познайомились.</w:t>
      </w:r>
    </w:p>
    <w:p>
      <w:r>
        <w:br/>
        <w:t>III</w:t>
      </w:r>
    </w:p>
    <w:p>
      <w:r>
        <w:br/>
        <w:t>І став Колодій, як у казці мовиться, жить-поживать, добра наживать.</w:t>
      </w:r>
    </w:p>
    <w:p>
      <w:r>
        <w:br/>
        <w:t>Ну, щоб добра, то не дуже, яке там добро у колгоспі, що на ноги ніяк зіп’ястись не може! Як не старався Ригорович, який давно уже звикнувши по струнці перед начальством ходити. На все життя на носі собі зарубав, що за будь-яку ініціативу власними боками розплачуватись доводиться. Яке там життя у колгоспі, що наче вже й не колгосп, а якесь товариство, назву якого тверезим і не вимовиш, вщент розруйноване, і як його ставить на ноги, навіть сам Президент не докумекає разом із Кабінетом Міністрів та Верховною Радою... Яке там у біса життя, коли сам Ригорович каже, що в селі одні неліквіди та баби позапенсійного віку, які вже на ладан дихають, та дебіли, та алкоголіки — як і хазяйнувати з такими кадрами! Один порятунок — укласти договір із варягами — бізнесменами спритними, які і техніку приженуть, і зорють, і посіють, і зберуть, і змолотять, і вершечки всі заберуть, а людям, власникам отих паїв, що на них акти в Ригоровича в сейфі лежать, людям — дуля із маком! Самі корінці.</w:t>
      </w:r>
    </w:p>
    <w:p>
      <w:r>
        <w:br/>
        <w:t>А скільки Ригорович собі до кишені поклав — піди догадайся.</w:t>
      </w:r>
    </w:p>
    <w:p>
      <w:r>
        <w:br/>
        <w:t>Ото тільки й твого, що город та власне хазяйство.</w:t>
      </w:r>
    </w:p>
    <w:p>
      <w:r>
        <w:br/>
        <w:t>Заходився хазяйнувати і Василь Іванович, переконавшись, що з роботи в колгоспі не збагатієш.</w:t>
      </w:r>
    </w:p>
    <w:p>
      <w:r>
        <w:br/>
        <w:t>Спершу хату, оту розвалюху, до ладу привів. Фундамент підвів, щоб землю вікна не цілували, та й вікна, сліпаки сліпаками, поміняв на фабричні, піч переклав. Жінки, спасибі їм, помогли Дуні побілити і всередині, й зовні — засвітилась, засяяла хата великодньою крашанкою.</w:t>
      </w:r>
    </w:p>
    <w:p>
      <w:r>
        <w:br/>
        <w:t>Ну, й город зорати-засадити устигли. Не гірш, ніж в сусідів. Зазеленіло, повитикавши голівки з масного чорнозему,— любо-мило дивитися.</w:t>
      </w:r>
    </w:p>
    <w:p>
      <w:r>
        <w:br/>
        <w:t>І поросятко невдовзі зарохкало, й каченята, курчата по двору золотистими кульками розсипались, і козу завели породисту: вим’ям землю мете і молока щоденно по п’ять літрів дає.</w:t>
      </w:r>
    </w:p>
    <w:p>
      <w:r>
        <w:br/>
        <w:t>А Колодієві замало й цього: надумався розводити пасіку. Якось вичитав, що Піддубний медом з пергою силу накачував.</w:t>
      </w:r>
    </w:p>
    <w:p>
      <w:r>
        <w:br/>
        <w:t>На першому ж роєві обпікся добряче.</w:t>
      </w:r>
    </w:p>
    <w:p>
      <w:r>
        <w:br/>
        <w:t>Наче й правильно ящик підставив, у який надумався рій зібрати, і водою побризкав, а трусонув — бджоли не в ящик посипались — Колодієві на голову.</w:t>
      </w:r>
    </w:p>
    <w:p>
      <w:r>
        <w:br/>
        <w:t>Добре ж, що поруч відро з водою стояло. Намацав, ухопив, вилив на голову. До річки наосліп помчав...</w:t>
      </w:r>
    </w:p>
    <w:p>
      <w:r>
        <w:br/>
        <w:t>Попоносив же замість голови футбольний м’яч на плечах!</w:t>
      </w:r>
    </w:p>
    <w:p>
      <w:r>
        <w:br/>
        <w:t>Не одступився все одно. Таку мав натуру: за що не візьметься, мусить до кінця діло довести. Через "не можу". Через "умри, а зроби"!</w:t>
      </w:r>
    </w:p>
    <w:p>
      <w:r>
        <w:br/>
        <w:t>Отак потроху-потроху обжився Василь Іванович. Все в нього до ладу: і синок тільки відмінні оцінки приносить, і Дуняша з ранку до вечора дзиґою, в руках все горить, і з сусідами — жодної сварки, і як тільки де дроти обірвалися чи замкнуло — притьмом біжить рятувати. За так, за спасибі, горілки ні-ні. А добра слава, як і лиха, завжди попереду котиться.</w:t>
      </w:r>
    </w:p>
    <w:p>
      <w:r>
        <w:br/>
        <w:t>Навіть Ригорович з ним шанобливо вітатися став.</w:t>
      </w:r>
    </w:p>
    <w:p>
      <w:r>
        <w:br/>
        <w:t>Ну, що, здавалося б, ще чоловікові треба? Живи, працюй, на сина єдиного радуйся, та ще й дружина мила під боком... Ну, якщо коли й погризе, то не без цього — жінки, вони всі охочі об чоловіка зуби точити.</w:t>
      </w:r>
    </w:p>
    <w:p>
      <w:r>
        <w:br/>
        <w:t>А так: як не натомляться за день, як не облягає дрімота, як не кличе до себе постіль, обов’язково:</w:t>
      </w:r>
    </w:p>
    <w:p>
      <w:r>
        <w:br/>
        <w:t>— Ходімо, Дуню, на лавочку.</w:t>
      </w:r>
    </w:p>
    <w:p>
      <w:r>
        <w:br/>
        <w:t>Вийдуть із хати, сядуть — тиша довкруж, аж дзвенить. І повітря легені полоще. Дихаєш — не можеш надихатись. Мовчки посидять, як ніколи споріднені, і — до постелі...</w:t>
      </w:r>
    </w:p>
    <w:p>
      <w:r>
        <w:br/>
        <w:t>То що, здавалося б, ще чоловікові треба?</w:t>
      </w:r>
    </w:p>
    <w:p>
      <w:r>
        <w:br/>
        <w:t>Так ні ж — встряв у політику.</w:t>
      </w:r>
    </w:p>
    <w:p>
      <w:r>
        <w:br/>
        <w:t>IV</w:t>
      </w:r>
    </w:p>
    <w:p>
      <w:r>
        <w:br/>
        <w:t>Єдиний на всеньке село три газети виписував: "Народну газету", "Сільські вісті" та обласну. Ну, обласна, та мало займалась політикою. Все більше як хазяйнувати повчала. Василь Іванович для того її й передплатив — кріпко в науку вірив.</w:t>
      </w:r>
    </w:p>
    <w:p>
      <w:r>
        <w:br/>
        <w:t>А ці дві газети про політику криком кричали. На кожній сторінці.</w:t>
      </w:r>
    </w:p>
    <w:p>
      <w:r>
        <w:br/>
        <w:t>Вийде Василь Іванович, начитавшись газет, вийде очманілий на вулицю. З головою опухлою вийде. Та й підсяде до дядьків, що покурити до гурту зібралися. Про се, про те побалакати. Здебільшого про своє, про сільське, про клопоти, що обсідають щоденно.</w:t>
      </w:r>
    </w:p>
    <w:p>
      <w:r>
        <w:br/>
        <w:t>Про те, що грошей катма: ні за що в крамниці й солі купити.</w:t>
      </w:r>
    </w:p>
    <w:p>
      <w:r>
        <w:br/>
        <w:t>Що без світла живуть: через день вимикають електрику. А воно ж і до худобини вночі треба навідатись, і лоба не побить об одвірок. Та й воду доводиться з річки тягати... Добре ж, що хоч річка під боком.</w:t>
      </w:r>
    </w:p>
    <w:p>
      <w:r>
        <w:br/>
        <w:t>— Еге ж, то у тебе під боком! З вікна відром можна дістати. А з нашого кутка спробуй! Поки наносиш, то й ноги одвалюються...</w:t>
      </w:r>
    </w:p>
    <w:p>
      <w:r>
        <w:br/>
        <w:t>Що молокозавод, який щоранку присилає машину по молоко від корівок людських, махлює безбожно. По тридцять копійок за літр, щитай, що задаром. Невигідно й корову держати...</w:t>
      </w:r>
    </w:p>
    <w:p>
      <w:r>
        <w:br/>
        <w:t>Що трактори всі стоять, бо нема запчастин. Запчастини, щоправда, то є, запчастин у районі навалом, так у колгоспній касі вітер висвистує...</w:t>
      </w:r>
    </w:p>
    <w:p>
      <w:r>
        <w:br/>
        <w:t>— Свистітиме, коли солярка од зерна утричі дорожча... Весь урожай іде на солярку.</w:t>
      </w:r>
    </w:p>
    <w:p>
      <w:r>
        <w:br/>
        <w:t>— Учора просив машину, підкинуть дровець — бензину катма...</w:t>
      </w:r>
    </w:p>
    <w:p>
      <w:r>
        <w:br/>
        <w:t>— Кому — катма, а кому — хоч залийся.</w:t>
      </w:r>
    </w:p>
    <w:p>
      <w:r>
        <w:br/>
        <w:t>— Коней... Коней треба заводити.</w:t>
      </w:r>
    </w:p>
    <w:p>
      <w:r>
        <w:br/>
        <w:t>— Коні на ковбаси пішли.</w:t>
      </w:r>
    </w:p>
    <w:p>
      <w:r>
        <w:br/>
        <w:t>Й обов’язкова примовка:</w:t>
      </w:r>
    </w:p>
    <w:p>
      <w:r>
        <w:br/>
        <w:t>— Що не кажіть, а при Брежнєву таки лучче жилося.</w:t>
      </w:r>
    </w:p>
    <w:p>
      <w:r>
        <w:br/>
        <w:t>Отут Колодій і не витримав:</w:t>
      </w:r>
    </w:p>
    <w:p>
      <w:r>
        <w:br/>
        <w:t>— При Брежнєву!.. Та ми вже тоді до ями котилися! Тільки й того, що не встигли звалитись на самісіньке дно.</w:t>
      </w:r>
    </w:p>
    <w:p>
      <w:r>
        <w:br/>
        <w:t>— Що на дні, то на дні. Не знати, коли й виберемось.</w:t>
      </w:r>
    </w:p>
    <w:p>
      <w:r>
        <w:br/>
        <w:t>— Хе, чого захотіли — вибратись!.. Та ви подивіться, хто нами керує. Президент, що ні в тин ні в ворота?.. Депутати, які тіки дбають про те, щоб власні кишені набити зеленими?.. Чи начальство районне, яке усі ферми пожерло-спустошило?</w:t>
      </w:r>
    </w:p>
    <w:p>
      <w:r>
        <w:br/>
        <w:t>— Та воно мовби так,— обережно дядьки.— Воно конешно...</w:t>
      </w:r>
    </w:p>
    <w:p>
      <w:r>
        <w:br/>
        <w:t>— Мовби!.. А хто їх поставив? Хто за них голоси віддав? Бачили очі, що купували, тепер їжте, хоч повилазьте!</w:t>
      </w:r>
    </w:p>
    <w:p>
      <w:r>
        <w:br/>
        <w:t>Розпалиться Колодій — кулаками вимахує. Всіх підряд, не оглядаючись, криє.</w:t>
      </w:r>
    </w:p>
    <w:p>
      <w:r>
        <w:br/>
        <w:t>І дядьки потроху-потроху до тих "політбесід" починають звикати. Вже не так озираються. Погоджуються, що таки щось треба робити.</w:t>
      </w:r>
    </w:p>
    <w:p>
      <w:r>
        <w:br/>
        <w:t>Бо — розор. Безвихідь суцільна. Грабіж всенародний.</w:t>
      </w:r>
    </w:p>
    <w:p>
      <w:r>
        <w:br/>
        <w:t>— Що робити? — гне Колодій свою лінію.— Знизу треба починати! Ізнизу!</w:t>
      </w:r>
    </w:p>
    <w:p>
      <w:r>
        <w:br/>
        <w:t>Докотилися ті розмови і до Ригоровича. Перестрів якось Коло— дія, буркнув:</w:t>
      </w:r>
    </w:p>
    <w:p>
      <w:r>
        <w:br/>
        <w:t>— Зайдіть!</w:t>
      </w:r>
    </w:p>
    <w:p>
      <w:r>
        <w:br/>
        <w:t>Не хотів, видать, розмовляти при свідках. Що вже й вуха понашорошували.</w:t>
      </w:r>
    </w:p>
    <w:p>
      <w:r>
        <w:br/>
        <w:t>— Що ви там язиком дурним плещете?</w:t>
      </w:r>
    </w:p>
    <w:p>
      <w:r>
        <w:br/>
        <w:t>— Собака плеще — не я! — спалахнув Колодій.</w:t>
      </w:r>
    </w:p>
    <w:p>
      <w:r>
        <w:br/>
        <w:t>У Ригоровича й жовна заграли:</w:t>
      </w:r>
    </w:p>
    <w:p>
      <w:r>
        <w:br/>
        <w:t>— Ви от що: робіть своє діло, а народ не підбурюйте. Бо так і догратися можна...</w:t>
      </w:r>
    </w:p>
    <w:p>
      <w:r>
        <w:br/>
        <w:t>— Не лякайте, я уже ляканий! А до того, що я говорю, вам діла немає.</w:t>
      </w:r>
    </w:p>
    <w:p>
      <w:r>
        <w:br/>
        <w:t>Вискочив Колодій — грюкнув дверима. І довго по тому ця розмова кипіла у ньому. Уночі навіть заснути не міг.</w:t>
      </w:r>
    </w:p>
    <w:p>
      <w:r>
        <w:br/>
        <w:t>Пригадував усе, що йому люди розповідали тихцем, "по шекрету".</w:t>
      </w:r>
    </w:p>
    <w:p>
      <w:r>
        <w:br/>
        <w:t>І про отой схрон посеред лісу, куди начальство "тропу Хошіміна" проклало.</w:t>
      </w:r>
    </w:p>
    <w:p>
      <w:r>
        <w:br/>
        <w:t>І про двоповерховий будинок, що на всеньке село безсовісно вікнами світить. Що його заробітчани з Карпат збудували замість критого току. А хто платив за роботу? Звісно ж, із каси колгоспної.</w:t>
      </w:r>
    </w:p>
    <w:p>
      <w:r>
        <w:br/>
        <w:t>І про "Волгу" новісіньку.</w:t>
      </w:r>
    </w:p>
    <w:p>
      <w:r>
        <w:br/>
        <w:t>І про трикімнатну квартиру, що її дочці у Києві купив, коли віддавав заміж.</w:t>
      </w:r>
    </w:p>
    <w:p>
      <w:r>
        <w:br/>
        <w:t>А скільки ж це грошви довелося з кишені вигорнути! Де він їх взяв?</w:t>
      </w:r>
    </w:p>
    <w:p>
      <w:r>
        <w:br/>
        <w:t>І про крамничку, що стояла як лялечка. Де вона ділася? Таж Ригорович її віддав прокуророві! Тому, бач, цегла на свинарник потрібна була. От і розібрав до цеглини крамничку, сорок гривень заплативши у касу.</w:t>
      </w:r>
    </w:p>
    <w:p>
      <w:r>
        <w:br/>
        <w:t>А голова сільради!.. Хто ж, як не Ригорович, свого шофера на голову сільради пропхнув. Був Митьком — Митьком і лишився. Для Ригоровича, звісно. Всі його команди виконує...</w:t>
      </w:r>
    </w:p>
    <w:p>
      <w:r>
        <w:br/>
        <w:t>Ну а з паюванням землі то суцільна кумедія. Походіть, попитайте в людей, де його пай. Хіба що на бумазі отій, що у сейфі Ригоровича. Разом з актами. Що їх люди і в очі не бачили.</w:t>
      </w:r>
    </w:p>
    <w:p>
      <w:r>
        <w:br/>
        <w:t>Був колгосп — колгосп і лишився. Тільки що назву змінили.</w:t>
      </w:r>
    </w:p>
    <w:p>
      <w:r>
        <w:br/>
        <w:t>Думав, мучився Колодій — ніяк не міг заспокоїтись.</w:t>
      </w:r>
    </w:p>
    <w:p>
      <w:r>
        <w:br/>
        <w:t>У газету писати?</w:t>
      </w:r>
    </w:p>
    <w:p>
      <w:r>
        <w:br/>
        <w:t>Колись писав, пробував. Надрукували, а толку? На ньому ж усе й окотилося. Причепились до чогось, розряд понизили.</w:t>
      </w:r>
    </w:p>
    <w:p>
      <w:r>
        <w:br/>
        <w:t>Дзвонить до району?.. В область?.. У Київ?..</w:t>
      </w:r>
    </w:p>
    <w:p>
      <w:r>
        <w:br/>
        <w:t>Аякже, додзвонишся!..</w:t>
      </w:r>
    </w:p>
    <w:p>
      <w:r>
        <w:br/>
        <w:t>Все в один клубок зав’язалося, всі продані й куплені.</w:t>
      </w:r>
    </w:p>
    <w:p>
      <w:r>
        <w:br/>
        <w:t>Колись до Президента достукався — листа написав. Знайомого в Києві попросив однести в канцелярію — не довіряв уже й пошті...</w:t>
      </w:r>
    </w:p>
    <w:p>
      <w:r>
        <w:br/>
        <w:t>І що з того вийшло? Пшик з того вийшов! Переслали листа, відфутболили тим, на кого він у листі тому й скаржився,— вживіть заходів, повідомте.</w:t>
      </w:r>
    </w:p>
    <w:p>
      <w:r>
        <w:br/>
        <w:t>Вжили... Повідомили... Місяць тягали: допитувались, чого це він надумався Президента тривожити...</w:t>
      </w:r>
    </w:p>
    <w:p>
      <w:r>
        <w:br/>
        <w:t>Народ! Народ піднімати — нема іншого виходу!</w:t>
      </w:r>
    </w:p>
    <w:p>
      <w:r>
        <w:br/>
        <w:t>V</w:t>
      </w:r>
    </w:p>
    <w:p>
      <w:r>
        <w:br/>
        <w:t>І настав день виборів, коли вирішувалась доля села.</w:t>
      </w:r>
    </w:p>
    <w:p>
      <w:r>
        <w:br/>
        <w:t>Ригорович "Волгу" свою не пожалів: пенсіонерів на голосування привозив-відвозив.</w:t>
      </w:r>
    </w:p>
    <w:p>
      <w:r>
        <w:br/>
        <w:t>Дров майже в кожен двір завіз — де й солярки дістав.</w:t>
      </w:r>
    </w:p>
    <w:p>
      <w:r>
        <w:br/>
        <w:t>Газ обіцяв у кожну хату провести.</w:t>
      </w:r>
    </w:p>
    <w:p>
      <w:r>
        <w:br/>
        <w:t>З усіма запросто ручкався.</w:t>
      </w:r>
    </w:p>
    <w:p>
      <w:r>
        <w:br/>
        <w:t>Колодій же ішов на голосування переконаний у перемозі. Майже всі двори обходив, пояснюючи, що і до чого. Всі з ним погоджувалися, всі! Бабусі вслід хрестили: "Помагай тобі Бог, чоловіче добрий!"</w:t>
      </w:r>
    </w:p>
    <w:p>
      <w:r>
        <w:br/>
        <w:t>Не зупинило і те, що уночі хтось усі вулики водою по вінця залив.</w:t>
      </w:r>
    </w:p>
    <w:p>
      <w:r>
        <w:br/>
        <w:t>І листи підкидні з погрозою хату спалити.</w:t>
      </w:r>
    </w:p>
    <w:p>
      <w:r>
        <w:br/>
        <w:t>Дуня перевелася нінащо: ночі не спала,</w:t>
      </w:r>
    </w:p>
    <w:p>
      <w:r>
        <w:br/>
        <w:t>А він тільки зціплював зуби: "Переможемо — всіх до нігтя притиснемо!"</w:t>
      </w:r>
    </w:p>
    <w:p>
      <w:r>
        <w:br/>
        <w:t>Проголосували, порахували: два проценти за нього.</w:t>
      </w:r>
    </w:p>
    <w:p>
      <w:r>
        <w:br/>
        <w:t>Вертався додому — руки од гніву трусилися: "Та пропадіть ви пропадом, щоб я підставляв за вас голову! Хочете жити в болоті — здихайте в болоті!"</w:t>
      </w:r>
    </w:p>
    <w:p>
      <w:r>
        <w:br/>
        <w:t>VI</w:t>
      </w:r>
    </w:p>
    <w:p>
      <w:r>
        <w:br/>
        <w:t>Поспіхом, за безцінь, спродався і виїхав.</w:t>
      </w:r>
    </w:p>
    <w:p>
      <w:r>
        <w:br/>
        <w:t>І зітхнув полегшено Ригорович: збувся "Божої кари".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"Божа кара"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