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Борцеві</w:t>
      </w:r>
    </w:p>
    <w:p>
      <w:r>
        <w:br/>
        <w:t xml:space="preserve"> Не трать надій:&lt;br /&gt;</w:t>
        <w:br/>
        <w:t>Ти згинеш,— слід&lt;br /&gt;</w:t>
        <w:br/>
        <w:t>Твоїх подій&lt;br /&gt;</w:t>
        <w:br/>
        <w:t>Розтопить лід</w:t>
      </w:r>
    </w:p>
    <w:p>
      <w:r>
        <w:br/>
        <w:t>В серцях катів,&lt;br /&gt;</w:t>
        <w:br/>
        <w:t>Любов натхне&lt;br /&gt;</w:t>
        <w:br/>
        <w:t>Їм до братів...&lt;br /&gt;</w:t>
        <w:br/>
        <w:t>Вік промине;</w:t>
      </w:r>
    </w:p>
    <w:p>
      <w:r>
        <w:br/>
        <w:t>Любов же та&lt;br /&gt;</w:t>
        <w:br/>
        <w:t>Одним одна,&lt;br /&gt;</w:t>
        <w:br/>
        <w:t>Що день — свята,&lt;br /&gt;</w:t>
        <w:br/>
        <w:t>Що день — ясна,</w:t>
      </w:r>
    </w:p>
    <w:p>
      <w:r>
        <w:br/>
        <w:t>Переживе&lt;br /&gt;</w:t>
        <w:br/>
        <w:t>І всіх і все,&lt;br /&gt;</w:t>
        <w:br/>
        <w:t>Життя нове&lt;br /&gt;</w:t>
        <w:br/>
        <w:t>У мир внесе!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Борцеві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