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Боротьба</w:t>
      </w:r>
    </w:p>
    <w:p>
      <w:r>
        <w:br/>
        <w:t xml:space="preserve"> В тузі, в неволі юність минає,&lt;br /&gt;</w:t>
        <w:br/>
        <w:t>Кров в моїх жилах гірко бурхає,&lt;br /&gt;</w:t>
        <w:br/>
        <w:t>Погляд похмурий, розум не бачить —&lt;br /&gt;</w:t>
        <w:br/>
        <w:t>Зло чи добро мені в світі віддячить.&lt;br /&gt;</w:t>
        <w:br/>
        <w:t>Спогади важко на душу лягають&lt;br /&gt;</w:t>
        <w:br/>
        <w:t>В пам'яті злобній весь час виринають,&lt;br /&gt;</w:t>
        <w:br/>
        <w:t>В грудях любові ні тої краплини —&lt;br /&gt;</w:t>
        <w:br/>
        <w:t>Сон без надії, сон домовини.&lt;br /&gt;</w:t>
        <w:br/>
        <w:t>Совість покажеш — прозвуть божевільним.&lt;br /&gt;</w:t>
        <w:br/>
        <w:t>Дурням же слава, їм кадять, як сильним:&lt;br /&gt;</w:t>
        <w:br/>
        <w:t>Він, бач, багатий, весь час не з простими.&lt;br /&gt;</w:t>
        <w:br/>
        <w:t>Скільки він бідних замучив живими!&lt;br /&gt;</w:t>
        <w:br/>
        <w:t>Що йому сироти, що йому діти!&lt;br /&gt;</w:t>
        <w:br/>
        <w:t>В церкві він молиться — теж щоб дурити,&lt;br /&gt;</w:t>
        <w:br/>
        <w:t>Молиться, хреститься, богу клянеться:&lt;br /&gt;</w:t>
        <w:br/>
        <w:t>Бідних, аякже, люблю, як ведеться.&lt;br /&gt;</w:t>
        <w:br/>
        <w:t>Лютий, бездушний громади мучитель!&lt;br /&gt;</w:t>
        <w:br/>
        <w:t>Піп перед ним — робить шани ознаки,&lt;br /&gt;</w:t>
        <w:br/>
        <w:t>Шапку скидає заляканий вчитель,&lt;br /&gt;</w:t>
        <w:br/>
        <w:t>Ну, а в газетах напишуть писаки:&lt;br /&gt;</w:t>
        <w:br/>
        <w:t>Страх перед богом — початок начала&lt;br /&gt;</w:t>
        <w:br/>
        <w:t>Всякої мудрості... Так це казала&lt;br /&gt;</w:t>
        <w:br/>
        <w:t>Зграя вовків у тій шкурі овечій,-&lt;br /&gt;</w:t>
        <w:br/>
        <w:t>Лож на основі на цій же — всі речі&lt;br /&gt;</w:t>
        <w:br/>
        <w:t>Тільки тобі хай, а розум людини&lt;br /&gt;</w:t>
        <w:br/>
        <w:t>Треба скувать ланцюгами твердими!&lt;br /&gt;</w:t>
        <w:br/>
        <w:t>Ось Соломон — був тираном розпутним,&lt;br /&gt;</w:t>
        <w:br/>
        <w:t>В рай же попав він з вітром попутним.&lt;br /&gt;</w:t>
        <w:br/>
        <w:t>Що говорив він — правдиве? неложнє?&lt;br /&gt;</w:t>
        <w:br/>
        <w:t>Дурням казав він пустопорожнє.&lt;br /&gt;</w:t>
        <w:br/>
        <w:t>В світі ще й зараз пересторога:&lt;br /&gt;</w:t>
        <w:br/>
        <w:t>"Пута й канчук — від царя і від бога".</w:t>
      </w:r>
    </w:p>
    <w:p>
      <w:r>
        <w:br/>
        <w:t>Брехні попівські! Ми знаєм: одвічно&lt;br /&gt;</w:t>
        <w:br/>
        <w:t>Розум і совість тож борються з ними.&lt;br /&gt;</w:t>
        <w:br/>
        <w:t>В муках вмирали борці героїчно,-&lt;br /&gt;</w:t>
        <w:br/>
        <w:t>Трудно боротись з думками старими!&lt;br /&gt;</w:t>
        <w:br/>
        <w:t>Люди в ярмі — і голодні, і босі&lt;br /&gt;</w:t>
        <w:br/>
        <w:t>(Зло і тиранство в пошані ще й досі)&lt;br /&gt;</w:t>
        <w:br/>
        <w:t>Руку важкую залізну цілують,&lt;br /&gt;</w:t>
        <w:br/>
        <w:t>Чорній брехні надають вони віри.&lt;br /&gt;</w:t>
        <w:br/>
        <w:t>Гнися, молись,— це вони все так учать,&lt;br /&gt;</w:t>
        <w:br/>
        <w:t>Хай хоч і шкуру здеруть з тебе звірі,&lt;br /&gt;</w:t>
        <w:br/>
        <w:t>Кров з тебе гади вип'ють, замучать,-&lt;br /&gt;</w:t>
        <w:br/>
        <w:t>Тільки на бога одного й надійся:&lt;br /&gt;</w:t>
        <w:br/>
        <w:t>"Боже, помилуй, я грішник, я знаю".&lt;br /&gt;</w:t>
        <w:br/>
        <w:t>Кланяйся, лобом об землю бийся,&lt;br /&gt;</w:t>
        <w:br/>
        <w:t>Бог тобі скаже — люблю, то й караю!..&lt;br /&gt;</w:t>
        <w:br/>
        <w:t>Так уже йдеться! Земля — пустиня,&lt;br /&gt;</w:t>
        <w:br/>
        <w:t>Царством брехні та рабства прибита.&lt;br /&gt;</w:t>
        <w:br/>
        <w:t>День, чи то ніч — все ти раб і рабиня,&lt;br /&gt;</w:t>
        <w:br/>
        <w:t>З віка у вік та ж доріженька бита.&lt;br /&gt;</w:t>
        <w:br/>
        <w:t>В царстві ж у тому, де все безсердечне,&lt;br /&gt;</w:t>
        <w:br/>
        <w:t>В царстві розпусти, підлоти і бруду,&lt;br /&gt;</w:t>
        <w:br/>
        <w:t>В царстві скорботи — зло безконечне!&lt;br /&gt;</w:t>
        <w:br/>
        <w:t>Буря ось гряне! З очей геть полуду!&lt;br /&gt;</w:t>
        <w:br/>
        <w:t>Скоро підлоті вже край, кінець...&lt;br /&gt;</w:t>
        <w:br/>
        <w:t>Скоро гукнем ми: Хліб чи свинець!"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Боротьба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