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Борис Годунов</w:t>
      </w:r>
    </w:p>
    <w:p>
      <w:r>
        <w:br/>
        <w:t xml:space="preserve"> БОРИС ГОДУНОВ</w:t>
      </w:r>
    </w:p>
    <w:p>
      <w:r>
        <w:br/>
        <w:t>• Сцена 1. Кремлівські палати&lt;br /&gt;</w:t>
        <w:br/>
        <w:t>• Сцена 2. Красна площа&lt;br /&gt;</w:t>
        <w:br/>
        <w:t>• Сцена 3. Дівоче поле. Новодівочий монастир&lt;br /&gt;</w:t>
        <w:br/>
        <w:t>• Сцена 4. Кремлівські палати&lt;br /&gt;</w:t>
        <w:br/>
        <w:t>• Сцена 5. Ніч. Келія в Чудовому монастирі&lt;br /&gt;</w:t>
        <w:br/>
        <w:t>• Сцена 6. Палати патріарха&lt;br /&gt;</w:t>
        <w:br/>
        <w:t>• Сцена 7. Царські палати&lt;br /&gt;</w:t>
        <w:br/>
        <w:t>• Сцена 8. Корчма на литовськім кордоні&lt;br /&gt;</w:t>
        <w:br/>
        <w:t>• Сцена 9. Москва. Дім Шуйського&lt;br /&gt;</w:t>
        <w:br/>
        <w:t>• Сцена 10. Царські палати&lt;br /&gt;</w:t>
        <w:br/>
        <w:t>• Сцена 11. Краков. Дім Вишневецького&lt;br /&gt;</w:t>
        <w:br/>
        <w:t>• Сцена 12. Замок воєводи Мнішка в Самборі&lt;br /&gt;</w:t>
        <w:br/>
        <w:t>• Сцена 13. Ніч. Сад. Фонтан&lt;br /&gt;</w:t>
        <w:br/>
        <w:t>• Сцена 14. Кордон литовський&lt;br /&gt;</w:t>
        <w:br/>
        <w:t>• Сцена 15. Царська Дума&lt;br /&gt;</w:t>
        <w:br/>
        <w:t>• Сцена 16. Рівнина коло Новгорода-Сіверського&lt;br /&gt;</w:t>
        <w:br/>
        <w:t>• Сцена 17. Площа перед собором у Москві&lt;br /&gt;</w:t>
        <w:br/>
        <w:t>• Сцена 18. Сєвськ&lt;br /&gt;</w:t>
        <w:br/>
        <w:t>• Сцена 19. Ліс&lt;br /&gt;</w:t>
        <w:br/>
        <w:t>• Сцена 20. Москва, царські палати&lt;br /&gt;</w:t>
        <w:br/>
        <w:t>• Сцена 21. Ставка&lt;br /&gt;</w:t>
        <w:br/>
        <w:t>• Сцена 22. Лобне місце&lt;br /&gt;</w:t>
        <w:br/>
        <w:t>• Сцена 23. Кремль. Дім борисів. Сторожа біля ганку&lt;br /&gt;</w:t>
        <w:br/>
        <w:t>Дорогоцінній для росіян пам'яті Миколи Михайловича Карамзіна цей труд, генієм його натхнений, з благоговінням і вдячністю присвячує&lt;br /&gt;</w:t>
        <w:br/>
        <w:t>Олександр Пушкін&lt;br /&gt;</w:t>
        <w:br/>
        <w:t>КРЕМЛІВСЬКІ ПАЛАТИ</w:t>
      </w:r>
    </w:p>
    <w:p>
      <w:r>
        <w:br/>
        <w:t>(1598 року, 20 лютого)</w:t>
      </w:r>
    </w:p>
    <w:p>
      <w:r>
        <w:br/>
        <w:t>Князі Шуйський та Воротинський.</w:t>
      </w:r>
    </w:p>
    <w:p>
      <w:r>
        <w:br/>
        <w:t>Воротинський</w:t>
      </w:r>
    </w:p>
    <w:p>
      <w:r>
        <w:br/>
        <w:t>Споряджені ми доглядати місто,&lt;br /&gt;</w:t>
        <w:br/>
        <w:t>Та ні за ким нам, мабуть, пильнувать:&lt;br /&gt;</w:t>
        <w:br/>
        <w:t>Москва пуста; услід за патріархом&lt;br /&gt;</w:t>
        <w:br/>
        <w:t>У монастир пішов і весь народ.&lt;br /&gt;</w:t>
        <w:br/>
        <w:t>Як думаєш, тривога чим скінчиться?</w:t>
      </w:r>
    </w:p>
    <w:p>
      <w:r>
        <w:br/>
        <w:t>Шуйський</w:t>
      </w:r>
    </w:p>
    <w:p>
      <w:r>
        <w:br/>
        <w:t>Скінчиться чим? Не важко це вгадать:&lt;br /&gt;</w:t>
        <w:br/>
        <w:t>Народ іще повиє та поплаче,&lt;br /&gt;</w:t>
        <w:br/>
        <w:t>Борис іще поморщиться недовго,&lt;br /&gt;</w:t>
        <w:br/>
        <w:t>Як п'яниця над чаркою вина,&lt;br /&gt;</w:t>
        <w:br/>
        <w:t>І під кінець по милості своїй&lt;br /&gt;</w:t>
        <w:br/>
        <w:t>Прийнять вінець погодиться смиренно;&lt;br /&gt;</w:t>
        <w:br/>
        <w:t>А там — а там він буде нами править&lt;br /&gt;</w:t>
        <w:br/>
        <w:t>По-давньому.</w:t>
      </w:r>
    </w:p>
    <w:p>
      <w:r>
        <w:br/>
        <w:t>Воротинський</w:t>
      </w:r>
    </w:p>
    <w:p>
      <w:r>
        <w:br/>
        <w:t>Та місяць вже минув,&lt;br /&gt;</w:t>
        <w:br/>
        <w:t>Як він замкнувсь в монастирі з сестрою&lt;br /&gt;</w:t>
        <w:br/>
        <w:t>І все земне, здається, геть покинув.&lt;br /&gt;</w:t>
        <w:br/>
        <w:t>Ні патріарх, ані бояри думні&lt;br /&gt;</w:t>
        <w:br/>
        <w:t>Схилить його і досі не могли;&lt;br /&gt;</w:t>
        <w:br/>
        <w:t>Не слухає ні слізного благання,&lt;br /&gt;</w:t>
        <w:br/>
        <w:t>Ні умовлянь, ні стогону Москви,&lt;br /&gt;</w:t>
        <w:br/>
        <w:t>Ні голосу Великого собору.&lt;br /&gt;</w:t>
        <w:br/>
        <w:t>Його сестру даремно умовляли&lt;br /&gt;</w:t>
        <w:br/>
        <w:t>Благословить Бориса на державу;&lt;br /&gt;</w:t>
        <w:br/>
        <w:t>Засмучена монахиня-цариця&lt;br /&gt;</w:t>
        <w:br/>
        <w:t>Як він тверда, як він неублаганна.&lt;br /&gt;</w:t>
        <w:br/>
        <w:t>Знать, сам Борис цей дух навіяв їй.&lt;br /&gt;</w:t>
        <w:br/>
        <w:t>А що коли правитель наш і справді&lt;br /&gt;</w:t>
        <w:br/>
        <w:t>Державними турботами стомився&lt;br /&gt;</w:t>
        <w:br/>
        <w:t>І на престол безвладний не зійде?&lt;br /&gt;</w:t>
        <w:br/>
        <w:t>Що скажеш ти?</w:t>
      </w:r>
    </w:p>
    <w:p>
      <w:r>
        <w:br/>
        <w:t>Шуйський</w:t>
      </w:r>
    </w:p>
    <w:p>
      <w:r>
        <w:br/>
        <w:t>Скажу я, що даремно&lt;br /&gt;</w:t>
        <w:br/>
        <w:t>Лилася кров царевича малого;&lt;br /&gt;</w:t>
        <w:br/>
        <w:t>І якщо так, Димитрій міг би жить.</w:t>
      </w:r>
    </w:p>
    <w:p>
      <w:r>
        <w:br/>
        <w:t>Воротинський</w:t>
      </w:r>
    </w:p>
    <w:p>
      <w:r>
        <w:br/>
        <w:t>Яке страшне злочинство! Та чи справді ж&lt;br /&gt;</w:t>
        <w:br/>
        <w:t>Царевича згубив Борис?</w:t>
      </w:r>
    </w:p>
    <w:p>
      <w:r>
        <w:br/>
        <w:t>Шуйський</w:t>
      </w:r>
    </w:p>
    <w:p>
      <w:r>
        <w:br/>
        <w:t>А хто ще?&lt;br /&gt;</w:t>
        <w:br/>
        <w:t>Хто підкупав намарне Чепчугова?&lt;br /&gt;</w:t>
        <w:br/>
        <w:t>Хто підіслав лукаво Битяговських&lt;br /&gt;</w:t>
        <w:br/>
        <w:t>З Качаловим? До Углича мене&lt;br /&gt;</w:t>
        <w:br/>
        <w:t>Розвідати оту послали справу:&lt;br /&gt;</w:t>
        <w:br/>
        <w:t>Наїхав я на свіжі ще сліди;&lt;br /&gt;</w:t>
        <w:br/>
        <w:t>Все місто там було злочинства свідком,&lt;br /&gt;</w:t>
        <w:br/>
        <w:t>Посвідчили в одно всі громадяни;&lt;br /&gt;</w:t>
        <w:br/>
        <w:t>І, як вернувсь, я міг єдиним словом&lt;br /&gt;</w:t>
        <w:br/>
        <w:t>Враз викрити таємного злочинця.</w:t>
      </w:r>
    </w:p>
    <w:p>
      <w:r>
        <w:br/>
        <w:t>Воротинський</w:t>
      </w:r>
    </w:p>
    <w:p>
      <w:r>
        <w:br/>
        <w:t>Чому ж бо ти його тоді не знищив?</w:t>
      </w:r>
    </w:p>
    <w:p>
      <w:r>
        <w:br/>
        <w:t>Шуйський</w:t>
      </w:r>
    </w:p>
    <w:p>
      <w:r>
        <w:br/>
        <w:t>Збентежив він, признаюся, мене&lt;br /&gt;</w:t>
        <w:br/>
        <w:t>Спокійною безстидністю своєю;&lt;br /&gt;</w:t>
        <w:br/>
        <w:t>У вічі він дививсь, немов невинний,&lt;br /&gt;</w:t>
        <w:br/>
        <w:t>Розпитував, в подробиці вдававсь —&lt;br /&gt;</w:t>
        <w:br/>
        <w:t>І перед ним я повторив дурницю,&lt;br /&gt;</w:t>
        <w:br/>
        <w:t>Яку мені він сам же й нашептав.</w:t>
      </w:r>
    </w:p>
    <w:p>
      <w:r>
        <w:br/>
        <w:t>Воротинський</w:t>
      </w:r>
    </w:p>
    <w:p>
      <w:r>
        <w:br/>
        <w:t>Недобре, князь.</w:t>
      </w:r>
    </w:p>
    <w:p>
      <w:r>
        <w:br/>
        <w:t>Шуйський</w:t>
      </w:r>
    </w:p>
    <w:p>
      <w:r>
        <w:br/>
        <w:t>А що ж я мав чинити?&lt;br /&gt;</w:t>
        <w:br/>
        <w:t>Про все сказать Феодору? Та цар&lt;br /&gt;</w:t>
        <w:br/>
        <w:t>На все дививсь очима Годунова,&lt;br /&gt;</w:t>
        <w:br/>
        <w:t>Все слухав він ушима Годунова:&lt;br /&gt;</w:t>
        <w:br/>
        <w:t>Коли б я й зміг його переконать,&lt;br /&gt;</w:t>
        <w:br/>
        <w:t>Борис би вмить його порушив певність,&lt;br /&gt;</w:t>
        <w:br/>
        <w:t>А там мене ж у заслання б послали,&lt;br /&gt;</w:t>
        <w:br/>
        <w:t>Та в добрий час, як дядечка мого,&lt;br /&gt;</w:t>
        <w:br/>
        <w:t>В глухій тюрмі тихенько б задушили.&lt;br /&gt;</w:t>
        <w:br/>
        <w:t>Я не хвалюсь, проте, як доведеться,&lt;br /&gt;</w:t>
        <w:br/>
        <w:t>Найбільша з кар не настрашить мене;&lt;br /&gt;</w:t>
        <w:br/>
        <w:t>Не боягуз, але й не дурень я,&lt;br /&gt;</w:t>
        <w:br/>
        <w:t>І у петлю даремно не полізу.</w:t>
      </w:r>
    </w:p>
    <w:p>
      <w:r>
        <w:br/>
        <w:t>Воротинський</w:t>
      </w:r>
    </w:p>
    <w:p>
      <w:r>
        <w:br/>
        <w:t>Яке страшне злочинство! Слухай, мабуть,&lt;br /&gt;</w:t>
        <w:br/>
        <w:t>Розкаяння тривожить душогуба:&lt;br /&gt;</w:t>
        <w:br/>
        <w:t>Річ певна, кров невинної дитини&lt;br /&gt;</w:t>
        <w:br/>
        <w:t>Ступити заважає на престол.</w:t>
      </w:r>
    </w:p>
    <w:p>
      <w:r>
        <w:br/>
        <w:t>Шуйський</w:t>
      </w:r>
    </w:p>
    <w:p>
      <w:r>
        <w:br/>
        <w:t>Переступне; Борис не із лякливих!&lt;br /&gt;</w:t>
        <w:br/>
        <w:t>Яка нам честь, усій святій Русі!&lt;br /&gt;</w:t>
        <w:br/>
        <w:t>Вчорашній раб, татарин, зять Малюти,&lt;br /&gt;</w:t>
        <w:br/>
        <w:t>Катюги зять і сам душею кат,&lt;br /&gt;</w:t>
        <w:br/>
        <w:t>Візьме вінець і барми Мономаха...</w:t>
      </w:r>
    </w:p>
    <w:p>
      <w:r>
        <w:br/>
        <w:t>Воротинський</w:t>
      </w:r>
    </w:p>
    <w:p>
      <w:r>
        <w:br/>
        <w:t>Так, родом він не знатний; ми знатніші.</w:t>
      </w:r>
    </w:p>
    <w:p>
      <w:r>
        <w:br/>
        <w:t>Шуйський</w:t>
      </w:r>
    </w:p>
    <w:p>
      <w:r>
        <w:br/>
        <w:t>Здається, так.</w:t>
      </w:r>
    </w:p>
    <w:p>
      <w:r>
        <w:br/>
        <w:t>Воротинський</w:t>
      </w:r>
    </w:p>
    <w:p>
      <w:r>
        <w:br/>
        <w:t>Бач, Шуйський, Воротинський...&lt;br /&gt;</w:t>
        <w:br/>
        <w:t>Сказати лиш, природжені князі.</w:t>
      </w:r>
    </w:p>
    <w:p>
      <w:r>
        <w:br/>
        <w:t>Шуйський</w:t>
      </w:r>
    </w:p>
    <w:p>
      <w:r>
        <w:br/>
        <w:t>Природжені, від Рюрика пішли ми.</w:t>
      </w:r>
    </w:p>
    <w:p>
      <w:r>
        <w:br/>
        <w:t>Воротинський</w:t>
      </w:r>
    </w:p>
    <w:p>
      <w:r>
        <w:br/>
        <w:t>Тож, князю мій, ми б мали певне право&lt;br /&gt;</w:t>
        <w:br/>
        <w:t>На спадщину Феодора.</w:t>
      </w:r>
    </w:p>
    <w:p>
      <w:r>
        <w:br/>
        <w:t>Шуйський</w:t>
      </w:r>
    </w:p>
    <w:p>
      <w:r>
        <w:br/>
        <w:t>Ще більше, Ніж Годунов.</w:t>
      </w:r>
    </w:p>
    <w:p>
      <w:r>
        <w:br/>
        <w:t>Воротинський</w:t>
      </w:r>
    </w:p>
    <w:p>
      <w:r>
        <w:br/>
        <w:t>Воно ж і справді!</w:t>
      </w:r>
    </w:p>
    <w:p>
      <w:r>
        <w:br/>
        <w:t>Шуйський</w:t>
      </w:r>
    </w:p>
    <w:p>
      <w:r>
        <w:br/>
        <w:t>Що ж?&lt;br /&gt;</w:t>
        <w:br/>
        <w:t>Якщо Борис не кине хитрувати,&lt;br /&gt;</w:t>
        <w:br/>
        <w:t>Давай народ уміло хвилювать.&lt;br /&gt;</w:t>
        <w:br/>
        <w:t>Нехай вони покинуть Годунова;&lt;br /&gt;</w:t>
        <w:br/>
        <w:t>Своїх князів у них доволі, хай&lt;br /&gt;</w:t>
        <w:br/>
        <w:t>Собі царя по згоді оберуть.</w:t>
      </w:r>
    </w:p>
    <w:p>
      <w:r>
        <w:br/>
        <w:t>Воротинський</w:t>
      </w:r>
    </w:p>
    <w:p>
      <w:r>
        <w:br/>
        <w:t>Не мало нас, варягових нащадків,&lt;br /&gt;</w:t>
        <w:br/>
        <w:t>Та важко нам змагаться з Годуновим;&lt;br /&gt;</w:t>
        <w:br/>
        <w:t>Народ одвик в нас бачить древню парость&lt;br /&gt;</w:t>
        <w:br/>
        <w:t>Уславлених володарів своїх.&lt;br /&gt;</w:t>
        <w:br/>
        <w:t>Уже давно ми позбулись уділів,&lt;br /&gt;</w:t>
        <w:br/>
        <w:t>Давно царям ми, як підручні, служим.&lt;br /&gt;</w:t>
        <w:br/>
        <w:t>А він умів і страхом, і любов'ю,&lt;br /&gt;</w:t>
        <w:br/>
        <w:t>І славою народ зачарувать.</w:t>
      </w:r>
    </w:p>
    <w:p>
      <w:r>
        <w:br/>
        <w:t>Шуйський&lt;br /&gt;</w:t>
        <w:br/>
        <w:t>(дивиться у вікно)</w:t>
      </w:r>
    </w:p>
    <w:p>
      <w:r>
        <w:br/>
        <w:t>Він сміливий, а ми... Та годі. Бачиш,&lt;br /&gt;</w:t>
        <w:br/>
        <w:t>Народ іде, розсипавшись, назад.&lt;br /&gt;</w:t>
        <w:br/>
        <w:t>Ходім скоріш дізнатись про ухвалу.</w:t>
      </w:r>
    </w:p>
    <w:p>
      <w:r>
        <w:br/>
        <w:t>КРАСНА ПЛОЩА</w:t>
      </w:r>
    </w:p>
    <w:p>
      <w:r>
        <w:br/>
        <w:t>Народ</w:t>
      </w:r>
    </w:p>
    <w:p>
      <w:r>
        <w:br/>
        <w:t>Один</w:t>
      </w:r>
    </w:p>
    <w:p>
      <w:r>
        <w:br/>
        <w:t>Не ублагать! Від себе він прогнав&lt;br /&gt;</w:t>
        <w:br/>
        <w:t>Святителів, бояр і патріарха.&lt;br /&gt;</w:t>
        <w:br/>
        <w:t>Вони дарма схилились перед ним;&lt;br /&gt;</w:t>
        <w:br/>
        <w:t>Його жахає сяєво престола.</w:t>
      </w:r>
    </w:p>
    <w:p>
      <w:r>
        <w:br/>
        <w:t>Другий</w:t>
      </w:r>
    </w:p>
    <w:p>
      <w:r>
        <w:br/>
        <w:t>О боже мій, хто правитиме нами?&lt;br /&gt;</w:t>
        <w:br/>
        <w:t>О горе нам!</w:t>
      </w:r>
    </w:p>
    <w:p>
      <w:r>
        <w:br/>
        <w:t>Третій</w:t>
      </w:r>
    </w:p>
    <w:p>
      <w:r>
        <w:br/>
        <w:t>Та от верховний дяк&lt;br /&gt;</w:t>
        <w:br/>
        <w:t>Виходить нам сказать ухвалу Думи.</w:t>
      </w:r>
    </w:p>
    <w:p>
      <w:r>
        <w:br/>
        <w:t>Народ</w:t>
      </w:r>
    </w:p>
    <w:p>
      <w:r>
        <w:br/>
        <w:t>Мовчіть! мовчіть! говорить думний дяк!&lt;br /&gt;</w:t>
        <w:br/>
        <w:t>Ш-ш — слухайте!</w:t>
      </w:r>
    </w:p>
    <w:p>
      <w:r>
        <w:br/>
        <w:t>Щелкалов&lt;br /&gt;</w:t>
        <w:br/>
        <w:t>(з Красного ганку)</w:t>
      </w:r>
    </w:p>
    <w:p>
      <w:r>
        <w:br/>
        <w:t>Собором ухвалили&lt;br /&gt;</w:t>
        <w:br/>
        <w:t>Востанній раз пізнать прохання силу&lt;br /&gt;</w:t>
        <w:br/>
        <w:t>Над скорбною душею владаря.&lt;br /&gt;</w:t>
        <w:br/>
        <w:t>І завтра знов владика-патріарх,&lt;br /&gt;</w:t>
        <w:br/>
        <w:t>В Кремлі царськім молебень одспівавши,&lt;br /&gt;</w:t>
        <w:br/>
        <w:t>Очолений святими корогвами,&lt;br /&gt;</w:t>
        <w:br/>
        <w:t>Із образом Владимирським, Донським,&lt;br /&gt;</w:t>
        <w:br/>
        <w:t>Воздвигнеться, а з ним синкліт, бояри,&lt;br /&gt;</w:t>
        <w:br/>
        <w:t>Та сонм дворян, та виборні всі люди&lt;br /&gt;</w:t>
        <w:br/>
        <w:t>І весь народ московський православний,&lt;br /&gt;</w:t>
        <w:br/>
        <w:t>Всі підемо благать царицю знов, —&lt;br /&gt;</w:t>
        <w:br/>
        <w:t>Хай зглянеться над бідною Москвою&lt;br /&gt;</w:t>
        <w:br/>
        <w:t>І на вінець благословить Бориса.&lt;br /&gt;</w:t>
        <w:br/>
        <w:t>Та з богом ви тепер додому йдіть.&lt;br /&gt;</w:t>
        <w:br/>
        <w:t>Молітеся — хай зійде до небес&lt;br /&gt;</w:t>
        <w:br/>
        <w:t>Усердлива молитва православних.</w:t>
      </w:r>
    </w:p>
    <w:p>
      <w:r>
        <w:br/>
        <w:t>(Народ розходиться)</w:t>
      </w:r>
    </w:p>
    <w:p>
      <w:r>
        <w:br/>
        <w:t>ДІВОЧЕ ПОЛЕ.&lt;br /&gt;</w:t>
        <w:br/>
        <w:t>НОВОДІВОЧИЙ МОНАСТИР</w:t>
      </w:r>
    </w:p>
    <w:p>
      <w:r>
        <w:br/>
        <w:t>Народ</w:t>
      </w:r>
    </w:p>
    <w:p>
      <w:r>
        <w:br/>
        <w:t>Один</w:t>
      </w:r>
    </w:p>
    <w:p>
      <w:r>
        <w:br/>
        <w:t>Пішли вони до келії цариці,&lt;br /&gt;</w:t>
        <w:br/>
        <w:t>Туди ввійшли Борис і патріарх&lt;br /&gt;</w:t>
        <w:br/>
        <w:t>З боярами.</w:t>
      </w:r>
    </w:p>
    <w:p>
      <w:r>
        <w:br/>
        <w:t>Другий</w:t>
      </w:r>
    </w:p>
    <w:p>
      <w:r>
        <w:br/>
        <w:t>Що чути?</w:t>
      </w:r>
    </w:p>
    <w:p>
      <w:r>
        <w:br/>
        <w:t>Третій</w:t>
      </w:r>
    </w:p>
    <w:p>
      <w:r>
        <w:br/>
        <w:t>Досі ще&lt;br /&gt;</w:t>
        <w:br/>
        <w:t>Впирається; одначе є надія.</w:t>
      </w:r>
    </w:p>
    <w:p>
      <w:r>
        <w:br/>
        <w:t>Жінка&lt;br /&gt;</w:t>
        <w:br/>
        <w:t>(з дитиною)</w:t>
      </w:r>
    </w:p>
    <w:p>
      <w:r>
        <w:br/>
        <w:t>Агу! не плач, не плач; он вова, вова&lt;br /&gt;</w:t>
        <w:br/>
        <w:t>Тебе візьме! агу! агу!., не плач!</w:t>
      </w:r>
    </w:p>
    <w:p>
      <w:r>
        <w:br/>
        <w:t>Один</w:t>
      </w:r>
    </w:p>
    <w:p>
      <w:r>
        <w:br/>
        <w:t>Не можна б нам пробратись за ограду?</w:t>
      </w:r>
    </w:p>
    <w:p>
      <w:r>
        <w:br/>
        <w:t>Другий</w:t>
      </w:r>
    </w:p>
    <w:p>
      <w:r>
        <w:br/>
        <w:t>Та ні. Куди! і в полі тісно навіть,&lt;br /&gt;</w:t>
        <w:br/>
        <w:t>Не тільки там. Не жарти! Вся Москва&lt;br /&gt;</w:t>
        <w:br/>
        <w:t>Тут сперлася; дивись: покрівлі, мури,&lt;br /&gt;</w:t>
        <w:br/>
        <w:t>Всі яруси соборної дзвіниці,&lt;br /&gt;</w:t>
        <w:br/>
        <w:t>Верхи церков, та і самі хрести&lt;br /&gt;</w:t>
        <w:br/>
        <w:t>Обсіяні народом.</w:t>
      </w:r>
    </w:p>
    <w:p>
      <w:r>
        <w:br/>
        <w:t>Перший</w:t>
      </w:r>
    </w:p>
    <w:p>
      <w:r>
        <w:br/>
        <w:t>Любо глянуть!</w:t>
      </w:r>
    </w:p>
    <w:p>
      <w:r>
        <w:br/>
        <w:t>Один</w:t>
      </w:r>
    </w:p>
    <w:p>
      <w:r>
        <w:br/>
        <w:t>Що там за шум?</w:t>
      </w:r>
    </w:p>
    <w:p>
      <w:r>
        <w:br/>
        <w:t>Другий</w:t>
      </w:r>
    </w:p>
    <w:p>
      <w:r>
        <w:br/>
        <w:t>Послухай! що за шум?&lt;br /&gt;</w:t>
        <w:br/>
        <w:t>Народ завив, там падають, як хвилі,&lt;br /&gt;</w:t>
        <w:br/>
        <w:t>За рядом ряд... іще... іще... Ну, брат,&lt;br /&gt;</w:t>
        <w:br/>
        <w:t>Дійшло до нас; скоріше! на коліна!</w:t>
      </w:r>
    </w:p>
    <w:p>
      <w:r>
        <w:br/>
        <w:t>Народ&lt;br /&gt;</w:t>
        <w:br/>
        <w:t>(навколішках. Виття і плач)</w:t>
      </w:r>
    </w:p>
    <w:p>
      <w:r>
        <w:br/>
        <w:t>Ох, змилуйсь, наш отець! пануй над нами!&lt;br /&gt;</w:t>
        <w:br/>
        <w:t>Нам батьком будь, царем!</w:t>
      </w:r>
    </w:p>
    <w:p>
      <w:r>
        <w:br/>
        <w:t>Один&lt;br /&gt;</w:t>
        <w:br/>
        <w:t>(тихо)</w:t>
      </w:r>
    </w:p>
    <w:p>
      <w:r>
        <w:br/>
        <w:t>Чого там плачуть?</w:t>
      </w:r>
    </w:p>
    <w:p>
      <w:r>
        <w:br/>
        <w:t>Другий</w:t>
      </w:r>
    </w:p>
    <w:p>
      <w:r>
        <w:br/>
        <w:t>Нам відки знать? те відають бояри,&lt;br /&gt;</w:t>
        <w:br/>
        <w:t>Не рівня нам.</w:t>
      </w:r>
    </w:p>
    <w:p>
      <w:r>
        <w:br/>
        <w:t>Жінка&lt;br /&gt;</w:t>
        <w:br/>
        <w:t>(з дитиною)</w:t>
      </w:r>
    </w:p>
    <w:p>
      <w:r>
        <w:br/>
        <w:t>Ну, що ж? як треба плакать,&lt;br /&gt;</w:t>
        <w:br/>
        <w:t>Так і замовк! от я тобі! он вова!&lt;br /&gt;</w:t>
        <w:br/>
        <w:t>Та плач, пустун!&lt;br /&gt;</w:t>
        <w:br/>
        <w:t>(Кидає її на землю. Дитина пищить)&lt;br /&gt;</w:t>
        <w:br/>
        <w:t>Ну то-то ж бо.</w:t>
      </w:r>
    </w:p>
    <w:p>
      <w:r>
        <w:br/>
        <w:t>Один</w:t>
      </w:r>
    </w:p>
    <w:p>
      <w:r>
        <w:br/>
        <w:t>Всі плачуть.&lt;br /&gt;</w:t>
        <w:br/>
        <w:t>Заплачмо, брат, і ми.</w:t>
      </w:r>
    </w:p>
    <w:p>
      <w:r>
        <w:br/>
        <w:t>Другий</w:t>
      </w:r>
    </w:p>
    <w:p>
      <w:r>
        <w:br/>
        <w:t>Силкуюсь, брат,&lt;br /&gt;</w:t>
        <w:br/>
        <w:t>Та сліз нема.</w:t>
      </w:r>
    </w:p>
    <w:p>
      <w:r>
        <w:br/>
        <w:t>Перший</w:t>
      </w:r>
    </w:p>
    <w:p>
      <w:r>
        <w:br/>
        <w:t>Я теж. Потерти б очі!&lt;br /&gt;</w:t>
        <w:br/>
        <w:t>Цибуля є?</w:t>
      </w:r>
    </w:p>
    <w:p>
      <w:r>
        <w:br/>
        <w:t>Другий</w:t>
      </w:r>
    </w:p>
    <w:p>
      <w:r>
        <w:br/>
        <w:t>Немає, я послиню.&lt;br /&gt;</w:t>
        <w:br/>
        <w:t>А що там ще?</w:t>
      </w:r>
    </w:p>
    <w:p>
      <w:r>
        <w:br/>
        <w:t>Перший</w:t>
      </w:r>
    </w:p>
    <w:p>
      <w:r>
        <w:br/>
        <w:t>Та хто їх розбере?</w:t>
      </w:r>
    </w:p>
    <w:p>
      <w:r>
        <w:br/>
        <w:t>Народ</w:t>
      </w:r>
    </w:p>
    <w:p>
      <w:r>
        <w:br/>
        <w:t>Вінець за ним! він цар! Борис погодивсь!&lt;br /&gt;</w:t>
        <w:br/>
        <w:t>Борис наш цар! нехай живе Борис!</w:t>
      </w:r>
    </w:p>
    <w:p>
      <w:r>
        <w:br/>
        <w:t>КРЕМЛІВСЬКІ ПАЛАТИ</w:t>
      </w:r>
    </w:p>
    <w:p>
      <w:r>
        <w:br/>
        <w:t>Борис, патріарх, бояри.</w:t>
      </w:r>
    </w:p>
    <w:p>
      <w:r>
        <w:br/>
        <w:t>Борис</w:t>
      </w:r>
    </w:p>
    <w:p>
      <w:r>
        <w:br/>
        <w:t>Ти, отче патріарх, ви всі, бояри,&lt;br /&gt;</w:t>
        <w:br/>
        <w:t>Душа моя розкрита перед вами:&lt;br /&gt;</w:t>
        <w:br/>
        <w:t>Ви бачили, що я приймаю власть&lt;br /&gt;</w:t>
        <w:br/>
        <w:t>Великую з покорою і страхом.&lt;br /&gt;</w:t>
        <w:br/>
        <w:t>Який-бо мій обов'язок тяжкий!&lt;br /&gt;</w:t>
        <w:br/>
        <w:t>Наслідую могутнім Іоаннам —&lt;br /&gt;</w:t>
        <w:br/>
        <w:t>Наслідую і ангелу-царю!..&lt;br /&gt;</w:t>
        <w:br/>
        <w:t>О праведний! о батьку мій державний!&lt;br /&gt;</w:t>
        <w:br/>
        <w:t>Поглянь з небес на сльози вірних слуг&lt;br /&gt;</w:t>
        <w:br/>
        <w:t>І низпошли тому, кого любив ти,&lt;br /&gt;</w:t>
        <w:br/>
        <w:t>Кого ти тут так дивно возвеличив,&lt;br /&gt;</w:t>
        <w:br/>
        <w:t>Священнеє на власть благословення:&lt;br /&gt;</w:t>
        <w:br/>
        <w:t>Щоб славно я народом управляв,&lt;br /&gt;</w:t>
        <w:br/>
        <w:t>Щоб добрий був і праведний, як ти.&lt;br /&gt;</w:t>
        <w:br/>
        <w:t>Од вас я допомоги жду, бояри.&lt;br /&gt;</w:t>
        <w:br/>
        <w:t>Служіть мені, як ви йому служили,&lt;br /&gt;</w:t>
        <w:br/>
        <w:t>Коли труди я ваші поділяв,&lt;br /&gt;</w:t>
        <w:br/>
        <w:t>Не обраний ще волею народу.</w:t>
      </w:r>
    </w:p>
    <w:p>
      <w:r>
        <w:br/>
        <w:t>Бояри</w:t>
      </w:r>
    </w:p>
    <w:p>
      <w:r>
        <w:br/>
        <w:t>Не зрадимо присяги, що дали ми.</w:t>
      </w:r>
    </w:p>
    <w:p>
      <w:r>
        <w:br/>
        <w:t>Борис</w:t>
      </w:r>
    </w:p>
    <w:p>
      <w:r>
        <w:br/>
        <w:t>Тепер ходім, уклонимось гробам&lt;br /&gt;</w:t>
        <w:br/>
        <w:t>Впокоєних володарів Росії,&lt;br /&gt;</w:t>
        <w:br/>
        <w:t>А там — скликать народ весь на бенкет.&lt;br /&gt;</w:t>
        <w:br/>
        <w:t>Всіх, од вельмож до жебрака-сліпця;&lt;br /&gt;</w:t>
        <w:br/>
        <w:t>Всім вільний вхід, всі гості дорогії.&lt;br /&gt;</w:t>
        <w:br/>
        <w:t>(Виходить, за ним і бояри)</w:t>
      </w:r>
    </w:p>
    <w:p>
      <w:r>
        <w:br/>
        <w:t>Воротинський&lt;br /&gt;</w:t>
        <w:br/>
        <w:t>(спиняючи Шуйського)</w:t>
      </w:r>
    </w:p>
    <w:p>
      <w:r>
        <w:br/>
        <w:t>Ти угадав.</w:t>
      </w:r>
    </w:p>
    <w:p>
      <w:r>
        <w:br/>
        <w:t>Шуйський</w:t>
      </w:r>
    </w:p>
    <w:p>
      <w:r>
        <w:br/>
        <w:t>А що?</w:t>
      </w:r>
    </w:p>
    <w:p>
      <w:r>
        <w:br/>
        <w:t>Воротинський</w:t>
      </w:r>
    </w:p>
    <w:p>
      <w:r>
        <w:br/>
        <w:t>Та тут, недавно,&lt;br /&gt;</w:t>
        <w:br/>
        <w:t>Пригадуєш?</w:t>
      </w:r>
    </w:p>
    <w:p>
      <w:r>
        <w:br/>
        <w:t>Шуйський</w:t>
      </w:r>
    </w:p>
    <w:p>
      <w:r>
        <w:br/>
        <w:t>Не пам'ятаю я.</w:t>
      </w:r>
    </w:p>
    <w:p>
      <w:r>
        <w:br/>
        <w:t>Воротинський</w:t>
      </w:r>
    </w:p>
    <w:p>
      <w:r>
        <w:br/>
        <w:t>Коли ходив народ в Дівоче поле,&lt;br /&gt;</w:t>
        <w:br/>
        <w:t>Ти говорив...</w:t>
      </w:r>
    </w:p>
    <w:p>
      <w:r>
        <w:br/>
        <w:t>Шуйський</w:t>
      </w:r>
    </w:p>
    <w:p>
      <w:r>
        <w:br/>
        <w:t>Не час нам пам'ятати,&lt;br /&gt;</w:t>
        <w:br/>
        <w:t>А іноді я раджу й забувать.&lt;br /&gt;</w:t>
        <w:br/>
        <w:t>Удаваним, до того ж, лихослів'ям&lt;br /&gt;</w:t>
        <w:br/>
        <w:t>Хотів тоді я вивірить тебе,&lt;br /&gt;</w:t>
        <w:br/>
        <w:t>Щоб краще знать думки твої таємні;&lt;br /&gt;</w:t>
        <w:br/>
        <w:t>Та глянь — народ вітає вже царя, —&lt;br /&gt;</w:t>
        <w:br/>
        <w:t>Відсутність там мою помітить можуть, —&lt;br /&gt;</w:t>
        <w:br/>
        <w:t>Іду за ним.</w:t>
      </w:r>
    </w:p>
    <w:p>
      <w:r>
        <w:br/>
        <w:t>Воротинський</w:t>
      </w:r>
    </w:p>
    <w:p>
      <w:r>
        <w:br/>
        <w:t>Лукавий царедворець!</w:t>
      </w:r>
    </w:p>
    <w:p>
      <w:r>
        <w:br/>
        <w:t>НІЧ. КЕЛІЯ В ЧУДОВОМУ МОНАСТИРІ</w:t>
      </w:r>
    </w:p>
    <w:p>
      <w:r>
        <w:br/>
        <w:t>(1603 року)</w:t>
      </w:r>
    </w:p>
    <w:p>
      <w:r>
        <w:br/>
        <w:t>Отець Пимен, Григорій спить.</w:t>
      </w:r>
    </w:p>
    <w:p>
      <w:r>
        <w:br/>
        <w:t>Пимен&lt;br /&gt;</w:t>
        <w:br/>
        <w:t>(пише перед лампадою)</w:t>
      </w:r>
    </w:p>
    <w:p>
      <w:r>
        <w:br/>
        <w:t>Іще один, останній цей переказ —&lt;br /&gt;</w:t>
        <w:br/>
        <w:t>І скінчений літопис буде мій.&lt;br /&gt;</w:t>
        <w:br/>
        <w:t>Я виконав обов'язок, на мене&lt;br /&gt;</w:t>
        <w:br/>
        <w:t>Покладений від бога. Недарма&lt;br /&gt;</w:t>
        <w:br/>
        <w:t>Він многих літ мене поставив свідком&lt;br /&gt;</w:t>
        <w:br/>
        <w:t>І книжної умілості навчив.&lt;br /&gt;</w:t>
        <w:br/>
        <w:t>Колись чернець, у праці посивілий,&lt;br /&gt;</w:t>
        <w:br/>
        <w:t>Усердний труд мій знайде безіменний,&lt;br /&gt;</w:t>
        <w:br/>
        <w:t>Засвітить теж, як я, свою лампаду —&lt;br /&gt;</w:t>
        <w:br/>
        <w:t>І, пил віків із хартій змівши, він&lt;br /&gt;</w:t>
        <w:br/>
        <w:t>Перекази правдиві перепише, —&lt;br /&gt;</w:t>
        <w:br/>
        <w:t>Хай відають нащадки православних&lt;br /&gt;</w:t>
        <w:br/>
        <w:t>Минулі дні нам рідної землі,&lt;br /&gt;</w:t>
        <w:br/>
        <w:t>Своїх царів великих поминають&lt;br /&gt;</w:t>
        <w:br/>
        <w:t>За їх труди, за славу, за добро,&lt;br /&gt;</w:t>
        <w:br/>
        <w:t>А за гріхи, за їхні вчинки темні&lt;br /&gt;</w:t>
        <w:br/>
        <w:t>Спасителя смиренно хай благають.&lt;br /&gt;</w:t>
        <w:br/>
        <w:t>На старості я заново живу,&lt;br /&gt;</w:t>
        <w:br/>
        <w:t>Минувшина встає переді мною —&lt;br /&gt;</w:t>
        <w:br/>
        <w:t>Чи то ж давно неслись її події,&lt;br /&gt;</w:t>
        <w:br/>
        <w:t>Хвилюючись, як море-окіян?&lt;br /&gt;</w:t>
        <w:br/>
        <w:t>Тепер вона безмовна і спокійна:&lt;br /&gt;</w:t>
        <w:br/>
        <w:t>Лиш деяких осіб я пам'ятаю,&lt;br /&gt;</w:t>
        <w:br/>
        <w:t>Лиш деякі слова я пригадав,&lt;br /&gt;</w:t>
        <w:br/>
        <w:t>А інше все загинуло навіки...&lt;br /&gt;</w:t>
        <w:br/>
        <w:t>Та близько день, лампада догоряє —&lt;br /&gt;</w:t>
        <w:br/>
        <w:t>Іще один, останній цей переказ (пише).</w:t>
      </w:r>
    </w:p>
    <w:p>
      <w:r>
        <w:br/>
        <w:t>Григорій&lt;br /&gt;</w:t>
        <w:br/>
        <w:t>(прокидається)</w:t>
      </w:r>
    </w:p>
    <w:p>
      <w:r>
        <w:br/>
        <w:t>Той самий сон! як дивно! третій раз!&lt;br /&gt;</w:t>
        <w:br/>
        <w:t>Проклятий сон!. А все ще при лампаді&lt;br /&gt;</w:t>
        <w:br/>
        <w:t>Старий сидить і пише — і до ранку&lt;br /&gt;</w:t>
        <w:br/>
        <w:t>Своїх очей він, мабуть, не склепляв.&lt;br /&gt;</w:t>
        <w:br/>
        <w:t>Як я люблю його спокійний вид,&lt;br /&gt;</w:t>
        <w:br/>
        <w:t>Коли, увесь поринувши в минуле,&lt;br /&gt;</w:t>
        <w:br/>
        <w:t>Веде він свій літопис; і так часто&lt;br /&gt;</w:t>
        <w:br/>
        <w:t>Я відгадать хотів, про що він пише?&lt;br /&gt;</w:t>
        <w:br/>
        <w:t>Про темний час володарства татар?&lt;br /&gt;</w:t>
        <w:br/>
        <w:t>Про страти і тортури Іоанна?&lt;br /&gt;</w:t>
        <w:br/>
        <w:t>Про голосне новогородське віче?&lt;br /&gt;</w:t>
        <w:br/>
        <w:t>Про славу й честь вітчизни? Та даремно.&lt;br /&gt;</w:t>
        <w:br/>
        <w:t>Ні на чолі високім, ані в очах&lt;br /&gt;</w:t>
        <w:br/>
        <w:t>Не можна дум таємних прочитать;&lt;br /&gt;</w:t>
        <w:br/>
        <w:t>Той самий він, смиренний і величний.&lt;br /&gt;</w:t>
        <w:br/>
        <w:t>Так дяк зорить, в приказах посивілий,&lt;br /&gt;</w:t>
        <w:br/>
        <w:t>Однаково на правих і на винних,&lt;br /&gt;</w:t>
        <w:br/>
        <w:t>Добро і зло сприймаючи байдуже,&lt;br /&gt;</w:t>
        <w:br/>
        <w:t>Не знаючи ні жалощів, ні гніву.</w:t>
      </w:r>
    </w:p>
    <w:p>
      <w:r>
        <w:br/>
        <w:t>Пимен</w:t>
      </w:r>
    </w:p>
    <w:p>
      <w:r>
        <w:br/>
        <w:t>Прокинувсь, брат?</w:t>
      </w:r>
    </w:p>
    <w:p>
      <w:r>
        <w:br/>
        <w:t>Григорій</w:t>
      </w:r>
    </w:p>
    <w:p>
      <w:r>
        <w:br/>
        <w:t>Благослови мене,&lt;br /&gt;</w:t>
        <w:br/>
        <w:t>Панотче мій.</w:t>
      </w:r>
    </w:p>
    <w:p>
      <w:r>
        <w:br/>
        <w:t>Пимен</w:t>
      </w:r>
    </w:p>
    <w:p>
      <w:r>
        <w:br/>
        <w:t>Благослови, господь,&lt;br /&gt;</w:t>
        <w:br/>
        <w:t>Тебе і днесь і прісно і вовіки.</w:t>
      </w:r>
    </w:p>
    <w:p>
      <w:r>
        <w:br/>
        <w:t>Григорій</w:t>
      </w:r>
    </w:p>
    <w:p>
      <w:r>
        <w:br/>
        <w:t>Ти все писав і не заснув нітрохи,&lt;br /&gt;</w:t>
        <w:br/>
        <w:t>А спокій мій все марення гріховне&lt;br /&gt;</w:t>
        <w:br/>
        <w:t>Бентежило, та біс мене мутив.&lt;br /&gt;</w:t>
        <w:br/>
        <w:t>Приснилося, що сходами крутими&lt;br /&gt;</w:t>
        <w:br/>
        <w:t>Зіходив я на вежу; з висоти&lt;br /&gt;</w:t>
        <w:br/>
        <w:t>Виднілася Москва, мов той мурашник;&lt;br /&gt;</w:t>
        <w:br/>
        <w:t>Внизу народ на площі вирував&lt;br /&gt;</w:t>
        <w:br/>
        <w:t>І, сміючись, показував на мене,&lt;br /&gt;</w:t>
        <w:br/>
        <w:t>І соромно, і боязко ставало —&lt;br /&gt;</w:t>
        <w:br/>
        <w:t>І стрімголов летів я й прокидався...&lt;br /&gt;</w:t>
        <w:br/>
        <w:t>І тричі снивсь мені той самий сон.&lt;br /&gt;</w:t>
        <w:br/>
        <w:t>Не дивно це?</w:t>
      </w:r>
    </w:p>
    <w:p>
      <w:r>
        <w:br/>
        <w:t>Пимен</w:t>
      </w:r>
    </w:p>
    <w:p>
      <w:r>
        <w:br/>
        <w:t>Кров молода буяє;&lt;br /&gt;</w:t>
        <w:br/>
        <w:t>Смиряй себе молитвою й постом,&lt;br /&gt;</w:t>
        <w:br/>
        <w:t>І сни твої видіннями легкими&lt;br /&gt;</w:t>
        <w:br/>
        <w:t>Вставатимуть. І нині ще — як я,&lt;br /&gt;</w:t>
        <w:br/>
        <w:t>Знесилений дрімотою тяжкою,&lt;br /&gt;</w:t>
        <w:br/>
        <w:t>Не сотворю молитву довгу на ніч, —&lt;br /&gt;</w:t>
        <w:br/>
        <w:t>Мій сон старий не тихий, не безгрішний, —&lt;br /&gt;</w:t>
        <w:br/>
        <w:t>Я бачу то бенкети гомінкі,&lt;br /&gt;</w:t>
        <w:br/>
        <w:t>То ратний стан, то сутички воєнні,&lt;br /&gt;</w:t>
        <w:br/>
        <w:t>Безумнії потіхи юних літ!</w:t>
      </w:r>
    </w:p>
    <w:p>
      <w:r>
        <w:br/>
        <w:t>Григорій</w:t>
      </w:r>
    </w:p>
    <w:p>
      <w:r>
        <w:br/>
        <w:t>Як весело у молодості жив ти!&lt;br /&gt;</w:t>
        <w:br/>
        <w:t>Ти воював під вежами Казані,&lt;br /&gt;</w:t>
        <w:br/>
        <w:t>Ти рать Литви при Шуйськім одбивав,&lt;br /&gt;</w:t>
        <w:br/>
        <w:t>Ти бачив двір і розкіш Іоанна!&lt;br /&gt;</w:t>
        <w:br/>
        <w:t>Щасливий ти! а я з дитячих літ&lt;br /&gt;</w:t>
        <w:br/>
        <w:t>По келіях броджу, чернець убогий!&lt;br /&gt;</w:t>
        <w:br/>
        <w:t>Чому й мені не тішитись в боях,&lt;br /&gt;</w:t>
        <w:br/>
        <w:t>Чи не гулять на царському бенкеті?&lt;br /&gt;</w:t>
        <w:br/>
        <w:t>Устиг би я, мов ти, на спаді літ&lt;br /&gt;</w:t>
        <w:br/>
        <w:t>Від суєти, від світу схоронитись&lt;br /&gt;</w:t>
        <w:br/>
        <w:t>І назавжди чернецтва дать обіт,&lt;br /&gt;</w:t>
        <w:br/>
        <w:t>У затишну обитель зачинитись.</w:t>
      </w:r>
    </w:p>
    <w:p>
      <w:r>
        <w:br/>
        <w:t>Пимен</w:t>
      </w:r>
    </w:p>
    <w:p>
      <w:r>
        <w:br/>
        <w:t>Не нарікай, що рано грішний світ&lt;br /&gt;</w:t>
        <w:br/>
        <w:t>Покинув ти, що мало ще спокуси&lt;br /&gt;</w:t>
        <w:br/>
        <w:t>Послав тобі Всевишній. Вір мені:&lt;br /&gt;</w:t>
        <w:br/>
        <w:t>Нас віддалік чарують слава, розкіш&lt;br /&gt;</w:t>
        <w:br/>
        <w:t>І любощі оманливі жінок.&lt;br /&gt;</w:t>
        <w:br/>
        <w:t>Я довго жив і мав доволі втіхи;&lt;br /&gt;</w:t>
        <w:br/>
        <w:t>Та з тих часів лиш відаю блаженство,&lt;br /&gt;</w:t>
        <w:br/>
        <w:t>Як в монастир господь мене привів.&lt;br /&gt;</w:t>
        <w:br/>
        <w:t>Ти, сину мій, згадай царів великих.&lt;br /&gt;</w:t>
        <w:br/>
        <w:t>Хто вищий їх? Єдиний бог. Хто сміє&lt;br /&gt;</w:t>
        <w:br/>
        <w:t>Супроти них? Ніхто. І що ж бо? Часто&lt;br /&gt;</w:t>
        <w:br/>
        <w:t>Їм золотий вінець важким робився:&lt;br /&gt;</w:t>
        <w:br/>
        <w:t>Вони його міняли на клобук.&lt;br /&gt;</w:t>
        <w:br/>
        <w:t>Цар Іоанн шукав собі спокою&lt;br /&gt;</w:t>
        <w:br/>
        <w:t>Серед трудів, немов чернець якийсь.&lt;br /&gt;</w:t>
        <w:br/>
        <w:t>Його палац, любимців гордих повний,&lt;br /&gt;</w:t>
        <w:br/>
        <w:t>Монастиря нового вигляд мав:&lt;br /&gt;</w:t>
        <w:br/>
        <w:t>Опричники в таф'ях і власяницях&lt;br /&gt;</w:t>
        <w:br/>
        <w:t>Слухняними з'являлися ченцями,&lt;br /&gt;</w:t>
        <w:br/>
        <w:t>А грізний цар ігуменом смиренним.&lt;br /&gt;</w:t>
        <w:br/>
        <w:t>Я бачив тут — у келії цій самій&lt;br /&gt;</w:t>
        <w:br/>
        <w:t>(В ній жив тоді Кирило многострадний,&lt;br /&gt;</w:t>
        <w:br/>
        <w:t>Муж праведний. Тоді вже і мене&lt;br /&gt;</w:t>
        <w:br/>
        <w:t>Сподобив бог всю зрозуміть нікчемність&lt;br /&gt;</w:t>
        <w:br/>
        <w:t>Мирських суєт), тут бачив я царя,&lt;br /&gt;</w:t>
        <w:br/>
        <w:t>Що натомивсь від катувань і гніву.&lt;br /&gt;</w:t>
        <w:br/>
        <w:t>Сидів між нас тоді в задумі Грозний,&lt;br /&gt;</w:t>
        <w:br/>
        <w:t>Ми перед ним стояли непорушні,&lt;br /&gt;</w:t>
        <w:br/>
        <w:t>І тихо він розмову з нами вів.&lt;br /&gt;</w:t>
        <w:br/>
        <w:t>Він говорив ігумену і братству:&lt;br /&gt;</w:t>
        <w:br/>
        <w:t>"Отці мої, жаданий прийде час,&lt;br /&gt;</w:t>
        <w:br/>
        <w:t>Предстану тут я, прагнучи рятунку.&lt;br /&gt;</w:t>
        <w:br/>
        <w:t>Ти, Никодим, ти, Сергій, ти, Кирил,&lt;br /&gt;</w:t>
        <w:br/>
        <w:t>Ви всі — обіт прийміте мій духовний:&lt;br /&gt;</w:t>
        <w:br/>
        <w:t>Прийду до вас, злочинець окаянний,&lt;br /&gt;</w:t>
        <w:br/>
        <w:t>І схиму тут пречисту я прийму,&lt;br /&gt;</w:t>
        <w:br/>
        <w:t>До ніг твоїх, святителю, припавши".&lt;br /&gt;</w:t>
        <w:br/>
        <w:t>Так говорив державний государ,&lt;br /&gt;</w:t>
        <w:br/>
        <w:t>І солодко його лилася мова,&lt;br /&gt;</w:t>
        <w:br/>
        <w:t>І плакав він. А ми в сльозах молились,&lt;br /&gt;</w:t>
        <w:br/>
        <w:t>Щоб низпослав господь любов і мир&lt;br /&gt;</w:t>
        <w:br/>
        <w:t>Його душі намученій, бентежній.&lt;br /&gt;</w:t>
        <w:br/>
        <w:t>А син його Феодор? На престолі&lt;br /&gt;</w:t>
        <w:br/>
        <w:t>Він все зітхав за мирним житієм&lt;br /&gt;</w:t>
        <w:br/>
        <w:t>Мовчальника. Свої чертоги царські&lt;br /&gt;</w:t>
        <w:br/>
        <w:t>Він обернув на келію чернечу;&lt;br /&gt;</w:t>
        <w:br/>
        <w:t>Ніколи там тяжкі державні думи&lt;br /&gt;</w:t>
        <w:br/>
        <w:t>Його душі святої не мутили.&lt;br /&gt;</w:t>
        <w:br/>
        <w:t>Бог полюбив смиренного царя,&lt;br /&gt;</w:t>
        <w:br/>
        <w:t>І Русь при нім у славі безтурботній&lt;br /&gt;</w:t>
        <w:br/>
        <w:t>Утішилась — а в час його кончини&lt;br /&gt;</w:t>
        <w:br/>
        <w:t>Нечуване у світі сталось чудо:&lt;br /&gt;</w:t>
        <w:br/>
        <w:t>Біля одра, лише цареві зримий,&lt;br /&gt;</w:t>
        <w:br/>
        <w:t>З'явився муж, лицем безмежно світлий,&lt;br /&gt;</w:t>
        <w:br/>
        <w:t>І розмовлять почав із ним Феодор&lt;br /&gt;</w:t>
        <w:br/>
        <w:t>І називать великим патріархом.&lt;br /&gt;</w:t>
        <w:br/>
        <w:t>І враз тоді всі пройнялися страхом,&lt;br /&gt;</w:t>
        <w:br/>
        <w:t>Видіння те небесне зрозумівши,&lt;br /&gt;</w:t>
        <w:br/>
        <w:t>Зане тоді владики не було&lt;br /&gt;</w:t>
        <w:br/>
        <w:t>Перед царем в хоромині священній.&lt;br /&gt;</w:t>
        <w:br/>
        <w:t>А тільки він преставився, палати&lt;br /&gt;</w:t>
        <w:br/>
        <w:t>Наповнились святим благоуханням,&lt;br /&gt;</w:t>
        <w:br/>
        <w:t>І лик його як сонце просіяв —&lt;br /&gt;</w:t>
        <w:br/>
        <w:t>Не бачить нам такого вже царя.&lt;br /&gt;</w:t>
        <w:br/>
        <w:t>О час страшний, о невимовне горе!&lt;br /&gt;</w:t>
        <w:br/>
        <w:t>Прогнівали ми бога, согрішили:&lt;br /&gt;</w:t>
        <w:br/>
        <w:t>Владикою собі цареубивця&lt;br /&gt;</w:t>
        <w:br/>
        <w:t>Ми нарекли.</w:t>
      </w:r>
    </w:p>
    <w:p>
      <w:r>
        <w:br/>
        <w:t>Григорій</w:t>
      </w:r>
    </w:p>
    <w:p>
      <w:r>
        <w:br/>
        <w:t>Давно, панотче мій,&lt;br /&gt;</w:t>
        <w:br/>
        <w:t>Хотів тебе про смерть я розпитати&lt;br /&gt;</w:t>
        <w:br/>
        <w:t>Димитрія царевича; в ту пору,&lt;br /&gt;</w:t>
        <w:br/>
        <w:t>Говорять, був ти в Угличі.</w:t>
      </w:r>
    </w:p>
    <w:p>
      <w:r>
        <w:br/>
        <w:t>Пимен</w:t>
      </w:r>
    </w:p>
    <w:p>
      <w:r>
        <w:br/>
        <w:t>Ох, правда!&lt;br /&gt;</w:t>
        <w:br/>
        <w:t>Привів господь побачить люте діло,&lt;br /&gt;</w:t>
        <w:br/>
        <w:t>Кривавий гріх. Тоді я в дальній Углич&lt;br /&gt;</w:t>
        <w:br/>
        <w:t>Був висланий якраз на послух певний.&lt;br /&gt;</w:t>
        <w:br/>
        <w:t>Вночі прийшов. Уранці при обідні&lt;br /&gt;</w:t>
        <w:br/>
        <w:t>Враз чую дзвін, ударили на ґвалт,&lt;br /&gt;</w:t>
        <w:br/>
        <w:t>Крик, шум. Біжать у двір цариці.&lt;br /&gt;</w:t>
        <w:br/>
        <w:t>Я Спішу туди ж — а там уже все місто.&lt;br /&gt;</w:t>
        <w:br/>
        <w:t>Дивлюсь: лежить зарізаний царевич;&lt;br /&gt;</w:t>
        <w:br/>
        <w:t>У безтямі цариця-мати з ним,&lt;br /&gt;</w:t>
        <w:br/>
        <w:t>І нянька теж у розпачі ридає,&lt;br /&gt;</w:t>
        <w:br/>
        <w:t>А тут народ, озвірившись, волочить&lt;br /&gt;</w:t>
        <w:br/>
        <w:t>Зрадливицю — оту безбожну мамку...&lt;br /&gt;</w:t>
        <w:br/>
        <w:t>Враз поміж них, блідий од злості, лютий&lt;br /&gt;</w:t>
        <w:br/>
        <w:t>З'являється Іуда Битяговський.&lt;br /&gt;</w:t>
        <w:br/>
        <w:t>"Ось лиходій!" — розтявсь навколо крик,&lt;br /&gt;</w:t>
        <w:br/>
        <w:t>І вмить його не стало. Тут народ&lt;br /&gt;</w:t>
        <w:br/>
        <w:t>Вслід кинувся трьом втікачам-убивцям;&lt;br /&gt;</w:t>
        <w:br/>
        <w:t>У сховищі схопили лиходіїв&lt;br /&gt;</w:t>
        <w:br/>
        <w:t>І привели їх перед труп дитячий,&lt;br /&gt;</w:t>
        <w:br/>
        <w:t>І чудо — враз мертвець затрепетав.&lt;br /&gt;</w:t>
        <w:br/>
        <w:t>"Покайтеся!" — їм закричав народ;&lt;br /&gt;</w:t>
        <w:br/>
        <w:t>І з жаху тут під топором злочинці&lt;br /&gt;</w:t>
        <w:br/>
        <w:t>Покаялись — і нарекли Бориса.</w:t>
      </w:r>
    </w:p>
    <w:p>
      <w:r>
        <w:br/>
        <w:t>Григорій</w:t>
      </w:r>
    </w:p>
    <w:p>
      <w:r>
        <w:br/>
        <w:t>Яких був літ царевич убієнний?</w:t>
      </w:r>
    </w:p>
    <w:p>
      <w:r>
        <w:br/>
        <w:t>Пимен</w:t>
      </w:r>
    </w:p>
    <w:p>
      <w:r>
        <w:br/>
        <w:t>Та літ семи; було б йому вже нині&lt;br /&gt;</w:t>
        <w:br/>
        <w:t>(Тому пройшло вже десять літ... ні, більше:&lt;br /&gt;</w:t>
        <w:br/>
        <w:t>Дванадцять літ) — він був би твій ровесник&lt;br /&gt;</w:t>
        <w:br/>
        <w:t>І царював; та бог судив інакше...&lt;br /&gt;</w:t>
        <w:br/>
        <w:t>Я повістю цією закінчу&lt;br /&gt;</w:t>
        <w:br/>
        <w:t>Літопис свій; з тії пори я мало&lt;br /&gt;</w:t>
        <w:br/>
        <w:t>В діла мирські вдававсь. Григорій, брате,&lt;br /&gt;</w:t>
        <w:br/>
        <w:t>Ти розум свій письменством просвітив,&lt;br /&gt;</w:t>
        <w:br/>
        <w:t>Тобі свій труд передаю. В той час,&lt;br /&gt;</w:t>
        <w:br/>
        <w:t>Як звільнишся від подвигів духовних,&lt;br /&gt;</w:t>
        <w:br/>
        <w:t>Розповідай, без мудрувань лукавих,&lt;br /&gt;</w:t>
        <w:br/>
        <w:t>Все те, чому в житті ти свідком будеш:&lt;br /&gt;</w:t>
        <w:br/>
        <w:t>Війну і мир, владик земних управу,&lt;br /&gt;</w:t>
        <w:br/>
        <w:t>Угодників святії чудеса,&lt;br /&gt;</w:t>
        <w:br/>
        <w:t>Пророцтва всі і знамення небесні —&lt;br /&gt;</w:t>
        <w:br/>
        <w:t>Мені ж пора, пора вже відпочить&lt;br /&gt;</w:t>
        <w:br/>
        <w:t>І погасить лампаду... Кличе дзвін&lt;br /&gt;</w:t>
        <w:br/>
        <w:t>До утрені... благослови, господь,&lt;br /&gt;</w:t>
        <w:br/>
        <w:t>Своїх рабів... Григорію, дай костур.&lt;br /&gt;</w:t>
        <w:br/>
        <w:t>(Виходить)</w:t>
      </w:r>
    </w:p>
    <w:p>
      <w:r>
        <w:br/>
        <w:t>Григорій</w:t>
      </w:r>
    </w:p>
    <w:p>
      <w:r>
        <w:br/>
        <w:t>Борисе, всі тремтять перед тобою,&lt;br /&gt;</w:t>
        <w:br/>
        <w:t>Ніхто тобі не сміє й нагадати&lt;br /&gt;</w:t>
        <w:br/>
        <w:t>Про долю злу нещасної дитини, —&lt;br /&gt;</w:t>
        <w:br/>
        <w:t>Проте в цей час у келії похмурій&lt;br /&gt;</w:t>
        <w:br/>
        <w:t>Страшний донос чернець на тебе пише,&lt;br /&gt;</w:t>
        <w:br/>
        <w:t>І не втечеш ти від суда людського,&lt;br /&gt;</w:t>
        <w:br/>
        <w:t>Як не втечеш від божого суда.</w:t>
      </w:r>
    </w:p>
    <w:p>
      <w:r>
        <w:br/>
        <w:t>ПАЛАТИ ПАТРІАРХА</w:t>
      </w:r>
    </w:p>
    <w:p>
      <w:r>
        <w:br/>
        <w:t>Патріарх, ігумен Чудового монастиря.</w:t>
      </w:r>
    </w:p>
    <w:p>
      <w:r>
        <w:br/>
        <w:t>Патріарх</w:t>
      </w:r>
    </w:p>
    <w:p>
      <w:r>
        <w:br/>
        <w:t>І він утік, отче ігумен?</w:t>
      </w:r>
    </w:p>
    <w:p>
      <w:r>
        <w:br/>
        <w:t>Ігумен</w:t>
      </w:r>
    </w:p>
    <w:p>
      <w:r>
        <w:br/>
        <w:t>Утік, святий владико. От уже тому третій день.</w:t>
      </w:r>
    </w:p>
    <w:p>
      <w:r>
        <w:br/>
        <w:t>Патріарх</w:t>
      </w:r>
    </w:p>
    <w:p>
      <w:r>
        <w:br/>
        <w:t>Шибеник, окаянний! Та якого він роду?</w:t>
      </w:r>
    </w:p>
    <w:p>
      <w:r>
        <w:br/>
        <w:t>Ігумен</w:t>
      </w:r>
    </w:p>
    <w:p>
      <w:r>
        <w:br/>
        <w:t>З роду Отреп’євих, галицьких боярських дітей. Замолоду постригся невідомо де, жив у Суздалі, к Єфимівському монастирі, пішов звідти, тинявся по різних обителях, нарешті прийшов до моєї чудовської братії, а я, бачачи, що він ще молодий і нерозумний, віддав його під нагляд отця Пимена, старця тихого та смиренного; і був він вельми грамотний: читав наші літописи, складав канони святим; та, мабуть, грамота далася йому не від господа бога...</w:t>
      </w:r>
    </w:p>
    <w:p>
      <w:r>
        <w:br/>
        <w:t>Патріарх</w:t>
      </w:r>
    </w:p>
    <w:p>
      <w:r>
        <w:br/>
        <w:t>Оті вже мені грамотії! таке вигадав! буду царем на Москві! Ах він, сосуд диявольський! Однак нема чого цареві й доповідати про це; навіщо турбувати отця-государя? Досить буде сказати про втечу дякові Смирнову, або дякові Єфим'єву; отака єресь! буду царем на Москві!.. Піймати, піймати врагоугодника, та й заслати в Соловецький на вічне покаяння. Адже це єресь, отче ігумен.</w:t>
      </w:r>
    </w:p>
    <w:p>
      <w:r>
        <w:br/>
        <w:t>Ігумен</w:t>
      </w:r>
    </w:p>
    <w:p>
      <w:r>
        <w:br/>
        <w:t>Єресь, святий владико, суща єресь.</w:t>
      </w:r>
    </w:p>
    <w:p>
      <w:r>
        <w:br/>
        <w:t>ЦАРСЬКІ ПАЛАТИ</w:t>
      </w:r>
    </w:p>
    <w:p>
      <w:r>
        <w:br/>
        <w:t>Два стольники</w:t>
      </w:r>
    </w:p>
    <w:p>
      <w:r>
        <w:br/>
        <w:t>Перший</w:t>
      </w:r>
    </w:p>
    <w:p>
      <w:r>
        <w:br/>
        <w:t>Де государ?</w:t>
      </w:r>
    </w:p>
    <w:p>
      <w:r>
        <w:br/>
        <w:t>Другий</w:t>
      </w:r>
    </w:p>
    <w:p>
      <w:r>
        <w:br/>
        <w:t>В своїй опочивальні&lt;br /&gt;</w:t>
        <w:br/>
        <w:t>Замкнувся він з якимось чаклуном</w:t>
      </w:r>
    </w:p>
    <w:p>
      <w:r>
        <w:br/>
        <w:t>Перший</w:t>
      </w:r>
    </w:p>
    <w:p>
      <w:r>
        <w:br/>
        <w:t>Так, от його улюблена розмова:&lt;br /&gt;</w:t>
        <w:br/>
        <w:t>Чарівники, чаклунки, ворожбити.&lt;br /&gt;</w:t>
        <w:br/>
        <w:t>Ворожить все, мов наречена красна.&lt;br /&gt;</w:t>
        <w:br/>
        <w:t>Хотів би знать, про що ворожить він?</w:t>
      </w:r>
    </w:p>
    <w:p>
      <w:r>
        <w:br/>
        <w:t>Другий</w:t>
      </w:r>
    </w:p>
    <w:p>
      <w:r>
        <w:br/>
        <w:t>Ось він іде. Спитаєш, може, сам?</w:t>
      </w:r>
    </w:p>
    <w:p>
      <w:r>
        <w:br/>
        <w:t>Перший</w:t>
      </w:r>
    </w:p>
    <w:p>
      <w:r>
        <w:br/>
        <w:t>Похмурий він!&lt;br /&gt;</w:t>
        <w:br/>
        <w:t>(Виходять)</w:t>
      </w:r>
    </w:p>
    <w:p>
      <w:r>
        <w:br/>
        <w:t>Цар&lt;br /&gt;</w:t>
        <w:br/>
        <w:t>(входить)</w:t>
      </w:r>
    </w:p>
    <w:p>
      <w:r>
        <w:br/>
        <w:t>Здобув я вищу владу;&lt;br /&gt;</w:t>
        <w:br/>
        <w:t>Вже шостий рік я царствую спокійно.&lt;br /&gt;</w:t>
        <w:br/>
        <w:t>Та щастя все нема. Чи не так само&lt;br /&gt;</w:t>
        <w:br/>
        <w:t>Ми змолоду, закохані, жадаєм&lt;br /&gt;</w:t>
        <w:br/>
        <w:t>Любові втіх, та лиш задовольним&lt;br /&gt;</w:t>
        <w:br/>
        <w:t>Сердечну хіть хвилинним обладанням,&lt;br /&gt;</w:t>
        <w:br/>
        <w:t>Згасаючи, нудьгуємо, байдужі?..&lt;br /&gt;</w:t>
        <w:br/>
        <w:t>Дарма мені віщують чаклуни&lt;br /&gt;</w:t>
        <w:br/>
        <w:t>І довгі дні, і владу безтурботну —&lt;br /&gt;</w:t>
        <w:br/>
        <w:t>Не тішать більш ні влада, ні життя;&lt;br /&gt;</w:t>
        <w:br/>
        <w:t>Небесний грім і горе почуваю.&lt;br /&gt;</w:t>
        <w:br/>
        <w:t>Нещасний я. Гадав я свій народ&lt;br /&gt;</w:t>
        <w:br/>
        <w:t>В добробуті, у славі заспокоїть,&lt;br /&gt;</w:t>
        <w:br/>
        <w:t>Щедротами любов його здобуть —&lt;br /&gt;</w:t>
        <w:br/>
        <w:t>Та кинув я даремне сподівання,&lt;br /&gt;</w:t>
        <w:br/>
        <w:t>Бо власть жива для черні ненависна.&lt;br /&gt;</w:t>
        <w:br/>
        <w:t>Вони любить уміють тільки мертвих.&lt;br /&gt;</w:t>
        <w:br/>
        <w:t>Безумні ми, як оплески людські&lt;br /&gt;</w:t>
        <w:br/>
        <w:t>Чи лютий зойк тривожить серце наше!&lt;br /&gt;</w:t>
        <w:br/>
        <w:t>На землю бог нам голод насилав,&lt;br /&gt;</w:t>
        <w:br/>
        <w:t>Народ завив, конаючи у муках;&lt;br /&gt;</w:t>
        <w:br/>
        <w:t>Я відчинив їм житниці, я злото&lt;br /&gt;</w:t>
        <w:br/>
        <w:t>Розсипав їм, знайшов для них роботу —&lt;br /&gt;</w:t>
        <w:br/>
        <w:t>Вони ж мене в нестямі проклинали!&lt;br /&gt;</w:t>
        <w:br/>
        <w:t>Страшний пожар домівки знищив їх,&lt;br /&gt;</w:t>
        <w:br/>
        <w:t>Поставив я для них нові будинки.&lt;br /&gt;</w:t>
        <w:br/>
        <w:t>Вони ж мені пожаром дорікали!&lt;br /&gt;</w:t>
        <w:br/>
        <w:t>От черні суд: знайди ж її любов.&lt;br /&gt;</w:t>
        <w:br/>
        <w:t>В сім'ї моїй гадав я мати радість,&lt;br /&gt;</w:t>
        <w:br/>
        <w:t>Дочку гадав я ущасливить шлюбом —&lt;br /&gt;</w:t>
        <w:br/>
        <w:t>Як буря, смерть забрала жениха...&lt;br /&gt;</w:t>
        <w:br/>
        <w:t>І тут чутки лукаво називають&lt;br /&gt;</w:t>
        <w:br/>
        <w:t>Причиною вдівства дочки мене,&lt;br /&gt;</w:t>
        <w:br/>
        <w:t>Лише мене, нещасного вітця!..&lt;br /&gt;</w:t>
        <w:br/>
        <w:t>Хто б не помер, я всіх убивця тайний:&lt;br /&gt;</w:t>
        <w:br/>
        <w:t>Прискорив я Феодора кончину,&lt;br /&gt;</w:t>
        <w:br/>
        <w:t>Я отруїв свою сестру царицю,&lt;br /&gt;</w:t>
        <w:br/>
        <w:t>Монахиню смиренну... все, все я!&lt;br /&gt;</w:t>
        <w:br/>
        <w:t>Ох! чую я: ніщо не може нас&lt;br /&gt;</w:t>
        <w:br/>
        <w:t>Серед скорбот житейських заспокоїть,&lt;br /&gt;</w:t>
        <w:br/>
        <w:t>Ніщо, ніщо... хіба єдина совість.&lt;br /&gt;</w:t>
        <w:br/>
        <w:t>Так, праведна, вона восторжествує&lt;br /&gt;</w:t>
        <w:br/>
        <w:t>Над злобою, над темною брехнею.&lt;br /&gt;</w:t>
        <w:br/>
        <w:t>Та лиш на ній хоч плямина одна,&lt;br /&gt;</w:t>
        <w:br/>
        <w:t>Одна лише як-небудь завелася,&lt;br /&gt;</w:t>
        <w:br/>
        <w:t>Тоді — біда! Мов з язви морової&lt;br /&gt;</w:t>
        <w:br/>
        <w:t>Душа згорить, заллє отрута серце,&lt;br /&gt;</w:t>
        <w:br/>
        <w:t>Як молоток у вухах б'є докір,&lt;br /&gt;</w:t>
        <w:br/>
        <w:t>І тоскно так, і голова в тумані,&lt;br /&gt;</w:t>
        <w:br/>
        <w:t>І хлопчики скривавлені в очах...&lt;br /&gt;</w:t>
        <w:br/>
        <w:t>І втік би десь, та нікуди... жахливо!&lt;br /&gt;</w:t>
        <w:br/>
        <w:t>Нещасний той, хто совість заплямив.</w:t>
      </w:r>
    </w:p>
    <w:p>
      <w:r>
        <w:br/>
        <w:t>КОРЧМА НА ЛИТОВСЬКІМ КОРДОНІ</w:t>
      </w:r>
    </w:p>
    <w:p>
      <w:r>
        <w:br/>
        <w:t>Мисаїл та Варлаам, бродяги-ченці; Григорій Отреп'єв, мирянином; хазяйка.</w:t>
      </w:r>
    </w:p>
    <w:p>
      <w:r>
        <w:br/>
        <w:t>Хазяйка</w:t>
      </w:r>
    </w:p>
    <w:p>
      <w:r>
        <w:br/>
        <w:t>Чим же мені вас пригощати, старці чесні?</w:t>
      </w:r>
    </w:p>
    <w:p>
      <w:r>
        <w:br/>
        <w:t>Варлаам</w:t>
      </w:r>
    </w:p>
    <w:p>
      <w:r>
        <w:br/>
        <w:t>Чим бог пошле, хазяєчко. Чи нема вина?</w:t>
      </w:r>
    </w:p>
    <w:p>
      <w:r>
        <w:br/>
        <w:t>Хазяйка</w:t>
      </w:r>
    </w:p>
    <w:p>
      <w:r>
        <w:br/>
        <w:t>Як не бути, панотці мої! зараз винесу.&lt;br /&gt;</w:t>
        <w:br/>
        <w:t>(Виходить)</w:t>
      </w:r>
    </w:p>
    <w:p>
      <w:r>
        <w:br/>
        <w:t>Mисаїл</w:t>
      </w:r>
    </w:p>
    <w:p>
      <w:r>
        <w:br/>
        <w:t>Що ж ти зажурився, товаришу? От і кордон Литовський, до якого так хотілося тобі добратися.</w:t>
      </w:r>
    </w:p>
    <w:p>
      <w:r>
        <w:br/>
        <w:t>Григорій</w:t>
      </w:r>
    </w:p>
    <w:p>
      <w:r>
        <w:br/>
        <w:t>Поки не буду в Литві, доти не буду спокійний.</w:t>
      </w:r>
    </w:p>
    <w:p>
      <w:r>
        <w:br/>
        <w:t>Варлаам</w:t>
      </w:r>
    </w:p>
    <w:p>
      <w:r>
        <w:br/>
        <w:t>Що тобі Литва так полюбилася? От ми, отець Мисаїл та я, грішний, як утекли з монастиря, так ні про що вже и не думаємо. Чи Русь, чи Литва — однакові дива: нам все одно, було б лиш вино... та ось і воно!..</w:t>
      </w:r>
    </w:p>
    <w:p>
      <w:r>
        <w:br/>
        <w:t>Mисаїл</w:t>
      </w:r>
    </w:p>
    <w:p>
      <w:r>
        <w:br/>
        <w:t>Ловко сказано, отче Варлаам.</w:t>
      </w:r>
    </w:p>
    <w:p>
      <w:r>
        <w:br/>
        <w:t>Хазяйка&lt;br /&gt;</w:t>
        <w:br/>
        <w:t>(входить)</w:t>
      </w:r>
    </w:p>
    <w:p>
      <w:r>
        <w:br/>
        <w:t>От вам, панотці мої. Пийте на здоров'я</w:t>
      </w:r>
    </w:p>
    <w:p>
      <w:r>
        <w:br/>
        <w:t>Mисаїл</w:t>
      </w:r>
    </w:p>
    <w:p>
      <w:r>
        <w:br/>
        <w:t>Спасибі, рідна, хай бог тебе благословить.&lt;br /&gt;</w:t>
        <w:br/>
        <w:t>(Ченці п'ють, Варлаам заводить пісню: "Як у городі було у Казані...")</w:t>
      </w:r>
    </w:p>
    <w:p>
      <w:r>
        <w:br/>
        <w:t>Варлаам&lt;br /&gt;</w:t>
        <w:br/>
        <w:t>(до Григорія)</w:t>
      </w:r>
    </w:p>
    <w:p>
      <w:r>
        <w:br/>
        <w:t>Чом же ти не підтягуєш, та й не потягуєш?</w:t>
      </w:r>
    </w:p>
    <w:p>
      <w:r>
        <w:br/>
        <w:t>Григорій</w:t>
      </w:r>
    </w:p>
    <w:p>
      <w:r>
        <w:br/>
        <w:t>Не хочу.</w:t>
      </w:r>
    </w:p>
    <w:p>
      <w:r>
        <w:br/>
        <w:t>Mисаїл</w:t>
      </w:r>
    </w:p>
    <w:p>
      <w:r>
        <w:br/>
        <w:t>Вольному воля...</w:t>
      </w:r>
    </w:p>
    <w:p>
      <w:r>
        <w:br/>
        <w:t>Варлаам</w:t>
      </w:r>
    </w:p>
    <w:p>
      <w:r>
        <w:br/>
        <w:t>А п'яному рай, отче Мисаїл! Випиймо ж чарочку за шинкарочку...&lt;br /&gt;</w:t>
        <w:br/>
        <w:t>Проте, отче Мисаїл, коли я п'ю, то тверезих не люблю; інша річ п'янство, а інша чванство; хочеш жити, як ми, милості просимо, — ні — то забирайся геть подалі: скоморох попові не товариш.</w:t>
      </w:r>
    </w:p>
    <w:p>
      <w:r>
        <w:br/>
        <w:t>Григорій</w:t>
      </w:r>
    </w:p>
    <w:p>
      <w:r>
        <w:br/>
        <w:t>Пий та сам собі розумій, отче Варлаам!.. Бачиш, і я часом ловко говорити вмію.</w:t>
      </w:r>
    </w:p>
    <w:p>
      <w:r>
        <w:br/>
        <w:t>Варлаам</w:t>
      </w:r>
    </w:p>
    <w:p>
      <w:r>
        <w:br/>
        <w:t>А що мені собі самому розуміти?</w:t>
      </w:r>
    </w:p>
    <w:p>
      <w:r>
        <w:br/>
        <w:t>Mисаїл</w:t>
      </w:r>
    </w:p>
    <w:p>
      <w:r>
        <w:br/>
        <w:t>Облиш його, отче Варлаам.</w:t>
      </w:r>
    </w:p>
    <w:p>
      <w:r>
        <w:br/>
        <w:t>Варлаам</w:t>
      </w:r>
    </w:p>
    <w:p>
      <w:r>
        <w:br/>
        <w:t>Та що він за постник? Сам же до нас набився в товариші, невідомо хто, невідомо відкіля, — та ще й чваниться; може, кобилу нюхав...&lt;br /&gt;</w:t>
        <w:br/>
        <w:t>(П'є і співає: "Молодий чернець постригся")</w:t>
      </w:r>
    </w:p>
    <w:p>
      <w:r>
        <w:br/>
        <w:t>Григорій&lt;br /&gt;</w:t>
        <w:br/>
        <w:t>(до хазяйки)</w:t>
      </w:r>
    </w:p>
    <w:p>
      <w:r>
        <w:br/>
        <w:t>Куди веде ця дорога?</w:t>
      </w:r>
    </w:p>
    <w:p>
      <w:r>
        <w:br/>
        <w:t>Хазяйка</w:t>
      </w:r>
    </w:p>
    <w:p>
      <w:r>
        <w:br/>
        <w:t>У Литву, мій рідненький, на Луйові гори.</w:t>
      </w:r>
    </w:p>
    <w:p>
      <w:r>
        <w:br/>
        <w:t>Григорій</w:t>
      </w:r>
    </w:p>
    <w:p>
      <w:r>
        <w:br/>
        <w:t>А чи далеко до Луйових гір?</w:t>
      </w:r>
    </w:p>
    <w:p>
      <w:r>
        <w:br/>
        <w:t>Хазяйка</w:t>
      </w:r>
    </w:p>
    <w:p>
      <w:r>
        <w:br/>
        <w:t>Недалеко, до вечора можна б туди поспіти, коли б не аастави царські та не вартові пристави.</w:t>
      </w:r>
    </w:p>
    <w:p>
      <w:r>
        <w:br/>
        <w:t>Григорій</w:t>
      </w:r>
    </w:p>
    <w:p>
      <w:r>
        <w:br/>
        <w:t>Як, застави! що це значить?</w:t>
      </w:r>
    </w:p>
    <w:p>
      <w:r>
        <w:br/>
        <w:t>Хазяйка</w:t>
      </w:r>
    </w:p>
    <w:p>
      <w:r>
        <w:br/>
        <w:t>Хтось утік з Москви, а велено всіх затримувати та оглядати.</w:t>
      </w:r>
    </w:p>
    <w:p>
      <w:r>
        <w:br/>
        <w:t>Григорій&lt;br /&gt;</w:t>
        <w:br/>
        <w:t>(до себе)</w:t>
      </w:r>
    </w:p>
    <w:p>
      <w:r>
        <w:br/>
        <w:t>Ось тобі, бабо, й святого Юрія.</w:t>
      </w:r>
    </w:p>
    <w:p>
      <w:r>
        <w:br/>
        <w:t>Варлаам</w:t>
      </w:r>
    </w:p>
    <w:p>
      <w:r>
        <w:br/>
        <w:t>Ей, товаришу! та ти до хазяйки присусідився. Знать не треба тобі горілки-оковиці, а треба молодиці, діло, брате, діло! у кожного свій звичай; а у нас із отцем Мисаїлом турботонька одна: п'ємо до дна, випили, перевернули і в денце стуконули.</w:t>
      </w:r>
    </w:p>
    <w:p>
      <w:r>
        <w:br/>
        <w:t>Mисаїл</w:t>
      </w:r>
    </w:p>
    <w:p>
      <w:r>
        <w:br/>
        <w:t>Ловко сказано, отче Варлаам...</w:t>
      </w:r>
    </w:p>
    <w:p>
      <w:r>
        <w:br/>
        <w:t>Григорій</w:t>
      </w:r>
    </w:p>
    <w:p>
      <w:r>
        <w:br/>
        <w:t>Та кого ж їм треба? Хто втік із Москви?</w:t>
      </w:r>
    </w:p>
    <w:p>
      <w:r>
        <w:br/>
        <w:t>Хазяйка</w:t>
      </w:r>
    </w:p>
    <w:p>
      <w:r>
        <w:br/>
        <w:t>А господь його відає, чи злодій, чи розбійник — тільки тут і добрим людям нині проходу немає — а що з того буде? нічого; дідька лисого впіймають: наче в Литву немає іншого шляху, крім стовпової дороги! От хоч відсіля зверни ліворуч, та через бір іди стежкою до каплиці, що на Чеканському ручаю, а там прямо через болото на Хлопине, а звідтіля на Захарове, а тут уже кожне хлоп'я доведе до Луйових rip. Від цих приставів тільки й того, що утискають прохожих та оббирають нас бідних. (Чути шум). Що там іще? Ох, от вони, прокляті! дозором ідуть.</w:t>
      </w:r>
    </w:p>
    <w:p>
      <w:r>
        <w:br/>
        <w:t>Григорій</w:t>
      </w:r>
    </w:p>
    <w:p>
      <w:r>
        <w:br/>
        <w:t>Хазяйко! чи нема в хаті іншого кутка?</w:t>
      </w:r>
    </w:p>
    <w:p>
      <w:r>
        <w:br/>
        <w:t>Хазяйка</w:t>
      </w:r>
    </w:p>
    <w:p>
      <w:r>
        <w:br/>
        <w:t>Нема, голубе. Рада б сама сховатись. Тільки слава, що дозором ходять, а подавай їм і вина, і хліба, і не знати чого — бодай вони здохли, окаянні! бодай вони...&lt;br /&gt;</w:t>
        <w:br/>
        <w:t>(Входять пристави)</w:t>
      </w:r>
    </w:p>
    <w:p>
      <w:r>
        <w:br/>
        <w:t>Пристав</w:t>
      </w:r>
    </w:p>
    <w:p>
      <w:r>
        <w:br/>
        <w:t>Здорова, хазяйко!</w:t>
      </w:r>
    </w:p>
    <w:p>
      <w:r>
        <w:br/>
        <w:t>Хазяйка</w:t>
      </w:r>
    </w:p>
    <w:p>
      <w:r>
        <w:br/>
        <w:t>Просимо до хати, гості дорогі, милості просимо.</w:t>
      </w:r>
    </w:p>
    <w:p>
      <w:r>
        <w:br/>
        <w:t>Один пристав&lt;br /&gt;</w:t>
        <w:br/>
        <w:t>(другому)</w:t>
      </w:r>
    </w:p>
    <w:p>
      <w:r>
        <w:br/>
        <w:t>Еге! та тут пиятика йде; буде чим поживитись. (дo ченців). Ви що за люди?</w:t>
      </w:r>
    </w:p>
    <w:p>
      <w:r>
        <w:br/>
        <w:t>Варлаам</w:t>
      </w:r>
    </w:p>
    <w:p>
      <w:r>
        <w:br/>
        <w:t>Ми божі старці, іноки смиренні, ходимо по селах та збираємо милостиню християнську на монастир.</w:t>
      </w:r>
    </w:p>
    <w:p>
      <w:r>
        <w:br/>
        <w:t>Пристав&lt;br /&gt;</w:t>
        <w:br/>
        <w:t>(до Григорія)</w:t>
      </w:r>
    </w:p>
    <w:p>
      <w:r>
        <w:br/>
        <w:t>А ти?</w:t>
      </w:r>
    </w:p>
    <w:p>
      <w:r>
        <w:br/>
        <w:t>Mисаїл</w:t>
      </w:r>
    </w:p>
    <w:p>
      <w:r>
        <w:br/>
        <w:t>Наш товариш...</w:t>
      </w:r>
    </w:p>
    <w:p>
      <w:r>
        <w:br/>
        <w:t>Григорій</w:t>
      </w:r>
    </w:p>
    <w:p>
      <w:r>
        <w:br/>
        <w:t>Мирянин з пригороду: провів старців до кордону, звідси іду додому.</w:t>
      </w:r>
    </w:p>
    <w:p>
      <w:r>
        <w:br/>
        <w:t>Mисаїл</w:t>
      </w:r>
    </w:p>
    <w:p>
      <w:r>
        <w:br/>
        <w:t>Так ти роздумав...</w:t>
      </w:r>
    </w:p>
    <w:p>
      <w:r>
        <w:br/>
        <w:t>Григорій&lt;br /&gt;</w:t>
        <w:br/>
        <w:t>(тихо)</w:t>
      </w:r>
    </w:p>
    <w:p>
      <w:r>
        <w:br/>
        <w:t>Мовчи.</w:t>
      </w:r>
    </w:p>
    <w:p>
      <w:r>
        <w:br/>
        <w:t>Пристав</w:t>
      </w:r>
    </w:p>
    <w:p>
      <w:r>
        <w:br/>
        <w:t>Хазяйко, постав-но ще вина, а ми тут із старцями поп'ємо та поговоримо.</w:t>
      </w:r>
    </w:p>
    <w:p>
      <w:r>
        <w:br/>
        <w:t>Другий пристав&lt;br /&gt;</w:t>
        <w:br/>
        <w:t>(тихо)</w:t>
      </w:r>
    </w:p>
    <w:p>
      <w:r>
        <w:br/>
        <w:t>Парубок, здається, голий, з нього взяти нічого; зате старці...</w:t>
      </w:r>
    </w:p>
    <w:p>
      <w:r>
        <w:br/>
        <w:t>Перший</w:t>
      </w:r>
    </w:p>
    <w:p>
      <w:r>
        <w:br/>
        <w:t>Мовчи, зараз до них доберемося. — Що, панотці мої? як промишляєте?</w:t>
      </w:r>
    </w:p>
    <w:p>
      <w:r>
        <w:br/>
        <w:t>Варлаам</w:t>
      </w:r>
    </w:p>
    <w:p>
      <w:r>
        <w:br/>
        <w:t>Погано, сину, погано! нині християни стали скупі; грошву люблять, грошву ховають. Мало богові дають. Прийшов гріх велій на язиці земнії. Всі пустилися в торги, в митарства; думають про мирське багатство, не про спасіння душі. Ходиш, ходиш; молиш, молиш; інколи за три дні трьох шагів не вимолиш. Такий гріх! Мине тиждень, другий, зазирнеш у гаманець, аж у ньому так мало, що сором у монастир показатися; що робити? з горя і решту проп'єш: біда та й тільки.— Ох, погано, певне, прийшли на нас останні часи...</w:t>
      </w:r>
    </w:p>
    <w:p>
      <w:r>
        <w:br/>
        <w:t>Хазяйка&lt;br /&gt;</w:t>
        <w:br/>
        <w:t>(плаче)</w:t>
      </w:r>
    </w:p>
    <w:p>
      <w:r>
        <w:br/>
        <w:t>Господи помилуй і спаси!&lt;br /&gt;</w:t>
        <w:br/>
        <w:t>(Протягом Варлаамової промови перший пристав значуща вдивляється в Мисаїла)</w:t>
      </w:r>
    </w:p>
    <w:p>
      <w:r>
        <w:br/>
        <w:t>Перший пристав</w:t>
      </w:r>
    </w:p>
    <w:p>
      <w:r>
        <w:br/>
        <w:t>Альохо! чи при тобі царський указ?</w:t>
      </w:r>
    </w:p>
    <w:p>
      <w:r>
        <w:br/>
        <w:t>Другий</w:t>
      </w:r>
    </w:p>
    <w:p>
      <w:r>
        <w:br/>
        <w:t>При мені.</w:t>
      </w:r>
    </w:p>
    <w:p>
      <w:r>
        <w:br/>
        <w:t>Перший</w:t>
      </w:r>
    </w:p>
    <w:p>
      <w:r>
        <w:br/>
        <w:t>Подай-но сюди.</w:t>
      </w:r>
    </w:p>
    <w:p>
      <w:r>
        <w:br/>
        <w:t>Mисаїл</w:t>
      </w:r>
    </w:p>
    <w:p>
      <w:r>
        <w:br/>
        <w:t>Чого ти на мене так пильно дивишся?</w:t>
      </w:r>
    </w:p>
    <w:p>
      <w:r>
        <w:br/>
        <w:t>Перший пристав</w:t>
      </w:r>
    </w:p>
    <w:p>
      <w:r>
        <w:br/>
        <w:t>А от чого: з Москви утік якийсь лихий єретик, Гришка Отреп'єв, чи ти чув це?</w:t>
      </w:r>
    </w:p>
    <w:p>
      <w:r>
        <w:br/>
        <w:t>Mисаїл</w:t>
      </w:r>
    </w:p>
    <w:p>
      <w:r>
        <w:br/>
        <w:t>Не чув.</w:t>
      </w:r>
    </w:p>
    <w:p>
      <w:r>
        <w:br/>
        <w:t>Пристав</w:t>
      </w:r>
    </w:p>
    <w:p>
      <w:r>
        <w:br/>
        <w:t>Не чув? Гаразд. А того збіглого єретика цар наказав зловити і повісити. Чи ти знаєш це?</w:t>
      </w:r>
    </w:p>
    <w:p>
      <w:r>
        <w:br/>
        <w:t>Mисаїл</w:t>
      </w:r>
    </w:p>
    <w:p>
      <w:r>
        <w:br/>
        <w:t>Не знаю.</w:t>
      </w:r>
    </w:p>
    <w:p>
      <w:r>
        <w:br/>
        <w:t>Пристав&lt;br /&gt;</w:t>
        <w:br/>
        <w:t>(до Варлаама)</w:t>
      </w:r>
    </w:p>
    <w:p>
      <w:r>
        <w:br/>
        <w:t>Чи вмієш ти читати?</w:t>
      </w:r>
    </w:p>
    <w:p>
      <w:r>
        <w:br/>
        <w:t>Варлаам</w:t>
      </w:r>
    </w:p>
    <w:p>
      <w:r>
        <w:br/>
        <w:t>Замолоду знав, та розучився.</w:t>
      </w:r>
    </w:p>
    <w:p>
      <w:r>
        <w:br/>
        <w:t>Пристав&lt;br /&gt;</w:t>
        <w:br/>
        <w:t>(до Мисаїла)</w:t>
      </w:r>
    </w:p>
    <w:p>
      <w:r>
        <w:br/>
        <w:t>А ти?</w:t>
      </w:r>
    </w:p>
    <w:p>
      <w:r>
        <w:br/>
        <w:t>Mисаїл</w:t>
      </w:r>
    </w:p>
    <w:p>
      <w:r>
        <w:br/>
        <w:t>Не умудрив господь.</w:t>
      </w:r>
    </w:p>
    <w:p>
      <w:r>
        <w:br/>
        <w:t>Пристав</w:t>
      </w:r>
    </w:p>
    <w:p>
      <w:r>
        <w:br/>
        <w:t>Так от тобі царський указ.</w:t>
      </w:r>
    </w:p>
    <w:p>
      <w:r>
        <w:br/>
        <w:t>Mисаїл</w:t>
      </w:r>
    </w:p>
    <w:p>
      <w:r>
        <w:br/>
        <w:t>Нащо мені він?</w:t>
      </w:r>
    </w:p>
    <w:p>
      <w:r>
        <w:br/>
        <w:t>Пристав</w:t>
      </w:r>
    </w:p>
    <w:p>
      <w:r>
        <w:br/>
        <w:t>Мені здається, що той збіглий єретик, лиходій, пройдисвіт — ти.</w:t>
      </w:r>
    </w:p>
    <w:p>
      <w:r>
        <w:br/>
        <w:t>Mисаїл</w:t>
      </w:r>
    </w:p>
    <w:p>
      <w:r>
        <w:br/>
        <w:t>Я? змилуйся! що ти?</w:t>
      </w:r>
    </w:p>
    <w:p>
      <w:r>
        <w:br/>
        <w:t>Пристав</w:t>
      </w:r>
    </w:p>
    <w:p>
      <w:r>
        <w:br/>
        <w:t>Стривай! держи двері. От ми зараз і довідаємось.</w:t>
      </w:r>
    </w:p>
    <w:p>
      <w:r>
        <w:br/>
        <w:t>Хазяйка</w:t>
      </w:r>
    </w:p>
    <w:p>
      <w:r>
        <w:br/>
        <w:t>Ох, вони окаянні мучителі! І старцеві не дадуть спокою!</w:t>
      </w:r>
    </w:p>
    <w:p>
      <w:r>
        <w:br/>
        <w:t>Пристав</w:t>
      </w:r>
    </w:p>
    <w:p>
      <w:r>
        <w:br/>
        <w:t>Хто тут грамотний?</w:t>
      </w:r>
    </w:p>
    <w:p>
      <w:r>
        <w:br/>
        <w:t>Григорій&lt;br /&gt;</w:t>
        <w:br/>
        <w:t>(виступає наперед)</w:t>
      </w:r>
    </w:p>
    <w:p>
      <w:r>
        <w:br/>
        <w:t>Я грамотний.</w:t>
      </w:r>
    </w:p>
    <w:p>
      <w:r>
        <w:br/>
        <w:t>Пристав</w:t>
      </w:r>
    </w:p>
    <w:p>
      <w:r>
        <w:br/>
        <w:t>Чи ти ба! А в кого ж ти навчився?</w:t>
      </w:r>
    </w:p>
    <w:p>
      <w:r>
        <w:br/>
        <w:t>Григорій</w:t>
      </w:r>
    </w:p>
    <w:p>
      <w:r>
        <w:br/>
        <w:t>У нашого паламаря.</w:t>
      </w:r>
    </w:p>
    <w:p>
      <w:r>
        <w:br/>
        <w:t>Пристав&lt;br /&gt;</w:t>
        <w:br/>
        <w:t>(дає йому указ)</w:t>
      </w:r>
    </w:p>
    <w:p>
      <w:r>
        <w:br/>
        <w:t>Читай же вголос.</w:t>
      </w:r>
    </w:p>
    <w:p>
      <w:r>
        <w:br/>
        <w:t>Григорій&lt;br /&gt;</w:t>
        <w:br/>
        <w:t>(читає)</w:t>
      </w:r>
    </w:p>
    <w:p>
      <w:r>
        <w:br/>
        <w:t>"Чудового монастиря недостойний чернець Григорій, з роду Отреп’євих, впав у єресь і насмілився, навчений дияволом, підбурювати святу братію всякими спокусами та беззаконствами. А з довідок виявилось, одбіг він, окаянний Гришка, до кордону Литовського..."</w:t>
      </w:r>
    </w:p>
    <w:p>
      <w:r>
        <w:br/>
        <w:t>Пристав&lt;br /&gt;</w:t>
        <w:br/>
        <w:t>(до Мисаїла)</w:t>
      </w:r>
    </w:p>
    <w:p>
      <w:r>
        <w:br/>
        <w:t>Як же не ти?</w:t>
      </w:r>
    </w:p>
    <w:p>
      <w:r>
        <w:br/>
        <w:t>Григорій</w:t>
      </w:r>
    </w:p>
    <w:p>
      <w:r>
        <w:br/>
        <w:t>"І цар повелів зловити його..."</w:t>
      </w:r>
    </w:p>
    <w:p>
      <w:r>
        <w:br/>
        <w:t>Пристав</w:t>
      </w:r>
    </w:p>
    <w:p>
      <w:r>
        <w:br/>
        <w:t>І повісити.</w:t>
      </w:r>
    </w:p>
    <w:p>
      <w:r>
        <w:br/>
        <w:t>Григорій</w:t>
      </w:r>
    </w:p>
    <w:p>
      <w:r>
        <w:br/>
        <w:t>Тут не сказано повісити.</w:t>
      </w:r>
    </w:p>
    <w:p>
      <w:r>
        <w:br/>
        <w:t>Пристав</w:t>
      </w:r>
    </w:p>
    <w:p>
      <w:r>
        <w:br/>
        <w:t>Брешеш: не кожне слово в рядок пишеться. Читай: зловити і повісити.</w:t>
      </w:r>
    </w:p>
    <w:p>
      <w:r>
        <w:br/>
        <w:t>Григорій</w:t>
      </w:r>
    </w:p>
    <w:p>
      <w:r>
        <w:br/>
        <w:t>"І повісити. А літ йому злочинцеві Гришці від роду... (дивлячись на Варлаама) за 50. А на зріст він середній, лоб має лисий, бороду сиву, черево товсте..." (Всі дивляться на Варлаама)</w:t>
      </w:r>
    </w:p>
    <w:p>
      <w:r>
        <w:br/>
        <w:t>Перший пристав</w:t>
      </w:r>
    </w:p>
    <w:p>
      <w:r>
        <w:br/>
        <w:t>Хлопці! тут Гришка! держіть, в'яжіть його! От уже не думав, не гадав.</w:t>
      </w:r>
    </w:p>
    <w:p>
      <w:r>
        <w:br/>
        <w:t>Варлаам&lt;br /&gt;</w:t>
        <w:br/>
        <w:t>(вириваючи папірець)</w:t>
      </w:r>
    </w:p>
    <w:p>
      <w:r>
        <w:br/>
        <w:t>Одчепіться, сучі діти! що я за Гришка? — як! 50 літ, борода сива, черево товсте! ні, брат! молодий ще мене на глум брати. Я давно не читав і погано розбираю, а тут уже розберу, як діло до петлі доходить. (Читає по складах). А літ йо-му від ро-ду... 20". — Що, брат? де тут 50? бачиш? 20.</w:t>
      </w:r>
    </w:p>
    <w:p>
      <w:r>
        <w:br/>
        <w:t>Другий пристав</w:t>
      </w:r>
    </w:p>
    <w:p>
      <w:r>
        <w:br/>
        <w:t>Так, пригадується, 20. Так і нам було сказано.</w:t>
      </w:r>
    </w:p>
    <w:p>
      <w:r>
        <w:br/>
        <w:t>Перший пристав&lt;br /&gt;</w:t>
        <w:br/>
        <w:t>(до Григорія)</w:t>
      </w:r>
    </w:p>
    <w:p>
      <w:r>
        <w:br/>
        <w:t>А ти, брате, видно, штукар.&lt;br /&gt;</w:t>
        <w:br/>
        <w:t>(Під час читання Григорій стоїть, понуривши голову, з рукою за пазухою)</w:t>
      </w:r>
    </w:p>
    <w:p>
      <w:r>
        <w:br/>
        <w:t>Варлаам&lt;br /&gt;</w:t>
        <w:br/>
        <w:t>(продовжує)</w:t>
      </w:r>
    </w:p>
    <w:p>
      <w:r>
        <w:br/>
        <w:t>"А на зріст він малий, груди широкі, одна рука коротша за другу, очі голубі, волосся руде, на щоці бородавка, на лобі друга". Та це, друже, чи не ти?&lt;br /&gt;</w:t>
        <w:br/>
        <w:t>(Григорій раптом виймає кинджал; усі перед ним розступаються, він кидається у вікно)</w:t>
      </w:r>
    </w:p>
    <w:p>
      <w:r>
        <w:br/>
        <w:t>Пристави</w:t>
      </w:r>
    </w:p>
    <w:p>
      <w:r>
        <w:br/>
        <w:t>Держи! держи!&lt;br /&gt;</w:t>
        <w:br/>
        <w:t>(Усі біжать у безладді)</w:t>
      </w:r>
    </w:p>
    <w:p>
      <w:r>
        <w:br/>
        <w:t>МОСКВА. ДІМ ШУЙСЬКОГО</w:t>
      </w:r>
    </w:p>
    <w:p>
      <w:r>
        <w:br/>
        <w:t>Шуйський, багато гостей. Вечеря.</w:t>
      </w:r>
    </w:p>
    <w:p>
      <w:r>
        <w:br/>
        <w:t>Шуйський</w:t>
      </w:r>
    </w:p>
    <w:p>
      <w:r>
        <w:br/>
        <w:t>Іще вина.&lt;br /&gt;</w:t>
        <w:br/>
        <w:t>(Встає, за ним і всі)&lt;br /&gt;</w:t>
        <w:br/>
        <w:t>Ну, гості дорогії,&lt;br /&gt;</w:t>
        <w:br/>
        <w:t>Останній ківш! Читай молитву, хлопче.</w:t>
      </w:r>
    </w:p>
    <w:p>
      <w:r>
        <w:br/>
        <w:t>Хлопець</w:t>
      </w:r>
    </w:p>
    <w:p>
      <w:r>
        <w:br/>
        <w:t>Царю небес, усюди й прісно сущий,&lt;br /&gt;</w:t>
        <w:br/>
        <w:t>Своїх рабів молитву ти почуй:&lt;br /&gt;</w:t>
        <w:br/>
        <w:t>Помолимось за нашого владику,&lt;br /&gt;</w:t>
        <w:br/>
        <w:t>Благочестивого твого обранця,&lt;br /&gt;</w:t>
        <w:br/>
        <w:t>Всіх християн царя-самодержавця&lt;br /&gt;</w:t>
        <w:br/>
        <w:t>Храни його в палатах, в полі ратнім,&lt;br /&gt;</w:t>
        <w:br/>
        <w:t>І на путях, і на одрі нічлігу.&lt;br /&gt;</w:t>
        <w:br/>
        <w:t>Подай йому здолати ворогів,&lt;br /&gt;</w:t>
        <w:br/>
        <w:t>Хай славиться од моря і до моря.&lt;br /&gt;</w:t>
        <w:br/>
        <w:t>Здоров'ям хай цвіте його сім'я,&lt;br /&gt;</w:t>
        <w:br/>
        <w:t>Хай дороге її гілля окриє&lt;br /&gt;</w:t>
        <w:br/>
        <w:t>Весь світ земний, — а до своїх рабів&lt;br /&gt;</w:t>
        <w:br/>
        <w:t>Хай буде, як раніш, він благодатний,&lt;br /&gt;</w:t>
        <w:br/>
        <w:t>Хай милостивий буде без кінця,&lt;br /&gt;</w:t>
        <w:br/>
        <w:t>Хай мудрості його джерела щедрі&lt;br /&gt;</w:t>
        <w:br/>
        <w:t>Всякденно проливаються на нас.&lt;br /&gt;</w:t>
        <w:br/>
        <w:t>І, царську чашу підійнявши вгору,&lt;br /&gt;</w:t>
        <w:br/>
        <w:t>Ми молимось тобі, царю небес.</w:t>
      </w:r>
    </w:p>
    <w:p>
      <w:r>
        <w:br/>
        <w:t>Шуйський&lt;br /&gt;</w:t>
        <w:br/>
        <w:t>(п’є)</w:t>
      </w:r>
    </w:p>
    <w:p>
      <w:r>
        <w:br/>
        <w:t>Нехай живе великий государ!&lt;br /&gt;</w:t>
        <w:br/>
        <w:t>Здоров'я вам бажаю, любі гості;&lt;br /&gt;</w:t>
        <w:br/>
        <w:t>Спасибі вам, що нашим хлібом-сіллю&lt;br /&gt;</w:t>
        <w:br/>
        <w:t>Не гребали. Добраніч, гості, вам.&lt;br /&gt;</w:t>
        <w:br/>
        <w:t>(Гості виходять, він проводжає їх до дверей)</w:t>
      </w:r>
    </w:p>
    <w:p>
      <w:r>
        <w:br/>
        <w:t>Пушкін</w:t>
      </w:r>
    </w:p>
    <w:p>
      <w:r>
        <w:br/>
        <w:t>Насилу пішли; ну, князю Василію Івановичу, я вже думав, що нам не вдасться і поговорити.</w:t>
      </w:r>
    </w:p>
    <w:p>
      <w:r>
        <w:br/>
        <w:t>Шуйський&lt;br /&gt;</w:t>
        <w:br/>
        <w:t>(до слуг)</w:t>
      </w:r>
    </w:p>
    <w:p>
      <w:r>
        <w:br/>
        <w:t>Ви чого роти пороззявляли? Все б вам панів підслухувати.— Прибирайте з столу та йдіть собі геть. — Що таке, Афанасію Михайловичу?</w:t>
      </w:r>
    </w:p>
    <w:p>
      <w:r>
        <w:br/>
        <w:t>Пушкін</w:t>
      </w:r>
    </w:p>
    <w:p>
      <w:r>
        <w:br/>
        <w:t>Чудеса, та й тільки.&lt;br /&gt;</w:t>
        <w:br/>
        <w:t>Гаврило Пушкін, небіж мій, прислав&lt;br /&gt;</w:t>
        <w:br/>
        <w:t>Із Кракова гінця мені сьогодні.</w:t>
      </w:r>
    </w:p>
    <w:p>
      <w:r>
        <w:br/>
        <w:t>Шуйський</w:t>
      </w:r>
    </w:p>
    <w:p>
      <w:r>
        <w:br/>
        <w:t>Ну?</w:t>
      </w:r>
    </w:p>
    <w:p>
      <w:r>
        <w:br/>
        <w:t>Пушкін</w:t>
      </w:r>
    </w:p>
    <w:p>
      <w:r>
        <w:br/>
        <w:t>Новину нам дивну небіж пише.&lt;br /&gt;</w:t>
        <w:br/>
        <w:t>Син Грозного... стривай.&lt;br /&gt;</w:t>
        <w:br/>
        <w:t>(Іде до дверей і оглядає)&lt;br /&gt;</w:t>
        <w:br/>
        <w:t>Державний отрок,&lt;br /&gt;</w:t>
        <w:br/>
        <w:t>По манію Бориса убієнний...</w:t>
      </w:r>
    </w:p>
    <w:p>
      <w:r>
        <w:br/>
        <w:t>Шуйський</w:t>
      </w:r>
    </w:p>
    <w:p>
      <w:r>
        <w:br/>
        <w:t>Та це давно відомо.</w:t>
      </w:r>
    </w:p>
    <w:p>
      <w:r>
        <w:br/>
        <w:t>Пушкін</w:t>
      </w:r>
    </w:p>
    <w:p>
      <w:r>
        <w:br/>
        <w:t>Зачекай:&lt;br /&gt;</w:t>
        <w:br/>
        <w:t>Димитрій — він живий.</w:t>
      </w:r>
    </w:p>
    <w:p>
      <w:r>
        <w:br/>
        <w:t>Шуйський</w:t>
      </w:r>
    </w:p>
    <w:p>
      <w:r>
        <w:br/>
        <w:t>Оце так вість!&lt;br /&gt;</w:t>
        <w:br/>
        <w:t>Царевич — він живий! Це справді чудо.&lt;br /&gt;</w:t>
        <w:br/>
        <w:t>Оце й усе?</w:t>
      </w:r>
    </w:p>
    <w:p>
      <w:r>
        <w:br/>
        <w:t>Пушкін</w:t>
      </w:r>
    </w:p>
    <w:p>
      <w:r>
        <w:br/>
        <w:t>Послухай до кінця.&lt;br /&gt;</w:t>
        <w:br/>
        <w:t>Хто б він не був, — врятований царевич,&lt;br /&gt;</w:t>
        <w:br/>
        <w:t>Чи дух якийсь у образі його,&lt;br /&gt;</w:t>
        <w:br/>
        <w:t>А чи шахрай, безстидний самозванець, —&lt;br /&gt;</w:t>
        <w:br/>
        <w:t>Та тільки там Димитрій об'явився.</w:t>
      </w:r>
    </w:p>
    <w:p>
      <w:r>
        <w:br/>
        <w:t>Шуйський</w:t>
      </w:r>
    </w:p>
    <w:p>
      <w:r>
        <w:br/>
        <w:t>Не може буть!</w:t>
      </w:r>
    </w:p>
    <w:p>
      <w:r>
        <w:br/>
        <w:t>Пушкін</w:t>
      </w:r>
    </w:p>
    <w:p>
      <w:r>
        <w:br/>
        <w:t>Його сам Пушкін бачив,&lt;br /&gt;</w:t>
        <w:br/>
        <w:t>Як приїздив він вперше у палац&lt;br /&gt;</w:t>
        <w:br/>
        <w:t>І крізь ряди панів литовських прямо&lt;br /&gt;</w:t>
        <w:br/>
        <w:t>В таємну йшов палату короля.</w:t>
      </w:r>
    </w:p>
    <w:p>
      <w:r>
        <w:br/>
        <w:t>Шуйський</w:t>
      </w:r>
    </w:p>
    <w:p>
      <w:r>
        <w:br/>
        <w:t>Хто ж він такий? і звідки він?</w:t>
      </w:r>
    </w:p>
    <w:p>
      <w:r>
        <w:br/>
        <w:t>Пушкін</w:t>
      </w:r>
    </w:p>
    <w:p>
      <w:r>
        <w:br/>
        <w:t>Не знають.&lt;br /&gt;</w:t>
        <w:br/>
        <w:t>Відомо те, що він слугою був&lt;br /&gt;</w:t>
        <w:br/>
        <w:t>У Вишневецького, що на одрі недуги&lt;br /&gt;</w:t>
        <w:br/>
        <w:t>Перед отцем духовним він одкривсь,&lt;br /&gt;</w:t>
        <w:br/>
        <w:t>Що гордий пан, його прознавши тайну.&lt;br /&gt;</w:t>
        <w:br/>
        <w:t>Ходив за ним, підняв його з одра&lt;br /&gt;</w:t>
        <w:br/>
        <w:t>І потім з ним прибув до Сігізмунда.</w:t>
      </w:r>
    </w:p>
    <w:p>
      <w:r>
        <w:br/>
        <w:t>Шуйський</w:t>
      </w:r>
    </w:p>
    <w:p>
      <w:r>
        <w:br/>
        <w:t>Що ж кажуть там про того молодця?</w:t>
      </w:r>
    </w:p>
    <w:p>
      <w:r>
        <w:br/>
        <w:t>Пушкін</w:t>
      </w:r>
    </w:p>
    <w:p>
      <w:r>
        <w:br/>
        <w:t>Та чутка йде, меткий він і розумний,&lt;br /&gt;</w:t>
        <w:br/>
        <w:t>До серця всім. Московських втікачів&lt;br /&gt;</w:t>
        <w:br/>
        <w:t>Причарував. Попи латинські з ним&lt;br /&gt;</w:t>
        <w:br/>
        <w:t>Теж заодно. Король до нього схильний,&lt;br /&gt;</w:t>
        <w:br/>
        <w:t>І кажуть, вже підмогу обіцяв.</w:t>
      </w:r>
    </w:p>
    <w:p>
      <w:r>
        <w:br/>
        <w:t>Шуйський</w:t>
      </w:r>
    </w:p>
    <w:p>
      <w:r>
        <w:br/>
        <w:t>Це все така, мій брате, крутія,&lt;br /&gt;</w:t>
        <w:br/>
        <w:t>Що голова йде обертом від неї.&lt;br /&gt;</w:t>
        <w:br/>
        <w:t>Без сумніву, це тільки самозванець,&lt;br /&gt;</w:t>
        <w:br/>
        <w:t>Та, признаюсь, загроза не мала.&lt;br /&gt;</w:t>
        <w:br/>
        <w:t>Важлива вість! і тільки до народу&lt;br /&gt;</w:t>
        <w:br/>
        <w:t>Вона дійде, грозі великій бути.</w:t>
      </w:r>
    </w:p>
    <w:p>
      <w:r>
        <w:br/>
        <w:t>Пушкін</w:t>
      </w:r>
    </w:p>
    <w:p>
      <w:r>
        <w:br/>
        <w:t>Такій грозі, що й цар Борис чи вдержить&lt;br /&gt;</w:t>
        <w:br/>
        <w:t>Вінець свій на розумній голові.&lt;br /&gt;</w:t>
        <w:br/>
        <w:t>Що ж, так і слід йому! він править нами.&lt;br /&gt;</w:t>
        <w:br/>
        <w:t>Як цар Іван (не згадувати б на ніч).&lt;br /&gt;</w:t>
        <w:br/>
        <w:t>Яка користь, що явних страт нема,&lt;br /&gt;</w:t>
        <w:br/>
        <w:t>Що всенародно на кривавій палі&lt;br /&gt;</w:t>
        <w:br/>
        <w:t>Ісусу ми канонів не співаєм,&lt;br /&gt;</w:t>
        <w:br/>
        <w:t>Що не горим на площах, а сам цар&lt;br /&gt;</w:t>
        <w:br/>
        <w:t>Своїм жезлом не підгортає жару?&lt;br /&gt;</w:t>
        <w:br/>
        <w:t>Чи певні ми в житті своїм нещаснім? —&lt;br /&gt;</w:t>
        <w:br/>
        <w:t>Нам кожен день загрожує опала,&lt;br /&gt;</w:t>
        <w:br/>
        <w:t>Тюрма, Сибір, клобук чи кайдани,&lt;br /&gt;</w:t>
        <w:br/>
        <w:t>А там — в глуші петля чи смерть голодна.&lt;br /&gt;</w:t>
        <w:br/>
        <w:t>Подумай лиш, де найзнатніші з нас?&lt;br /&gt;</w:t>
        <w:br/>
        <w:t>Де Сицьких рід князів, де Шестунови,&lt;br /&gt;</w:t>
        <w:br/>
        <w:t>Романови, надія батьківщини?&lt;br /&gt;</w:t>
        <w:br/>
        <w:t>Ув'язнені, замучені в засланні.&lt;br /&gt;</w:t>
        <w:br/>
        <w:t>Чекай: тобі та сама буде доля.&lt;br /&gt;</w:t>
        <w:br/>
        <w:t>Чи легко це? ми, мов Литвою, тут&lt;br /&gt;</w:t>
        <w:br/>
        <w:t>Оточені зрадливими рабами;&lt;br /&gt;</w:t>
        <w:br/>
        <w:t>Все язики, готові запродать,&lt;br /&gt;</w:t>
        <w:br/>
        <w:t>Все урядом підкуплені злочинці.&lt;br /&gt;</w:t>
        <w:br/>
        <w:t>Залежимо від першого холопа,&lt;br /&gt;</w:t>
        <w:br/>
        <w:t>Якого ми захочем покарать.&lt;br /&gt;</w:t>
        <w:br/>
        <w:t>День Юрія він скасувать надумав.&lt;br /&gt;</w:t>
        <w:br/>
        <w:t>Не владні ми в маєтностях своїх.&lt;br /&gt;</w:t>
        <w:br/>
        <w:t>Не смій прогнать ледащо! Рад не рад,&lt;br /&gt;</w:t>
        <w:br/>
        <w:t>Годуй його; не смій переманить&lt;br /&gt;</w:t>
        <w:br/>
        <w:t>Робітника! А то — в Приказ холопський.&lt;br /&gt;</w:t>
        <w:br/>
        <w:t>Чи бачив хто хоч за царя Івана&lt;br /&gt;</w:t>
        <w:br/>
        <w:t>Подібне зло? А легше для народу?&lt;br /&gt;</w:t>
        <w:br/>
        <w:t>Спитай його. Як схоче самозванець&lt;br /&gt;</w:t>
        <w:br/>
        <w:t>День Юрія старий пообіцять, —&lt;br /&gt;</w:t>
        <w:br/>
        <w:t>Почнеться скрізь потіха.</w:t>
      </w:r>
    </w:p>
    <w:p>
      <w:r>
        <w:br/>
        <w:t>Шуйський</w:t>
      </w:r>
    </w:p>
    <w:p>
      <w:r>
        <w:br/>
        <w:t>Правда, Пушкін&lt;br /&gt;</w:t>
        <w:br/>
        <w:t>Та знаєш що? до слушного часу&lt;br /&gt;</w:t>
        <w:br/>
        <w:t>Про все це ми помовчимо.</w:t>
      </w:r>
    </w:p>
    <w:p>
      <w:r>
        <w:br/>
        <w:t>Пушкін</w:t>
      </w:r>
    </w:p>
    <w:p>
      <w:r>
        <w:br/>
        <w:t>Звичайно,&lt;br /&gt;</w:t>
        <w:br/>
        <w:t>Знай сам собі. Ти чоловік розумний;&lt;br /&gt;</w:t>
        <w:br/>
        <w:t>З тобою я люблю порозмовлять,&lt;br /&gt;</w:t>
        <w:br/>
        <w:t>І як мене що потривожить часом,&lt;br /&gt;</w:t>
        <w:br/>
        <w:t>Не витерплю, щоб не сказать тобі.&lt;br /&gt;</w:t>
        <w:br/>
        <w:t>А тут твій мед і оксамитне пиво&lt;br /&gt;</w:t>
        <w:br/>
        <w:t>Сьогодні так язик мій розв'язали...&lt;br /&gt;</w:t>
        <w:br/>
        <w:t>Прощай же, князь.</w:t>
      </w:r>
    </w:p>
    <w:p>
      <w:r>
        <w:br/>
        <w:t>Шуйський</w:t>
      </w:r>
    </w:p>
    <w:p>
      <w:r>
        <w:br/>
        <w:t>Прощай, бувай здоровий.&lt;br /&gt;</w:t>
        <w:br/>
        <w:t>(Проводжає Пушкіна)</w:t>
      </w:r>
    </w:p>
    <w:p>
      <w:r>
        <w:br/>
        <w:t>ЦАРСЬКІ ПАЛАТИ</w:t>
      </w:r>
    </w:p>
    <w:p>
      <w:r>
        <w:br/>
        <w:t>Царевич креслить географічну карту. Царівна, мамка царівни.</w:t>
      </w:r>
    </w:p>
    <w:p>
      <w:r>
        <w:br/>
        <w:t>Ксенія&lt;br /&gt;</w:t>
        <w:br/>
        <w:t>(цілує портрет)</w:t>
      </w:r>
    </w:p>
    <w:p>
      <w:r>
        <w:br/>
        <w:t>Любий мій жених, прекрасний королевичу, не мені ти дістався, не своїй нареченій — а темній могилі, у чужій сторонці. Ніколи не втішуся, вічно по тобі плакатиму.</w:t>
      </w:r>
    </w:p>
    <w:p>
      <w:r>
        <w:br/>
        <w:t>Мамка</w:t>
      </w:r>
    </w:p>
    <w:p>
      <w:r>
        <w:br/>
        <w:t>І, царівно! дівчина плаче, що роса паде; зійде сонце, росу висушить. Буде в тебе інший жених, і прекрасний, і привітний. Полюбиш його, дитя наше ненаглядне, забудеш свого королевича.</w:t>
      </w:r>
    </w:p>
    <w:p>
      <w:r>
        <w:br/>
        <w:t>Ксенія</w:t>
      </w:r>
    </w:p>
    <w:p>
      <w:r>
        <w:br/>
        <w:t>Ні, мамонько, я і мертвому буду йому вірна.&lt;br /&gt;</w:t>
        <w:br/>
        <w:t>(Входить Борис)</w:t>
      </w:r>
    </w:p>
    <w:p>
      <w:r>
        <w:br/>
        <w:t>Цар</w:t>
      </w:r>
    </w:p>
    <w:p>
      <w:r>
        <w:br/>
        <w:t>Що, Ксеніє? що, донечко моя?&lt;br /&gt;</w:t>
        <w:br/>
        <w:t>В дівоцтві вже засмучена вдовиця!&lt;br /&gt;</w:t>
        <w:br/>
        <w:t>Все плачеш ти за мертвим женихом.&lt;br /&gt;</w:t>
        <w:br/>
        <w:t>Дитя моє! що ж, доля не судила,&lt;br /&gt;</w:t>
        <w:br/>
        <w:t>Щоб допоміг я вам добути щастя.&lt;br /&gt;</w:t>
        <w:br/>
        <w:t>Можливо, я прогнівав небеса,&lt;br /&gt;</w:t>
        <w:br/>
        <w:t>І щастя я не міг для тебе дати.&lt;br /&gt;</w:t>
        <w:br/>
        <w:t>Чому ж бо ти страждаєш, безневинна? —&lt;br /&gt;</w:t>
        <w:br/>
        <w:t>Що робиш ти тут, сину мій? Це що?</w:t>
      </w:r>
    </w:p>
    <w:p>
      <w:r>
        <w:br/>
        <w:t>Феодор</w:t>
      </w:r>
    </w:p>
    <w:p>
      <w:r>
        <w:br/>
        <w:t>Держава це московська; наше царство&lt;br /&gt;</w:t>
        <w:br/>
        <w:t>З кінця в кінець. От бачиш: тут Москва,&lt;br /&gt;</w:t>
        <w:br/>
        <w:t>Тут Новгород, тут Астрахань. От море,&lt;br /&gt;</w:t>
        <w:br/>
        <w:t>От пермські тут непрохідні ліси, А от Сибір.</w:t>
      </w:r>
    </w:p>
    <w:p>
      <w:r>
        <w:br/>
        <w:t>Цар</w:t>
      </w:r>
    </w:p>
    <w:p>
      <w:r>
        <w:br/>
        <w:t>А це що повилося&lt;br /&gt;</w:t>
        <w:br/>
        <w:t>Узором тут вигадливим?</w:t>
      </w:r>
    </w:p>
    <w:p>
      <w:r>
        <w:br/>
        <w:t>Феодор</w:t>
      </w:r>
    </w:p>
    <w:p>
      <w:r>
        <w:br/>
        <w:t>Це Волга.</w:t>
      </w:r>
    </w:p>
    <w:p>
      <w:r>
        <w:br/>
        <w:t>Цар</w:t>
      </w:r>
    </w:p>
    <w:p>
      <w:r>
        <w:br/>
        <w:t>Як хороше! от любий плід навчання!&lt;br /&gt;</w:t>
        <w:br/>
        <w:t>Немовби з хмар оглянуть можеш ти&lt;br /&gt;</w:t>
        <w:br/>
        <w:t>Все царство вмить: міста, кордони, ріки.&lt;br /&gt;</w:t>
        <w:br/>
        <w:t>Вчись, сину мій; скорочує наука&lt;br /&gt;</w:t>
        <w:br/>
        <w:t>Нам досвіди в житті скороминущім —&lt;br /&gt;</w:t>
        <w:br/>
        <w:t>Настане час, і, може, скоро вже&lt;br /&gt;</w:t>
        <w:br/>
        <w:t>Всі землі ті, що хитро так і вміло&lt;br /&gt;</w:t>
        <w:br/>
        <w:t>Ти викреслив сьогодні на папері,&lt;br /&gt;</w:t>
        <w:br/>
        <w:t>Під руку всі дістануться твою. —&lt;br /&gt;</w:t>
        <w:br/>
        <w:t>Вчись, сину мій, і легше і ясніше&lt;br /&gt;</w:t>
        <w:br/>
        <w:t>Державний труд ти будеш осягать.&lt;br /&gt;</w:t>
        <w:br/>
        <w:t>(Входить Семен Годунов)&lt;br /&gt;</w:t>
        <w:br/>
        <w:t>Ось Годунов до мене йде з докладом.&lt;br /&gt;</w:t>
        <w:br/>
        <w:t>(Ксенії)&lt;br /&gt;</w:t>
        <w:br/>
        <w:t>Ти, донечко, іди в свою світлицю;&lt;br /&gt;</w:t>
        <w:br/>
        <w:t>Прощай, дитя. Утіш тебе господь.&lt;br /&gt;</w:t>
        <w:br/>
        <w:t>(Ксенія з мамкою виходить)&lt;br /&gt;</w:t>
        <w:br/>
        <w:t>Що там, Семен Микитович?</w:t>
      </w:r>
    </w:p>
    <w:p>
      <w:r>
        <w:br/>
        <w:t>Семен Годунов</w:t>
      </w:r>
    </w:p>
    <w:p>
      <w:r>
        <w:br/>
        <w:t>Уранці,&lt;br /&gt;</w:t>
        <w:br/>
        <w:t>Ще на зорі князь-Василя дворецький&lt;br /&gt;</w:t>
        <w:br/>
        <w:t>І Пушкіна слуга прийшли з доносом.</w:t>
      </w:r>
    </w:p>
    <w:p>
      <w:r>
        <w:br/>
        <w:t>Цар</w:t>
      </w:r>
    </w:p>
    <w:p>
      <w:r>
        <w:br/>
        <w:t>Ну?</w:t>
      </w:r>
    </w:p>
    <w:p>
      <w:r>
        <w:br/>
        <w:t>Семен Годунов</w:t>
      </w:r>
    </w:p>
    <w:p>
      <w:r>
        <w:br/>
        <w:t>Пушкіна слуга доніс мені,&lt;br /&gt;</w:t>
        <w:br/>
        <w:t>Що вранці в дім до них прибув учора&lt;br /&gt;</w:t>
        <w:br/>
        <w:t>Із Кракова гонець, — і знов назад&lt;br /&gt;</w:t>
        <w:br/>
        <w:t>Без грамоти від'їхав за годину.</w:t>
      </w:r>
    </w:p>
    <w:p>
      <w:r>
        <w:br/>
        <w:t>Цар</w:t>
      </w:r>
    </w:p>
    <w:p>
      <w:r>
        <w:br/>
        <w:t>Гінця схопить.</w:t>
      </w:r>
    </w:p>
    <w:p>
      <w:r>
        <w:br/>
        <w:t>Семен Годунов</w:t>
      </w:r>
    </w:p>
    <w:p>
      <w:r>
        <w:br/>
        <w:t>Вже послано в погоню.</w:t>
      </w:r>
    </w:p>
    <w:p>
      <w:r>
        <w:br/>
        <w:t>Цар</w:t>
      </w:r>
    </w:p>
    <w:p>
      <w:r>
        <w:br/>
        <w:t>А Шуйський як?</w:t>
      </w:r>
    </w:p>
    <w:p>
      <w:r>
        <w:br/>
        <w:t>Семен Годунов</w:t>
      </w:r>
    </w:p>
    <w:p>
      <w:r>
        <w:br/>
        <w:t>Він друзів частував&lt;br /&gt;</w:t>
        <w:br/>
        <w:t>Увечері у себе — Милославських,&lt;br /&gt;</w:t>
        <w:br/>
        <w:t>Бутурліних, Михайла Салтикова&lt;br /&gt;</w:t>
        <w:br/>
        <w:t>Та Пушкіна — та кілька інших душ;&lt;br /&gt;</w:t>
        <w:br/>
        <w:t>А розійшлись вже пізно. Тільки Пушкін&lt;br /&gt;</w:t>
        <w:br/>
        <w:t>На самоті з господарем лишився&lt;br /&gt;</w:t>
        <w:br/>
        <w:t>І довго з ним іще він розмовляв.</w:t>
      </w:r>
    </w:p>
    <w:p>
      <w:r>
        <w:br/>
        <w:t>Цар</w:t>
      </w:r>
    </w:p>
    <w:p>
      <w:r>
        <w:br/>
        <w:t>По Шуйського послати.</w:t>
      </w:r>
    </w:p>
    <w:p>
      <w:r>
        <w:br/>
        <w:t>Семен Годунов</w:t>
      </w:r>
    </w:p>
    <w:p>
      <w:r>
        <w:br/>
        <w:t>Государ, Він тут уже.</w:t>
      </w:r>
    </w:p>
    <w:p>
      <w:r>
        <w:br/>
        <w:t>Цар</w:t>
      </w:r>
    </w:p>
    <w:p>
      <w:r>
        <w:br/>
        <w:t>Покликати сюди.&lt;br /&gt;</w:t>
        <w:br/>
        <w:t>(Годунов виходить)</w:t>
      </w:r>
    </w:p>
    <w:p>
      <w:r>
        <w:br/>
        <w:t>Цар</w:t>
      </w:r>
    </w:p>
    <w:p>
      <w:r>
        <w:br/>
        <w:t>З Литвою в них зв'язки! це що таке?..&lt;br /&gt;</w:t>
        <w:br/>
        <w:t>Ненавиджу рід Пушкіних бунтарський.&lt;br /&gt;</w:t>
        <w:br/>
        <w:t>І Шуйському звірятися не слід:&lt;br /&gt;</w:t>
        <w:br/>
        <w:t>Уникливий, та смілий і лукавий...&lt;br /&gt;</w:t>
        <w:br/>
        <w:t>(Входить Шуйський)&lt;br /&gt;</w:t>
        <w:br/>
        <w:t>З тобою хочу, князю, говорить,&lt;br /&gt;</w:t>
        <w:br/>
        <w:t>Та бачу я, ти сам прийшов у справі,&lt;br /&gt;</w:t>
        <w:br/>
        <w:t>І вислухать бажаю перш тебе.</w:t>
      </w:r>
    </w:p>
    <w:p>
      <w:r>
        <w:br/>
        <w:t>Шуйський</w:t>
      </w:r>
    </w:p>
    <w:p>
      <w:r>
        <w:br/>
        <w:t>Так, государ: повідати я мушу&lt;br /&gt;</w:t>
        <w:br/>
        <w:t>Важливу вість.</w:t>
      </w:r>
    </w:p>
    <w:p>
      <w:r>
        <w:br/>
        <w:t>Цар</w:t>
      </w:r>
    </w:p>
    <w:p>
      <w:r>
        <w:br/>
        <w:t>Я слухаю тебе.</w:t>
      </w:r>
    </w:p>
    <w:p>
      <w:r>
        <w:br/>
        <w:t>Шуйський&lt;br /&gt;</w:t>
        <w:br/>
        <w:t>(стиха показує на Феодора)</w:t>
      </w:r>
    </w:p>
    <w:p>
      <w:r>
        <w:br/>
        <w:t>Та, государ...</w:t>
      </w:r>
    </w:p>
    <w:p>
      <w:r>
        <w:br/>
        <w:t>Цар</w:t>
      </w:r>
    </w:p>
    <w:p>
      <w:r>
        <w:br/>
        <w:t>Царевич може знать,&lt;br /&gt;</w:t>
        <w:br/>
        <w:t>Що відає князь Шуйський. Говори.</w:t>
      </w:r>
    </w:p>
    <w:p>
      <w:r>
        <w:br/>
        <w:t>Шуйський</w:t>
      </w:r>
    </w:p>
    <w:p>
      <w:r>
        <w:br/>
        <w:t>З Литви прийшла нам вість...</w:t>
      </w:r>
    </w:p>
    <w:p>
      <w:r>
        <w:br/>
        <w:t>Цар</w:t>
      </w:r>
    </w:p>
    <w:p>
      <w:r>
        <w:br/>
        <w:t>Не та, що вчора&lt;br /&gt;</w:t>
        <w:br/>
        <w:t>До Пушкіна гонець її привіз?</w:t>
      </w:r>
    </w:p>
    <w:p>
      <w:r>
        <w:br/>
        <w:t>Шуйський</w:t>
      </w:r>
    </w:p>
    <w:p>
      <w:r>
        <w:br/>
        <w:t>Все знає він!.. Я думав, государ,&lt;br /&gt;</w:t>
        <w:br/>
        <w:t>Що тайни ти цієї ще не знаєш.</w:t>
      </w:r>
    </w:p>
    <w:p>
      <w:r>
        <w:br/>
        <w:t>Цар</w:t>
      </w:r>
    </w:p>
    <w:p>
      <w:r>
        <w:br/>
        <w:t>Та байдуже: зрівняти хочу я&lt;br /&gt;</w:t>
        <w:br/>
        <w:t>Відомості; інакше не збагнемо&lt;br /&gt;</w:t>
        <w:br/>
        <w:t>Ми істини.</w:t>
      </w:r>
    </w:p>
    <w:p>
      <w:r>
        <w:br/>
        <w:t>Шуйський</w:t>
      </w:r>
    </w:p>
    <w:p>
      <w:r>
        <w:br/>
        <w:t>Я знаю тільки те,&lt;br /&gt;</w:t>
        <w:br/>
        <w:t>Що в Кракові з'явився самозванець,&lt;br /&gt;</w:t>
        <w:br/>
        <w:t>І що король за нього й всі пани.</w:t>
      </w:r>
    </w:p>
    <w:p>
      <w:r>
        <w:br/>
        <w:t>Цар</w:t>
      </w:r>
    </w:p>
    <w:p>
      <w:r>
        <w:br/>
        <w:t>А кажуть що? Хто він, цей самозванець?</w:t>
      </w:r>
    </w:p>
    <w:p>
      <w:r>
        <w:br/>
        <w:t>Шуйський</w:t>
      </w:r>
    </w:p>
    <w:p>
      <w:r>
        <w:br/>
        <w:t>Не відаю.</w:t>
      </w:r>
    </w:p>
    <w:p>
      <w:r>
        <w:br/>
        <w:t>Цар</w:t>
      </w:r>
    </w:p>
    <w:p>
      <w:r>
        <w:br/>
        <w:t>Чим небезпечний він?</w:t>
      </w:r>
    </w:p>
    <w:p>
      <w:r>
        <w:br/>
        <w:t>Шуйський</w:t>
      </w:r>
    </w:p>
    <w:p>
      <w:r>
        <w:br/>
        <w:t>Так, царю мій: міцна твоя держава,&lt;br /&gt;</w:t>
        <w:br/>
        <w:t>Ти милостю і щедрим піклуванням&lt;br /&gt;</w:t>
        <w:br/>
        <w:t>Усиновив серця своїх рабів.&lt;br /&gt;</w:t>
        <w:br/>
        <w:t>Та знаєш сам: безглузда чернь завжди&lt;br /&gt;</w:t>
        <w:br/>
        <w:t>Бентежлива, зрадлива, марновірна,&lt;br /&gt;</w:t>
        <w:br/>
        <w:t>П'янить її пустих надій мана,&lt;br /&gt;</w:t>
        <w:br/>
        <w:t>Намові злій скоряється бездумно,&lt;br /&gt;</w:t>
        <w:br/>
        <w:t>До істини байдужа, нерозумна,&lt;br /&gt;</w:t>
        <w:br/>
        <w:t>І живиться байками лиш вона!&lt;br /&gt;</w:t>
        <w:br/>
        <w:t>До серця їй відвага безсоромна.&lt;br /&gt;</w:t>
        <w:br/>
        <w:t>І якщо цей незнаний нам бродяга&lt;br /&gt;</w:t>
        <w:br/>
        <w:t>Кордон Литви небавом перейде.&lt;br /&gt;</w:t>
        <w:br/>
        <w:t>То багатьох безумців поведе&lt;br /&gt;</w:t>
        <w:br/>
        <w:t>Тоді ім'я Димитрія воскресле.</w:t>
      </w:r>
    </w:p>
    <w:p>
      <w:r>
        <w:br/>
        <w:t>Цар</w:t>
      </w:r>
    </w:p>
    <w:p>
      <w:r>
        <w:br/>
        <w:t>Димитрія!.. як? отого маляти!&lt;br /&gt;</w:t>
        <w:br/>
        <w:t>Димитрія!.. Мій сину, йди відціль.</w:t>
      </w:r>
    </w:p>
    <w:p>
      <w:r>
        <w:br/>
        <w:t>Шуйський</w:t>
      </w:r>
    </w:p>
    <w:p>
      <w:r>
        <w:br/>
        <w:t>Почервонів: ждать бурі!..</w:t>
      </w:r>
    </w:p>
    <w:p>
      <w:r>
        <w:br/>
        <w:t>Феодор</w:t>
      </w:r>
    </w:p>
    <w:p>
      <w:r>
        <w:br/>
        <w:t>Государ, Дозволь мені...</w:t>
      </w:r>
    </w:p>
    <w:p>
      <w:r>
        <w:br/>
        <w:t>Цар</w:t>
      </w:r>
    </w:p>
    <w:p>
      <w:r>
        <w:br/>
        <w:t>Ні, сину мій, іди.&lt;br /&gt;</w:t>
        <w:br/>
        <w:t>(Феодор виходить)&lt;br /&gt;</w:t>
        <w:br/>
        <w:t>Димитрія!..</w:t>
      </w:r>
    </w:p>
    <w:p>
      <w:r>
        <w:br/>
        <w:t>Шуйський</w:t>
      </w:r>
    </w:p>
    <w:p>
      <w:r>
        <w:br/>
        <w:t>Нічого він не знав.</w:t>
      </w:r>
    </w:p>
    <w:p>
      <w:r>
        <w:br/>
        <w:t>Цар</w:t>
      </w:r>
    </w:p>
    <w:p>
      <w:r>
        <w:br/>
        <w:t>Послухай, князь: вжить заходів цю ж мить:&lt;br /&gt;</w:t>
        <w:br/>
        <w:t>Щоб од Литви Росія оградилась&lt;br /&gt;</w:t>
        <w:br/>
        <w:t>Заставами: щоб ні одна душа&lt;br /&gt;</w:t>
        <w:br/>
        <w:t>Не перейшла за цю межу; щоб заєць&lt;br /&gt;</w:t>
        <w:br/>
        <w:t>Не перебіг із Польщі; і щоб ворон&lt;br /&gt;</w:t>
        <w:br/>
        <w:t>Не прилетів із Кракова. Іди.</w:t>
      </w:r>
    </w:p>
    <w:p>
      <w:r>
        <w:br/>
        <w:t>Шуйський</w:t>
      </w:r>
    </w:p>
    <w:p>
      <w:r>
        <w:br/>
        <w:t>Іду.</w:t>
      </w:r>
    </w:p>
    <w:p>
      <w:r>
        <w:br/>
        <w:t>Цар</w:t>
      </w:r>
    </w:p>
    <w:p>
      <w:r>
        <w:br/>
        <w:t>Стривай. А правда, вість оця&lt;br /&gt;</w:t>
        <w:br/>
        <w:t>Вигадлива? Чи ти коли чував,&lt;br /&gt;</w:t>
        <w:br/>
        <w:t>Щоб десь мерці виходили з могили&lt;br /&gt;</w:t>
        <w:br/>
        <w:t>Допитувать царів, царів законних,&lt;br /&gt;</w:t>
        <w:br/>
        <w:t>Призначених і обраних вселюдно,&lt;br /&gt;</w:t>
        <w:br/>
        <w:t>Увінчаних великим патріархом?&lt;br /&gt;</w:t>
        <w:br/>
        <w:t>А? смішно? що? чом не смієшся ти?</w:t>
      </w:r>
    </w:p>
    <w:p>
      <w:r>
        <w:br/>
        <w:t>Шуйський</w:t>
      </w:r>
    </w:p>
    <w:p>
      <w:r>
        <w:br/>
        <w:t>Я, государ?..</w:t>
      </w:r>
    </w:p>
    <w:p>
      <w:r>
        <w:br/>
        <w:t>Цар</w:t>
      </w:r>
    </w:p>
    <w:p>
      <w:r>
        <w:br/>
        <w:t>Послухай, князь Василій:&lt;br /&gt;</w:t>
        <w:br/>
        <w:t>Як я дізнавсь, що отрока цього...&lt;br /&gt;</w:t>
        <w:br/>
        <w:t>Що отрок цей життя свого позбувся,&lt;br /&gt;</w:t>
        <w:br/>
        <w:t>Ти посланий на слідство був: тепер&lt;br /&gt;</w:t>
        <w:br/>
        <w:t>Тебе хрестом і богом заклинаю,&lt;br /&gt;</w:t>
        <w:br/>
        <w:t>По совісті всю правду об’яви:&lt;br /&gt;</w:t>
        <w:br/>
        <w:t>Чи ти пізнав дитя тоді забите,&lt;br /&gt;</w:t>
        <w:br/>
        <w:t>Чи не було підміни? Повідай.</w:t>
      </w:r>
    </w:p>
    <w:p>
      <w:r>
        <w:br/>
        <w:t>Шуйський</w:t>
      </w:r>
    </w:p>
    <w:p>
      <w:r>
        <w:br/>
        <w:t>Клянусь тобі...</w:t>
      </w:r>
    </w:p>
    <w:p>
      <w:r>
        <w:br/>
        <w:t>Цар</w:t>
      </w:r>
    </w:p>
    <w:p>
      <w:r>
        <w:br/>
        <w:t>Ні, Шуйський, не клянись,&lt;br /&gt;</w:t>
        <w:br/>
        <w:t>Відповідай: то був царевич?</w:t>
      </w:r>
    </w:p>
    <w:p>
      <w:r>
        <w:br/>
        <w:t>Шуйський</w:t>
      </w:r>
    </w:p>
    <w:p>
      <w:r>
        <w:br/>
        <w:t>Він.</w:t>
      </w:r>
    </w:p>
    <w:p>
      <w:r>
        <w:br/>
        <w:t>Цар</w:t>
      </w:r>
    </w:p>
    <w:p>
      <w:r>
        <w:br/>
        <w:t>Подумай, князь. Я милость обіцяю,&lt;br /&gt;</w:t>
        <w:br/>
        <w:t>За лжу стару опалою карати&lt;br /&gt;</w:t>
        <w:br/>
        <w:t>Не стану я. Але якщо тепер&lt;br /&gt;</w:t>
        <w:br/>
        <w:t>Хитруєш ти, то головою сина&lt;br /&gt;</w:t>
        <w:br/>
        <w:t>Клянусь — тебе покара жде лиха,&lt;br /&gt;</w:t>
        <w:br/>
        <w:t>Така лиха, що цар Іван Васильїч,&lt;br /&gt;</w:t>
        <w:br/>
        <w:t>Вжахнувшися, здригнеться в домовині.</w:t>
      </w:r>
    </w:p>
    <w:p>
      <w:r>
        <w:br/>
        <w:t>Шуйський</w:t>
      </w:r>
    </w:p>
    <w:p>
      <w:r>
        <w:br/>
        <w:t>Не кара — ні, страшна твоя немилость;&lt;br /&gt;</w:t>
        <w:br/>
        <w:t>Чи смію я лукавити з тобою?&lt;br /&gt;</w:t>
        <w:br/>
        <w:t>Чи міг би я так сліпо помилитись.&lt;br /&gt;</w:t>
        <w:br/>
        <w:t>Що не пізнав Димитрія? Три дні&lt;br /&gt;</w:t>
        <w:br/>
        <w:t>Відвідував я в храмі труп його,&lt;br /&gt;</w:t>
        <w:br/>
        <w:t>Ходив туди і Углич весь зо мною.&lt;br /&gt;</w:t>
        <w:br/>
        <w:t>Навкруг його тринадцять тіл лежало,&lt;br /&gt;</w:t>
        <w:br/>
        <w:t>Розтерзаних народом, і на них&lt;br /&gt;</w:t>
        <w:br/>
        <w:t>І тління вже помітно проступало,&lt;br /&gt;</w:t>
        <w:br/>
        <w:t>Та лик ясний царевича був свіжий&lt;br /&gt;</w:t>
        <w:br/>
        <w:t>І тихий був, мов сном яким повитий;&lt;br /&gt;</w:t>
        <w:br/>
        <w:t>На нім страшна не запікалась рана,&lt;br /&gt;</w:t>
        <w:br/>
        <w:t>І на лиці він не змінився зовсім.&lt;br /&gt;</w:t>
        <w:br/>
        <w:t>Ні, государ, — без сумніву, Димитрій&lt;br /&gt;</w:t>
        <w:br/>
        <w:t>У гробі спить.</w:t>
      </w:r>
    </w:p>
    <w:p>
      <w:r>
        <w:br/>
        <w:t>Цар&lt;br /&gt;</w:t>
        <w:br/>
        <w:t>(спокійно)</w:t>
      </w:r>
    </w:p>
    <w:p>
      <w:r>
        <w:br/>
        <w:t>Доволі, йди собі.&lt;br /&gt;</w:t>
        <w:br/>
        <w:t>(Шуйський виходить)&lt;br /&gt;</w:t>
        <w:br/>
        <w:t>Ух, важко як!., дай дух переведу.&lt;br /&gt;</w:t>
        <w:br/>
        <w:t>Я відчував: вся кров мені в лице&lt;br /&gt;</w:t>
        <w:br/>
        <w:t>Ударила — і тяжко опускалась...&lt;br /&gt;</w:t>
        <w:br/>
        <w:t>Так от чому мені тринадцять років&lt;br /&gt;</w:t>
        <w:br/>
        <w:t>Все снилося скривавлене дитя!&lt;br /&gt;</w:t>
        <w:br/>
        <w:t>Так, так — он що! тепер я розумію.&lt;br /&gt;</w:t>
        <w:br/>
        <w:t>Та хто ж він є, мій грізний супостат?&lt;br /&gt;</w:t>
        <w:br/>
        <w:t>На мене хто? Пусте імення, тінь —&lt;br /&gt;</w:t>
        <w:br/>
        <w:t>Невже-бо тінь порфіру зірве з мене,&lt;br /&gt;</w:t>
        <w:br/>
        <w:t>Чи звук пустий дітей позбавить спадку?&lt;br /&gt;</w:t>
        <w:br/>
        <w:t>Безумець я! чого ж бо я злякався?&lt;br /&gt;</w:t>
        <w:br/>
        <w:t>На привид цей дмухни — і зник, мов дим.&lt;br /&gt;</w:t>
        <w:br/>
        <w:t>Хай буде так: не покажу я страху —&lt;br /&gt;</w:t>
        <w:br/>
        <w:t>Та нехтувать в житті не слід нічим...&lt;br /&gt;</w:t>
        <w:br/>
        <w:t>Ох, і тяжка ж ти, шапко Мономаха!</w:t>
      </w:r>
    </w:p>
    <w:p>
      <w:r>
        <w:br/>
        <w:t>КРАКОВ. ДІМ ВИШНЕВЕЦЬКОГО</w:t>
      </w:r>
    </w:p>
    <w:p>
      <w:r>
        <w:br/>
        <w:t>Самозванець і pater Черніковський.</w:t>
      </w:r>
    </w:p>
    <w:p>
      <w:r>
        <w:br/>
        <w:t>Самозванець</w:t>
      </w:r>
    </w:p>
    <w:p>
      <w:r>
        <w:br/>
        <w:t>Ні, отче мій, тут перешкод немає;&lt;br /&gt;</w:t>
        <w:br/>
        <w:t>Так, знаю дух народу я мого:&lt;br /&gt;</w:t>
        <w:br/>
        <w:t>Побожний він і тями не втрачає,&lt;br /&gt;</w:t>
        <w:br/>
        <w:t>Священним є зразком владар його.&lt;br /&gt;</w:t>
        <w:br/>
        <w:t>З терпимістю сполучена й байдужість.&lt;br /&gt;</w:t>
        <w:br/>
        <w:t>Ручуся я, двох літ ще не мине,&lt;br /&gt;</w:t>
        <w:br/>
        <w:t>Як мій народ і вся північна церква&lt;br /&gt;</w:t>
        <w:br/>
        <w:t>Признають власть намісника Петра.</w:t>
      </w:r>
    </w:p>
    <w:p>
      <w:r>
        <w:br/>
        <w:t>Pater</w:t>
      </w:r>
    </w:p>
    <w:p>
      <w:r>
        <w:br/>
        <w:t>Поможе хай тобі святий Ігнатій,&lt;br /&gt;</w:t>
        <w:br/>
        <w:t>Коли в житті настане інший час;&lt;br /&gt;</w:t>
        <w:br/>
        <w:t>Проте зерно ясної благодаті&lt;br /&gt;</w:t>
        <w:br/>
        <w:t>В своїй душі плекай ти повсякчас.&lt;br /&gt;</w:t>
        <w:br/>
        <w:t>Лукавити нам часом перед світом&lt;br /&gt;</w:t>
        <w:br/>
        <w:t>Духовний наш обов'язок велить;&lt;br /&gt;</w:t>
        <w:br/>
        <w:t>Твої слова та вчинки судять люди.&lt;br /&gt;</w:t>
        <w:br/>
        <w:t>А наміри єдиний бачить бог.</w:t>
      </w:r>
    </w:p>
    <w:p>
      <w:r>
        <w:br/>
        <w:t>Самозванець</w:t>
      </w:r>
    </w:p>
    <w:p>
      <w:r>
        <w:br/>
        <w:t>Амінь. Хто там!&lt;br /&gt;</w:t>
        <w:br/>
        <w:t>(Входить слуга)&lt;br /&gt;</w:t>
        <w:br/>
        <w:t>Сказати: ми приймаєм.&lt;br /&gt;</w:t>
        <w:br/>
        <w:t>(Відчиняються двері; входить юрба руських і поляків)&lt;br /&gt;</w:t>
        <w:br/>
        <w:t>Товариші! ми виступаєм завтра&lt;br /&gt;</w:t>
        <w:br/>
        <w:t>Із Кракова. У тебе, Мнішек, я&lt;br /&gt;</w:t>
        <w:br/>
        <w:t>На три доби в Самборі зупинюсь.&lt;br /&gt;</w:t>
        <w:br/>
        <w:t>Я знаю: твій старий гостинний замок&lt;br /&gt;</w:t>
        <w:br/>
        <w:t>І пишністю шляхетною вражає&lt;br /&gt;</w:t>
        <w:br/>
        <w:t>І має він хазяйку молоду, —&lt;br /&gt;</w:t>
        <w:br/>
        <w:t>Я чарівну Марину сподіваюсь&lt;br /&gt;</w:t>
        <w:br/>
        <w:t>Побачить там. Ви ж, друзі дорогі,&lt;br /&gt;</w:t>
        <w:br/>
        <w:t>Литва і Русь, ви, що братерські стяги&lt;br /&gt;</w:t>
        <w:br/>
        <w:t>Підійняли на ворога мого,&lt;br /&gt;</w:t>
        <w:br/>
        <w:t>На спільного злочинця-супостата,&lt;br /&gt;</w:t>
        <w:br/>
        <w:t>Сини слов'ян, я скоро поведу&lt;br /&gt;</w:t>
        <w:br/>
        <w:t>В жаданий бій дружини ваші грізні.&lt;br /&gt;</w:t>
        <w:br/>
        <w:t>Та серед вас нових людей я бачу.</w:t>
      </w:r>
    </w:p>
    <w:p>
      <w:r>
        <w:br/>
        <w:t>Гаврило Пушкін</w:t>
      </w:r>
    </w:p>
    <w:p>
      <w:r>
        <w:br/>
        <w:t>Вони прийшли у тебе, пане мій,&lt;br /&gt;</w:t>
        <w:br/>
        <w:t>Просить меча і служби.</w:t>
      </w:r>
    </w:p>
    <w:p>
      <w:r>
        <w:br/>
        <w:t>Самозванець</w:t>
      </w:r>
    </w:p>
    <w:p>
      <w:r>
        <w:br/>
        <w:t>Добре, діти!&lt;br /&gt;</w:t>
        <w:br/>
        <w:t>До мене всі. — Та хто, скажи-бо, Пушкін,&lt;br /&gt;</w:t>
        <w:br/>
        <w:t>Красунь оцей?</w:t>
      </w:r>
    </w:p>
    <w:p>
      <w:r>
        <w:br/>
        <w:t>Пушкін</w:t>
      </w:r>
    </w:p>
    <w:p>
      <w:r>
        <w:br/>
        <w:t>Князь Курбський.</w:t>
      </w:r>
    </w:p>
    <w:p>
      <w:r>
        <w:br/>
        <w:t>Самозванець</w:t>
      </w:r>
    </w:p>
    <w:p>
      <w:r>
        <w:br/>
        <w:t>Славне ймення!&lt;br /&gt;</w:t>
        <w:br/>
        <w:t>(До Курбського)&lt;br /&gt;</w:t>
        <w:br/>
        <w:t>Не родич ти казанському герою?</w:t>
      </w:r>
    </w:p>
    <w:p>
      <w:r>
        <w:br/>
        <w:t>Курбський</w:t>
      </w:r>
    </w:p>
    <w:p>
      <w:r>
        <w:br/>
        <w:t>Я син його.</w:t>
      </w:r>
    </w:p>
    <w:p>
      <w:r>
        <w:br/>
        <w:t>Самозванець</w:t>
      </w:r>
    </w:p>
    <w:p>
      <w:r>
        <w:br/>
        <w:t>Ще він живий?</w:t>
      </w:r>
    </w:p>
    <w:p>
      <w:r>
        <w:br/>
        <w:t>Курбський</w:t>
      </w:r>
    </w:p>
    <w:p>
      <w:r>
        <w:br/>
        <w:t>Ні, вмер він.</w:t>
      </w:r>
    </w:p>
    <w:p>
      <w:r>
        <w:br/>
        <w:t>Самозванець</w:t>
      </w:r>
    </w:p>
    <w:p>
      <w:r>
        <w:br/>
        <w:t>Великий ум! державний муж і воїн!&lt;br /&gt;</w:t>
        <w:br/>
        <w:t>Та з тих часів, коли з'являвся він,&lt;br /&gt;</w:t>
        <w:br/>
        <w:t>Своїх образ гірких завзятий месник,&lt;br /&gt;</w:t>
        <w:br/>
        <w:t>З литовцями під ветхий город Ольжин,&lt;br /&gt;</w:t>
        <w:br/>
        <w:t>Про нього більш не чути.</w:t>
      </w:r>
    </w:p>
    <w:p>
      <w:r>
        <w:br/>
        <w:t>Курбський</w:t>
      </w:r>
    </w:p>
    <w:p>
      <w:r>
        <w:br/>
        <w:t>Батько мій&lt;br /&gt;</w:t>
        <w:br/>
        <w:t>Пробув життя останок на Волині,&lt;br /&gt;</w:t>
        <w:br/>
        <w:t>В маєтностях, дарованих йому&lt;br /&gt;</w:t>
        <w:br/>
        <w:t>Баторієм. Самотній, мовчазний,&lt;br /&gt;</w:t>
        <w:br/>
        <w:t>В науках він шукав собі відради;&lt;br /&gt;</w:t>
        <w:br/>
        <w:t>Та мирний труд його не утішав:&lt;br /&gt;</w:t>
        <w:br/>
        <w:t>Він пам'ятав отчизну днів юнацьких&lt;br /&gt;</w:t>
        <w:br/>
        <w:t>І до кінця за нею він тужив.</w:t>
      </w:r>
    </w:p>
    <w:p>
      <w:r>
        <w:br/>
        <w:t>Самозванець</w:t>
      </w:r>
    </w:p>
    <w:p>
      <w:r>
        <w:br/>
        <w:t>Нещасний вождь! яскраво так сіяв&lt;br /&gt;</w:t>
        <w:br/>
        <w:t>Його життя бурхливого світанок!&lt;br /&gt;</w:t>
        <w:br/>
        <w:t>Радію я, великородний витязь,&lt;br /&gt;</w:t>
        <w:br/>
        <w:t>Що кров його з отчизною у згоді.&lt;br /&gt;</w:t>
        <w:br/>
        <w:t>Гріхи батьків нам згадувать не варто&lt;br /&gt;</w:t>
        <w:br/>
        <w:t>Мир гробу їх! Стань ближче, Курбський... Руку!&lt;br /&gt;</w:t>
        <w:br/>
        <w:t>— Не дивно це? син Курбського веде&lt;br /&gt;</w:t>
        <w:br/>
        <w:t>На трон, кого? так — сина Іоанна...&lt;br /&gt;</w:t>
        <w:br/>
        <w:t>За мене все: і люди, і судьба. —&lt;br /&gt;</w:t>
        <w:br/>
        <w:t>Ти хто такий?</w:t>
      </w:r>
    </w:p>
    <w:p>
      <w:r>
        <w:br/>
        <w:t>Поляк</w:t>
      </w:r>
    </w:p>
    <w:p>
      <w:r>
        <w:br/>
        <w:t>Собанський, шляхтич вільний.</w:t>
      </w:r>
    </w:p>
    <w:p>
      <w:r>
        <w:br/>
        <w:t>Самозванець</w:t>
      </w:r>
    </w:p>
    <w:p>
      <w:r>
        <w:br/>
        <w:t>Хвала і честь тобі, свободи чадо!&lt;br /&gt;</w:t>
        <w:br/>
        <w:t>Вперед йому платні третину видать.&lt;br /&gt;</w:t>
        <w:br/>
        <w:t>Це хто такі? я пізнаю на них&lt;br /&gt;</w:t>
        <w:br/>
        <w:t>Вітчизняну одежу. Це все наші.</w:t>
      </w:r>
    </w:p>
    <w:p>
      <w:r>
        <w:br/>
        <w:t>Хрущов&lt;br /&gt;</w:t>
        <w:br/>
        <w:t>(б'є чолом)</w:t>
      </w:r>
    </w:p>
    <w:p>
      <w:r>
        <w:br/>
        <w:t>Так, государ, наш батьку. Ми твої&lt;br /&gt;</w:t>
        <w:br/>
        <w:t>Усердливі та гонені холопи.&lt;br /&gt;</w:t>
        <w:br/>
        <w:t>Ми із Москви, опальні, повтікали,&lt;br /&gt;</w:t>
        <w:br/>
        <w:t>До тебе всі, наш царю, — і готові&lt;br /&gt;</w:t>
        <w:br/>
        <w:t>Лягти кістьми, хай будуть наші трупи&lt;br /&gt;</w:t>
        <w:br/>
        <w:t>На царський трон ступенями тобі.</w:t>
      </w:r>
    </w:p>
    <w:p>
      <w:r>
        <w:br/>
        <w:t>Самозванець</w:t>
      </w:r>
    </w:p>
    <w:p>
      <w:r>
        <w:br/>
        <w:t>Мужайтеся, страждальці безневинні —&lt;br /&gt;</w:t>
        <w:br/>
        <w:t>Лиш дайте, я дістанусь до Москви,&lt;br /&gt;</w:t>
        <w:br/>
        <w:t>А там Борис розплатиться за все.&lt;br /&gt;</w:t>
        <w:br/>
        <w:t>Ти хто?</w:t>
      </w:r>
    </w:p>
    <w:p>
      <w:r>
        <w:br/>
        <w:t>Карела</w:t>
      </w:r>
    </w:p>
    <w:p>
      <w:r>
        <w:br/>
        <w:t>Козак. Я посланий із Дону,&lt;br /&gt;</w:t>
        <w:br/>
        <w:t>Від вольних військ, від смілих отаманів,&lt;br /&gt;</w:t>
        <w:br/>
        <w:t>Від горового й низового війська,&lt;br /&gt;</w:t>
        <w:br/>
        <w:t>Узріть твої цареві ясні очі&lt;br /&gt;</w:t>
        <w:br/>
        <w:t>І кланятись тобі їх головами.</w:t>
      </w:r>
    </w:p>
    <w:p>
      <w:r>
        <w:br/>
        <w:t>Самозванець</w:t>
      </w:r>
    </w:p>
    <w:p>
      <w:r>
        <w:br/>
        <w:t>Я знав донців. Не сумнівався бачить&lt;br /&gt;</w:t>
        <w:br/>
        <w:t>В своїх рядах козацькі бунчуки.&lt;br /&gt;</w:t>
        <w:br/>
        <w:t>Ми дякуєм донському війську щиро.&lt;br /&gt;</w:t>
        <w:br/>
        <w:t>Ми відаєм, що нині козаки&lt;br /&gt;</w:t>
        <w:br/>
        <w:t>Утиснені несправедливо, гнані;&lt;br /&gt;</w:t>
        <w:br/>
        <w:t>Та тільки бог поможе нам ступить&lt;br /&gt;</w:t>
        <w:br/>
        <w:t>На трон батьків, за звичаєм старим&lt;br /&gt;</w:t>
        <w:br/>
        <w:t>Пожалуєм наш вірний вільний Дон.</w:t>
      </w:r>
    </w:p>
    <w:p>
      <w:r>
        <w:br/>
        <w:t>Поет</w:t>
      </w:r>
    </w:p>
    <w:p>
      <w:r>
        <w:br/>
        <w:t>(наближається, вклоняючись низько,&lt;br /&gt;</w:t>
        <w:br/>
        <w:t>і хапає Гришку за полу)&lt;br /&gt;</w:t>
        <w:br/>
        <w:t>Великий принц, пресвітлий королевич!</w:t>
      </w:r>
    </w:p>
    <w:p>
      <w:r>
        <w:br/>
        <w:t>Самозванець</w:t>
      </w:r>
    </w:p>
    <w:p>
      <w:r>
        <w:br/>
        <w:t>Що хочеш ти?</w:t>
      </w:r>
    </w:p>
    <w:p>
      <w:r>
        <w:br/>
        <w:t>Поет&lt;br /&gt;</w:t>
        <w:br/>
        <w:t>(подає йому папір)</w:t>
      </w:r>
    </w:p>
    <w:p>
      <w:r>
        <w:br/>
        <w:t>Прийміть, прошу, ласкаво&lt;br /&gt;</w:t>
        <w:br/>
        <w:t>Цей бідний плід усердного труда.</w:t>
      </w:r>
    </w:p>
    <w:p>
      <w:r>
        <w:br/>
        <w:t>Самозванець</w:t>
      </w:r>
    </w:p>
    <w:p>
      <w:r>
        <w:br/>
        <w:t>Що бачу я? Дзвінкий латинський вірш!&lt;br /&gt;</w:t>
        <w:br/>
        <w:t>Стократ святий союз меча і ліри,&lt;br /&gt;</w:t>
        <w:br/>
        <w:t>Єдиний лавр їх дружньо повиває.&lt;br /&gt;</w:t>
        <w:br/>
        <w:t>Я народивсь під небом опівнічним,&lt;br /&gt;</w:t>
        <w:br/>
        <w:t>Та знаю я і голос муз латинських,&lt;br /&gt;</w:t>
        <w:br/>
        <w:t>І я квітки парнаськії люблю.&lt;br /&gt;</w:t>
        <w:br/>
        <w:t>Я вірую в пророчий дар піїтів.&lt;br /&gt;</w:t>
        <w:br/>
        <w:t>Ні, недарма в їх грудях огняних&lt;br /&gt;</w:t>
        <w:br/>
        <w:t>Кипить чуття: благословиться подвиг.&lt;br /&gt;</w:t>
        <w:br/>
        <w:t>Який вони заздалегідь хвалили!&lt;br /&gt;</w:t>
        <w:br/>
        <w:t>Та ближче стань. На згадку ти про мене&lt;br /&gt;</w:t>
        <w:br/>
        <w:t>Прийми цей дар.&lt;br /&gt;</w:t>
        <w:br/>
        <w:t>(Дає йому перстень)&lt;br /&gt;</w:t>
        <w:br/>
        <w:t>Як збудеться зі мною&lt;br /&gt;</w:t>
        <w:br/>
        <w:t>Судьби завіт, коли корону предків&lt;br /&gt;</w:t>
        <w:br/>
        <w:t>Надіну я, — надіюсь знов почути&lt;br /&gt;</w:t>
        <w:br/>
        <w:t>Твій дивний глас, твого натхнення гімн.&lt;br /&gt;</w:t>
        <w:br/>
        <w:t>Musa gloriam coronai, gloriaque musarci*.&lt;br /&gt;</w:t>
        <w:br/>
        <w:t>До зустрічі, брати, до завтра, друзі!</w:t>
      </w:r>
    </w:p>
    <w:p>
      <w:r>
        <w:br/>
        <w:t>Всі</w:t>
      </w:r>
    </w:p>
    <w:p>
      <w:r>
        <w:br/>
        <w:t>В похід, в похід! Нехай живе Димитрій,&lt;br /&gt;</w:t>
        <w:br/>
        <w:t>Нехай живе великий князь московський!</w:t>
      </w:r>
    </w:p>
    <w:p>
      <w:r>
        <w:br/>
        <w:t>ЗАМОК ВОЄВОДИ МНІШКА В САМБОРІ</w:t>
      </w:r>
    </w:p>
    <w:p>
      <w:r>
        <w:br/>
        <w:t>(Ряд освітлених кімнат. Музика)</w:t>
      </w:r>
    </w:p>
    <w:p>
      <w:r>
        <w:br/>
        <w:t>Вишневецький, Мнішек.</w:t>
      </w:r>
    </w:p>
    <w:p>
      <w:r>
        <w:br/>
        <w:t>Мнішек</w:t>
      </w:r>
    </w:p>
    <w:p>
      <w:r>
        <w:br/>
        <w:t>З Мариною лише він розмовляє,&lt;br /&gt;</w:t>
        <w:br/>
        <w:t>Цікавиться Мариною лише...&lt;br /&gt;</w:t>
        <w:br/>
        <w:t>А схоже це все дуже на весілля;&lt;br /&gt;</w:t>
        <w:br/>
        <w:t>Ну — думав ти, признайся, Вишневецький,&lt;br /&gt;</w:t>
        <w:br/>
        <w:t>Царицею дочку побачить? га?</w:t>
      </w:r>
    </w:p>
    <w:p>
      <w:r>
        <w:br/>
        <w:t>Вишневецький</w:t>
      </w:r>
    </w:p>
    <w:p>
      <w:r>
        <w:br/>
        <w:t>Так, чудеса... та й ти чи думав, Мнішек,&lt;br /&gt;</w:t>
        <w:br/>
        <w:t>Що мій слуга на трон московський зійде?</w:t>
      </w:r>
    </w:p>
    <w:p>
      <w:r>
        <w:br/>
        <w:t>Мнішек</w:t>
      </w:r>
    </w:p>
    <w:p>
      <w:r>
        <w:br/>
        <w:t>А ти скажи, яка Марина в мене!&lt;br /&gt;</w:t>
        <w:br/>
        <w:t>Я тільки їй промовив: ну, дивись!&lt;br /&gt;</w:t>
        <w:br/>
        <w:t>Не випускай Димитрія!.. і от&lt;br /&gt;</w:t>
        <w:br/>
        <w:t>Всьому кінець. У неї в сітях він.&lt;br /&gt;</w:t>
        <w:br/>
        <w:t>(Музика грає польський. Самозванець іде з Мариною в першій парі)</w:t>
      </w:r>
    </w:p>
    <w:p>
      <w:r>
        <w:br/>
        <w:t>Марина&lt;br /&gt;</w:t>
        <w:br/>
        <w:t>(стиха до Димитрія)</w:t>
      </w:r>
    </w:p>
    <w:p>
      <w:r>
        <w:br/>
        <w:t>Так, ввечері, в одинадцять годин,&lt;br /&gt;</w:t>
        <w:br/>
        <w:t>В алеї з лип, біля фонтану, завтра.&lt;br /&gt;</w:t>
        <w:br/>
        <w:t>(Розходяться. Друга пара)</w:t>
      </w:r>
    </w:p>
    <w:p>
      <w:r>
        <w:br/>
        <w:t>Кавалер</w:t>
      </w:r>
    </w:p>
    <w:p>
      <w:r>
        <w:br/>
        <w:t>Що в ній знайшов Димитрій?</w:t>
      </w:r>
    </w:p>
    <w:p>
      <w:r>
        <w:br/>
        <w:t>Дама</w:t>
      </w:r>
    </w:p>
    <w:p>
      <w:r>
        <w:br/>
        <w:t>Як! вона&lt;br /&gt;</w:t>
        <w:br/>
        <w:t>Краси зразок.</w:t>
      </w:r>
    </w:p>
    <w:p>
      <w:r>
        <w:br/>
        <w:t>Кавалер</w:t>
      </w:r>
    </w:p>
    <w:p>
      <w:r>
        <w:br/>
        <w:t>Так, мармурова німфа:&lt;br /&gt;</w:t>
        <w:br/>
        <w:t>Без усмішки уста, без сяйва очі...&lt;br /&gt;</w:t>
        <w:br/>
        <w:t>(Нова пара)</w:t>
      </w:r>
    </w:p>
    <w:p>
      <w:r>
        <w:br/>
        <w:t>Дама</w:t>
      </w:r>
    </w:p>
    <w:p>
      <w:r>
        <w:br/>
        <w:t>Не гарний він, але приємний,&lt;br /&gt;</w:t>
        <w:br/>
        <w:t>Помітна в нім порода царська.&lt;br /&gt;</w:t>
        <w:br/>
        <w:t>(Нова пара)</w:t>
      </w:r>
    </w:p>
    <w:p>
      <w:r>
        <w:br/>
        <w:t>Дама</w:t>
      </w:r>
    </w:p>
    <w:p>
      <w:r>
        <w:br/>
        <w:t>Коли ж похід?</w:t>
      </w:r>
    </w:p>
    <w:p>
      <w:r>
        <w:br/>
        <w:t>Кавалер</w:t>
      </w:r>
    </w:p>
    <w:p>
      <w:r>
        <w:br/>
        <w:t>Коли звелить царевич,&lt;br /&gt;</w:t>
        <w:br/>
        <w:t>Готові ми; та, мабуть, панна Мнішек&lt;br /&gt;</w:t>
        <w:br/>
        <w:t>З Димитрієм і нас взяла в полон.</w:t>
      </w:r>
    </w:p>
    <w:p>
      <w:r>
        <w:br/>
        <w:t>Дама</w:t>
      </w:r>
    </w:p>
    <w:p>
      <w:r>
        <w:br/>
        <w:t>Приємно це...</w:t>
      </w:r>
    </w:p>
    <w:p>
      <w:r>
        <w:br/>
        <w:t>Кавалер</w:t>
      </w:r>
    </w:p>
    <w:p>
      <w:r>
        <w:br/>
        <w:t>Звичайно, якщо ви...&lt;br /&gt;</w:t>
        <w:br/>
        <w:t>(Розходяться. Кімнати порожніють)</w:t>
      </w:r>
    </w:p>
    <w:p>
      <w:r>
        <w:br/>
        <w:t>Мнішек</w:t>
      </w:r>
    </w:p>
    <w:p>
      <w:r>
        <w:br/>
        <w:t>Ми, старики, вже нині не танцюєм,&lt;br /&gt;</w:t>
        <w:br/>
        <w:t>Музики грім не закликає нас,&lt;br /&gt;</w:t>
        <w:br/>
        <w:t>Рук чарівних не тиснем, не цілуєм —&lt;br /&gt;</w:t>
        <w:br/>
        <w:t>Ох, не забуть веселий давній час!&lt;br /&gt;</w:t>
        <w:br/>
        <w:t>Тепер не те, що в давнину бувало:&lt;br /&gt;</w:t>
        <w:br/>
        <w:t>І сміливість у молоді не та,&lt;br /&gt;</w:t>
        <w:br/>
        <w:t>І не така весела красота.&lt;br /&gt;</w:t>
        <w:br/>
        <w:t>Скрізь, друже мій, все якось підупало.&lt;br /&gt;</w:t>
        <w:br/>
        <w:t>Покиньмо їх; товаришу, ходім,&lt;br /&gt;</w:t>
        <w:br/>
        <w:t>І пляшечку угорського велім&lt;br /&gt;</w:t>
        <w:br/>
        <w:t>Відкрити нам, всю мохом оповиту,&lt;br /&gt;</w:t>
        <w:br/>
        <w:t>Потягнемо в куточку сам на сам&lt;br /&gt;</w:t>
        <w:br/>
        <w:t>Струм віковий, вологу духовиту,&lt;br /&gt;</w:t>
        <w:br/>
        <w:t>І де про що ми поговорим там.&lt;br /&gt;</w:t>
        <w:br/>
        <w:t>Ходімо ж, брат.</w:t>
      </w:r>
    </w:p>
    <w:p>
      <w:r>
        <w:br/>
        <w:t>Вишневецький</w:t>
      </w:r>
    </w:p>
    <w:p>
      <w:r>
        <w:br/>
        <w:t>Ходім, пора вже нам.</w:t>
      </w:r>
    </w:p>
    <w:p>
      <w:r>
        <w:br/>
        <w:t>НІЧ. САД. ФОНТАН</w:t>
      </w:r>
    </w:p>
    <w:p>
      <w:r>
        <w:br/>
        <w:t>Самозванець&lt;br /&gt;</w:t>
        <w:br/>
        <w:t>(входить)</w:t>
      </w:r>
    </w:p>
    <w:p>
      <w:r>
        <w:br/>
        <w:t>От і фонтан; вона сюди прийде.&lt;br /&gt;</w:t>
        <w:br/>
        <w:t>Немовби я не боязким родився,&lt;br /&gt;</w:t>
        <w:br/>
        <w:t>Я бачив смерть з собою віч-на-віч,&lt;br /&gt;</w:t>
        <w:br/>
        <w:t>Душа моя від смерті не здригалась&lt;br /&gt;</w:t>
        <w:br/>
        <w:t>Грозила вже мені неволя вічна,&lt;br /&gt;</w:t>
        <w:br/>
        <w:t>За мною гнались — я не падав духом,&lt;br /&gt;</w:t>
        <w:br/>
        <w:t>І мужністю неволі я уник.&lt;br /&gt;</w:t>
        <w:br/>
        <w:t>Та що ж тепер моє дихання тисне?&lt;br /&gt;</w:t>
        <w:br/>
        <w:t>Що значить цей непереборний трепет?&lt;br /&gt;</w:t>
        <w:br/>
        <w:t>Чи то бажань напружених тремтіння?&lt;br /&gt;</w:t>
        <w:br/>
        <w:t>Ні, ні — це страх. День цілий я чекав,&lt;br /&gt;</w:t>
        <w:br/>
        <w:t>Як тайно тут з Мариною зустрінусь,&lt;br /&gt;</w:t>
        <w:br/>
        <w:t>Обміркував усе, що їй скажу,&lt;br /&gt;</w:t>
        <w:br/>
        <w:t>Як спокушу її гордливий ум,&lt;br /&gt;</w:t>
        <w:br/>
        <w:t>Московською царицею назвавши.&lt;br /&gt;</w:t>
        <w:br/>
        <w:t>Та час настав — нічого не згадаю;&lt;br /&gt;</w:t>
        <w:br/>
        <w:t>Не знаю більш заучених я слів;&lt;br /&gt;</w:t>
        <w:br/>
        <w:t>Любов мою уяву каламутить...&lt;br /&gt;</w:t>
        <w:br/>
        <w:t>Та ніби щось майнуло... шелест... тихше.&lt;br /&gt;</w:t>
        <w:br/>
        <w:t>Ні, місяця лише облудна гра,&lt;br /&gt;</w:t>
        <w:br/>
        <w:t>І прошумів тут вітерець.</w:t>
      </w:r>
    </w:p>
    <w:p>
      <w:r>
        <w:br/>
        <w:t>Марина&lt;br /&gt;</w:t>
        <w:br/>
        <w:t>(входить)</w:t>
      </w:r>
    </w:p>
    <w:p>
      <w:r>
        <w:br/>
        <w:t>Царевич!</w:t>
      </w:r>
    </w:p>
    <w:p>
      <w:r>
        <w:br/>
        <w:t>Самозванець</w:t>
      </w:r>
    </w:p>
    <w:p>
      <w:r>
        <w:br/>
        <w:t>Вона!.. В мені вся кров спинилась.</w:t>
      </w:r>
    </w:p>
    <w:p>
      <w:r>
        <w:br/>
        <w:t>Марина</w:t>
      </w:r>
    </w:p>
    <w:p>
      <w:r>
        <w:br/>
        <w:t>Димитрій! Ви?</w:t>
      </w:r>
    </w:p>
    <w:p>
      <w:r>
        <w:br/>
        <w:t>Самозванець</w:t>
      </w:r>
    </w:p>
    <w:p>
      <w:r>
        <w:br/>
        <w:t>Чарівний, любий голос! (Іде до неї)&lt;br /&gt;</w:t>
        <w:br/>
        <w:t>Нарешті ти? Та чи тебе я бачу,&lt;br /&gt;</w:t>
        <w:br/>
        <w:t>У тишині нічній одну зі мною?&lt;br /&gt;</w:t>
        <w:br/>
        <w:t>Поволі як нудний котився день!&lt;br /&gt;</w:t>
        <w:br/>
        <w:t>Поволі як зоря вечірня гасла!&lt;br /&gt;</w:t>
        <w:br/>
        <w:t>Як довго ждав я в темряві нічній!</w:t>
      </w:r>
    </w:p>
    <w:p>
      <w:r>
        <w:br/>
        <w:t>Марина</w:t>
      </w:r>
    </w:p>
    <w:p>
      <w:r>
        <w:br/>
        <w:t>Години мчать, час дорогий для мене, —&lt;br /&gt;</w:t>
        <w:br/>
        <w:t>І тут тобі призначила цю зустріч&lt;br /&gt;</w:t>
        <w:br/>
        <w:t>Я не на те, щоб слухать ніжні речі&lt;br /&gt;</w:t>
        <w:br/>
        <w:t>Любовника. Не треба слів. Я вірю,&lt;br /&gt;</w:t>
        <w:br/>
        <w:t>Що любиш ти; та слухай: я поклала&lt;br /&gt;</w:t>
        <w:br/>
        <w:t>Свою судьбу з твоєю поєднати,&lt;br /&gt;</w:t>
        <w:br/>
        <w:t>Бурхливою й хисткою, — і я вправі,&lt;br /&gt;</w:t>
        <w:br/>
        <w:t>Димитрію, від тебе вимагати:&lt;br /&gt;</w:t>
        <w:br/>
        <w:t>Відкрий мені надії потайні,&lt;br /&gt;</w:t>
        <w:br/>
        <w:t>Сподіванки усі душі своєї,&lt;br /&gt;</w:t>
        <w:br/>
        <w:t>Всі наміри й побоювання навіть;&lt;br /&gt;</w:t>
        <w:br/>
        <w:t>Щоб я могла з тобою поруч сміло&lt;br /&gt;</w:t>
        <w:br/>
        <w:t>Піти в життя — не як дитя сліпе,&lt;br /&gt;</w:t>
        <w:br/>
        <w:t>Не як раба жадань примхливих мужа,&lt;br /&gt;</w:t>
        <w:br/>
        <w:t>Наложниця покірлива твоя,&lt;br /&gt;</w:t>
        <w:br/>
        <w:t>А як тебе достойна всім дружина,&lt;br /&gt;</w:t>
        <w:br/>
        <w:t>Посібниця московського царя.</w:t>
      </w:r>
    </w:p>
    <w:p>
      <w:r>
        <w:br/>
        <w:t>Самозванець</w:t>
      </w:r>
    </w:p>
    <w:p>
      <w:r>
        <w:br/>
        <w:t>О, дай забуть хоч на єдину мить&lt;br /&gt;</w:t>
        <w:br/>
        <w:t>Мого життя турботи і тривоги!&lt;br /&gt;</w:t>
        <w:br/>
        <w:t>Забудь сама, що бачиш ти в мені&lt;br /&gt;</w:t>
        <w:br/>
        <w:t>Царевича. Марино! ти вбачай&lt;br /&gt;</w:t>
        <w:br/>
        <w:t>В мені лише коханого обранця,&lt;br /&gt;</w:t>
        <w:br/>
        <w:t>Щасливого від погляду твойого, —&lt;br /&gt;</w:t>
        <w:br/>
        <w:t>О, вислухай благання ти мої,&lt;br /&gt;</w:t>
        <w:br/>
        <w:t>Дай висловить усе, чим серце повне.</w:t>
      </w:r>
    </w:p>
    <w:p>
      <w:r>
        <w:br/>
        <w:t>Марина</w:t>
      </w:r>
    </w:p>
    <w:p>
      <w:r>
        <w:br/>
        <w:t>Не час про це. Все зволікаєш ти,&lt;br /&gt;</w:t>
        <w:br/>
        <w:t>А відданість твоїх клевретів стигне,&lt;br /&gt;</w:t>
        <w:br/>
        <w:t>Й трудитися щодня між небезпек&lt;br /&gt;</w:t>
        <w:br/>
        <w:t>Трудніш усе стає і небезпечніш.&lt;br /&gt;</w:t>
        <w:br/>
        <w:t>Уже чутки з'являються непевні,&lt;br /&gt;</w:t>
        <w:br/>
        <w:t>Щодня нову ми чуєм новину;&lt;br /&gt;</w:t>
        <w:br/>
        <w:t>А Годунов свою готує відсіч...</w:t>
      </w:r>
    </w:p>
    <w:p>
      <w:r>
        <w:br/>
        <w:t>Самозванець</w:t>
      </w:r>
    </w:p>
    <w:p>
      <w:r>
        <w:br/>
        <w:t>Що Годунов? Від нього чи залежить&lt;br /&gt;</w:t>
        <w:br/>
        <w:t>Твоя любов, моя єдина радість?&lt;br /&gt;</w:t>
        <w:br/>
        <w:t>Ні, ні. Тепер дивлюся я байдуже&lt;br /&gt;</w:t>
        <w:br/>
        <w:t>На трон його, на царську власть його.&lt;br /&gt;</w:t>
        <w:br/>
        <w:t>Твоя любов... без неї що життя,&lt;br /&gt;</w:t>
        <w:br/>
        <w:t>І слави блиск, і руськая держава?&lt;br /&gt;</w:t>
        <w:br/>
        <w:t>В глухім степу, в землянці бідній — ти,&lt;br /&gt;</w:t>
        <w:br/>
        <w:t>Заміниш ти мені корону царську,&lt;br /&gt;</w:t>
        <w:br/>
        <w:t>Твоя любов...</w:t>
      </w:r>
    </w:p>
    <w:p>
      <w:r>
        <w:br/>
        <w:t>Марина</w:t>
      </w:r>
    </w:p>
    <w:p>
      <w:r>
        <w:br/>
        <w:t>Соромсь; не забувай&lt;br /&gt;</w:t>
        <w:br/>
        <w:t>Призначення високого, святого:&lt;br /&gt;</w:t>
        <w:br/>
        <w:t>Тобі твій сан дорожчий мусить буть&lt;br /&gt;</w:t>
        <w:br/>
        <w:t>За життьові всі радощі й принади,&lt;br /&gt;</w:t>
        <w:br/>
        <w:t>Його ні з чим не можеш ти рівнять.&lt;br /&gt;</w:t>
        <w:br/>
        <w:t>Не юнаку, який кипить безумно,&lt;br /&gt;</w:t>
        <w:br/>
        <w:t>Не бранцеві моєї красоти,&lt;br /&gt;</w:t>
        <w:br/>
        <w:t>Знай: віддаю я урочисто руку&lt;br /&gt;</w:t>
        <w:br/>
        <w:t>Наступнику московського престола.&lt;br /&gt;</w:t>
        <w:br/>
        <w:t>Царевичу, що доля зберегла.</w:t>
      </w:r>
    </w:p>
    <w:p>
      <w:r>
        <w:br/>
        <w:t>Самозванець</w:t>
      </w:r>
    </w:p>
    <w:p>
      <w:r>
        <w:br/>
        <w:t>Не муч мене, Марино чарівлива,&lt;br /&gt;</w:t>
        <w:br/>
        <w:t>Не говори, що сан, а не мене&lt;br /&gt;</w:t>
        <w:br/>
        <w:t>Обрала ти. Марино! ти не знаєш,&lt;br /&gt;</w:t>
        <w:br/>
        <w:t>Як боляче тим серце раниш ти —&lt;br /&gt;</w:t>
        <w:br/>
        <w:t>Як! та коли б... о сумніви жахливі!&lt;br /&gt;</w:t>
        <w:br/>
        <w:t>Скажи: коли б не у царських палатах&lt;br /&gt;</w:t>
        <w:br/>
        <w:t>Родитися мені судила доля,&lt;br /&gt;</w:t>
        <w:br/>
        <w:t>Коли б я був не Іоаннів син,&lt;br /&gt;</w:t>
        <w:br/>
        <w:t>Не цей, давно забутий світом отрок,&lt;br /&gt;</w:t>
        <w:br/>
        <w:t>Тоді б... тоді б любила ти мене?..</w:t>
      </w:r>
    </w:p>
    <w:p>
      <w:r>
        <w:br/>
        <w:t>Марина</w:t>
      </w:r>
    </w:p>
    <w:p>
      <w:r>
        <w:br/>
        <w:t>Димитрій ти й не можеш бути іншим;&lt;br /&gt;</w:t>
        <w:br/>
        <w:t>Я вправі лиш його любить.</w:t>
      </w:r>
    </w:p>
    <w:p>
      <w:r>
        <w:br/>
        <w:t>Самозванець</w:t>
      </w:r>
    </w:p>
    <w:p>
      <w:r>
        <w:br/>
        <w:t>Ні! годі:&lt;br /&gt;</w:t>
        <w:br/>
        <w:t>Ділитися не хочу я з мерцем&lt;br /&gt;</w:t>
        <w:br/>
        <w:t>Коханкою, яка йому належить.&lt;br /&gt;</w:t>
        <w:br/>
        <w:t>Ні, годі вже лукавити! скажу&lt;br /&gt;</w:t>
        <w:br/>
        <w:t>Всю істину; так знай же: твій Димитрій&lt;br /&gt;</w:t>
        <w:br/>
        <w:t>Давно помер, в землі — і не воскресне;&lt;br /&gt;</w:t>
        <w:br/>
        <w:t>А хочеш ти дізнатися, хто я?&lt;br /&gt;</w:t>
        <w:br/>
        <w:t>Гаразд, скажу: я бідний чорноризець:&lt;br /&gt;</w:t>
        <w:br/>
        <w:t>Нудьгуючи неволею чернецтва,&lt;br /&gt;</w:t>
        <w:br/>
        <w:t>Під клобуком свій замисел відважний&lt;br /&gt;</w:t>
        <w:br/>
        <w:t>Обдумав я, готовив світу чудо —&lt;br /&gt;</w:t>
        <w:br/>
        <w:t>І зрештою я з келії утік&lt;br /&gt;</w:t>
        <w:br/>
        <w:t>До куренів бурхливих українських.&lt;br /&gt;</w:t>
        <w:br/>
        <w:t>Владать конем і шаблею навчився;&lt;br /&gt;</w:t>
        <w:br/>
        <w:t>Прибув до вас; Димитрієм назвався&lt;br /&gt;</w:t>
        <w:br/>
        <w:t>І поляків безглуздих обманив.&lt;br /&gt;</w:t>
        <w:br/>
        <w:t>Що скажеш ти, Марино гордовита?&lt;br /&gt;</w:t>
        <w:br/>
        <w:t>Вдоволена признанням ти моїм?&lt;br /&gt;</w:t>
        <w:br/>
        <w:t>Чого ж мовчиш?</w:t>
      </w:r>
    </w:p>
    <w:p>
      <w:r>
        <w:br/>
        <w:t>Марина</w:t>
      </w:r>
    </w:p>
    <w:p>
      <w:r>
        <w:br/>
        <w:t>О горе! стид мені!&lt;br /&gt;</w:t>
        <w:br/>
        <w:t>(Мовчання)</w:t>
      </w:r>
    </w:p>
    <w:p>
      <w:r>
        <w:br/>
        <w:t>Самозванець&lt;br /&gt;</w:t>
        <w:br/>
        <w:t>(стиха)</w:t>
      </w:r>
    </w:p>
    <w:p>
      <w:r>
        <w:br/>
        <w:t>Куди завів мене порив досади!&lt;br /&gt;</w:t>
        <w:br/>
        <w:t>З таким трудом налагоджене щастя,&lt;br /&gt;</w:t>
        <w:br/>
        <w:t>Можливо, я навіки загубив.&lt;br /&gt;</w:t>
        <w:br/>
        <w:t>Що я вчинив, безумець.&lt;br /&gt;</w:t>
        <w:br/>
        <w:t>(Вголос)&lt;br /&gt;</w:t>
        <w:br/>
        <w:t>Бачу, бачу:&lt;br /&gt;</w:t>
        <w:br/>
        <w:t>Для тебе стид — не князя покохать.&lt;br /&gt;</w:t>
        <w:br/>
        <w:t>Скажи мені своє останнє слово:&lt;br /&gt;</w:t>
        <w:br/>
        <w:t>В твоїх руках тепер моя судьба.&lt;br /&gt;</w:t>
        <w:br/>
        <w:t>Рішай: я жду.&lt;br /&gt;</w:t>
        <w:br/>
        <w:t>(Падає на коліна)</w:t>
      </w:r>
    </w:p>
    <w:p>
      <w:r>
        <w:br/>
        <w:t>Марина</w:t>
      </w:r>
    </w:p>
    <w:p>
      <w:r>
        <w:br/>
        <w:t>Встань, бідний самозванець!&lt;br /&gt;</w:t>
        <w:br/>
        <w:t>Гадаєш ти, упавши на коліна,&lt;br /&gt;</w:t>
        <w:br/>
        <w:t>Мов дівчинку довірливу й слабеньку,&lt;br /&gt;</w:t>
        <w:br/>
        <w:t>Мене своїм признанням зворушить?&lt;br /&gt;</w:t>
        <w:br/>
        <w:t>Ти помиливсь: до ніг моїх схилялись&lt;br /&gt;</w:t>
        <w:br/>
        <w:t>Не раз князі і рицарі шляхетні!&lt;br /&gt;</w:t>
        <w:br/>
        <w:t>Та холодно мольби їх відкидала&lt;br /&gt;</w:t>
        <w:br/>
        <w:t>Я не на те, щоб збіглого монаха...</w:t>
      </w:r>
    </w:p>
    <w:p>
      <w:r>
        <w:br/>
        <w:t>Самозванець&lt;br /&gt;</w:t>
        <w:br/>
        <w:t>(встає)</w:t>
      </w:r>
    </w:p>
    <w:p>
      <w:r>
        <w:br/>
        <w:t>Не зневажай, красуне, самозванця;&lt;br /&gt;</w:t>
        <w:br/>
        <w:t>Таж доблесті, можливо, має він,&lt;br /&gt;</w:t>
        <w:br/>
        <w:t>Що гідні є московського престолу,&lt;br /&gt;</w:t>
        <w:br/>
        <w:t>Безцінної руки твоєї гідні...</w:t>
      </w:r>
    </w:p>
    <w:p>
      <w:r>
        <w:br/>
        <w:t>Марина</w:t>
      </w:r>
    </w:p>
    <w:p>
      <w:r>
        <w:br/>
        <w:t>Ні, гідні лиш петлі й ганьби, зухвальче!</w:t>
      </w:r>
    </w:p>
    <w:p>
      <w:r>
        <w:br/>
        <w:t>Самозванець</w:t>
      </w:r>
    </w:p>
    <w:p>
      <w:r>
        <w:br/>
        <w:t>Так, винен я: в гордині безоглядній&lt;br /&gt;</w:t>
        <w:br/>
        <w:t>Обманював я бога і царів,&lt;br /&gt;</w:t>
        <w:br/>
        <w:t>Я світ дурив; та не тобі, Марино,&lt;br /&gt;</w:t>
        <w:br/>
        <w:t>Мене карать; я чесний із тобою.&lt;br /&gt;</w:t>
        <w:br/>
        <w:t>Ні, я не міг обманювать тебе.&lt;br /&gt;</w:t>
        <w:br/>
        <w:t>Для мене ти була одна святиня,&lt;br /&gt;</w:t>
        <w:br/>
        <w:t>І я при ній лукавити не смів.&lt;br /&gt;</w:t>
        <w:br/>
        <w:t>Любов, любов засліплена, ревнива,&lt;br /&gt;</w:t>
        <w:br/>
        <w:t>Лише любов примусила мене&lt;br /&gt;</w:t>
        <w:br/>
        <w:t>Все висловить.</w:t>
      </w:r>
    </w:p>
    <w:p>
      <w:r>
        <w:br/>
        <w:t>Марина</w:t>
      </w:r>
    </w:p>
    <w:p>
      <w:r>
        <w:br/>
        <w:t>Чим хвалиться безумець!&lt;br /&gt;</w:t>
        <w:br/>
        <w:t>Чи хто твого признання вимагав?&lt;br /&gt;</w:t>
        <w:br/>
        <w:t>Якщо вже ти, бродяга безіменний,&lt;br /&gt;</w:t>
        <w:br/>
        <w:t>Міг засліпить чудесно два народи,&lt;br /&gt;</w:t>
        <w:br/>
        <w:t>То мусив би уже принаймні ти&lt;br /&gt;</w:t>
        <w:br/>
        <w:t>Достойним буть хоч успіху свого&lt;br /&gt;</w:t>
        <w:br/>
        <w:t>І свій обман відважний забезпечить,&lt;br /&gt;</w:t>
        <w:br/>
        <w:t>Ховаючи навіки таємницю.&lt;br /&gt;</w:t>
        <w:br/>
        <w:t>Чи можу я, довірившись тобі,&lt;br /&gt;</w:t>
        <w:br/>
        <w:t>Забувши знатний рід і стид дівочий,&lt;br /&gt;</w:t>
        <w:br/>
        <w:t>З’єднать судьбу мою з твоєю,&lt;br /&gt;</w:t>
        <w:br/>
        <w:t>Коли ти сам з довір'ям отаким&lt;br /&gt;</w:t>
        <w:br/>
        <w:t>І легко так ганьбу свою являєш?&lt;br /&gt;</w:t>
        <w:br/>
        <w:t>З любові він проговоривсь мені!&lt;br /&gt;</w:t>
        <w:br/>
        <w:t>Дивуюсь: як ти досі не відкривсь&lt;br /&gt;</w:t>
        <w:br/>
        <w:t>Із приятельства батькові моєму,&lt;br /&gt;</w:t>
        <w:br/>
        <w:t>Із радощів — самому королю,&lt;br /&gt;</w:t>
        <w:br/>
        <w:t>Чи пану Вишневєцькому, нарешті,&lt;br /&gt;</w:t>
        <w:br/>
        <w:t>Як відданий, усердливий слуга.</w:t>
      </w:r>
    </w:p>
    <w:p>
      <w:r>
        <w:br/>
        <w:t>Самозванець</w:t>
      </w:r>
    </w:p>
    <w:p>
      <w:r>
        <w:br/>
        <w:t>Клянусь тобі, — єдина ти могла&lt;br /&gt;</w:t>
        <w:br/>
        <w:t>Лиш вимучить в душі моїй признання.&lt;br /&gt;</w:t>
        <w:br/>
        <w:t>Клянусь тобі, — ніколи і ніде,&lt;br /&gt;</w:t>
        <w:br/>
        <w:t>Ні мед п'ючи із чари на бенкеті,&lt;br /&gt;</w:t>
        <w:br/>
        <w:t>Ні в приязній розмові заповітній,&lt;br /&gt;</w:t>
        <w:br/>
        <w:t>Ні під ножем, ні в муках катування&lt;br /&gt;</w:t>
        <w:br/>
        <w:t>Цих таємниць не видасть мій язик.</w:t>
      </w:r>
    </w:p>
    <w:p>
      <w:r>
        <w:br/>
        <w:t>Марина</w:t>
      </w:r>
    </w:p>
    <w:p>
      <w:r>
        <w:br/>
        <w:t>Клянешся ти! і я повинна вірить.&lt;br /&gt;</w:t>
        <w:br/>
        <w:t>О, вірю я! та чим, дозволь спитать,&lt;br /&gt;</w:t>
        <w:br/>
        <w:t>Клянешся ти? чи іменем господнім,&lt;br /&gt;</w:t>
        <w:br/>
        <w:t>Немов приймак побожний єзуїтів?&lt;br /&gt;</w:t>
        <w:br/>
        <w:t>Чи гідністю, як витязь благородний,&lt;br /&gt;</w:t>
        <w:br/>
        <w:t>Чи, може, лиш єдиним царським словом&lt;br /&gt;</w:t>
        <w:br/>
        <w:t>Як царський син? чи так-бо? говори.</w:t>
      </w:r>
    </w:p>
    <w:p>
      <w:r>
        <w:br/>
        <w:t>Димитрій&lt;br /&gt;</w:t>
        <w:br/>
        <w:t>(гордо)</w:t>
      </w:r>
    </w:p>
    <w:p>
      <w:r>
        <w:br/>
        <w:t>Тінь Грозного мене усиновила,&lt;br /&gt;</w:t>
        <w:br/>
        <w:t>Димитрієм із гробу нарекла,&lt;br /&gt;</w:t>
        <w:br/>
        <w:t>Моїм ім'ям народи зворушила&lt;br /&gt;</w:t>
        <w:br/>
        <w:t>І жертвою Бориса прирекла —&lt;br /&gt;</w:t>
        <w:br/>
        <w:t>Царевич я. Доволі, стид мені&lt;br /&gt;</w:t>
        <w:br/>
        <w:t>Вклонятися полячці гордовитій!&lt;br /&gt;</w:t>
        <w:br/>
        <w:t>Прощай навік. Воєнна гра кривава&lt;br /&gt;</w:t>
        <w:br/>
        <w:t>І клопоти гучні судьби моєї&lt;br /&gt;</w:t>
        <w:br/>
        <w:t>Любові сум заглушать у душі.&lt;br /&gt;</w:t>
        <w:br/>
        <w:t>О, як тебе ненавидіть я стану,&lt;br /&gt;</w:t>
        <w:br/>
        <w:t>Як згасне жар ганебного чуття!&lt;br /&gt;</w:t>
        <w:br/>
        <w:t>Тепер іду — погибель чи вінець&lt;br /&gt;</w:t>
        <w:br/>
        <w:t>Главу мою в Росії нині жде,&lt;br /&gt;</w:t>
        <w:br/>
        <w:t>Чи смерть найду, як воїн в чесній битві&lt;br /&gt;</w:t>
        <w:br/>
        <w:t>Чи від тортур, немов той лиходій, —&lt;br /&gt;</w:t>
        <w:br/>
        <w:t>Дружиною моєю ти не будеш,&lt;br /&gt;</w:t>
        <w:br/>
        <w:t>Не поділить тобі судьби моєї;&lt;br /&gt;</w:t>
        <w:br/>
        <w:t>Та — може, ти ще будеш шкодувать&lt;br /&gt;</w:t>
        <w:br/>
        <w:t>За долею, що ти її зреклася!</w:t>
      </w:r>
    </w:p>
    <w:p>
      <w:r>
        <w:br/>
        <w:t>Марина</w:t>
      </w:r>
    </w:p>
    <w:p>
      <w:r>
        <w:br/>
        <w:t>А якщо я зухвалий твій обман&lt;br /&gt;</w:t>
        <w:br/>
        <w:t>Перед всіма та викрию зарані?</w:t>
      </w:r>
    </w:p>
    <w:p>
      <w:r>
        <w:br/>
        <w:t>Самозванець</w:t>
      </w:r>
    </w:p>
    <w:p>
      <w:r>
        <w:br/>
        <w:t>Гадаєш ти, що я тебе боюсь?&lt;br /&gt;</w:t>
        <w:br/>
        <w:t>Що люди більш повірять діві польській,&lt;br /&gt;</w:t>
        <w:br/>
        <w:t>Ніж руському царевичу? — Та знай,&lt;br /&gt;</w:t>
        <w:br/>
        <w:t>Що ні король, ні папа, ні вельможі&lt;br /&gt;</w:t>
        <w:br/>
        <w:t>Не думають про правду слів моїх.&lt;br /&gt;</w:t>
        <w:br/>
        <w:t>Димитрій я, чи ні — що їм до того?&lt;br /&gt;</w:t>
        <w:br/>
        <w:t>Та привід я до розбрату й війни,&lt;br /&gt;</w:t>
        <w:br/>
        <w:t>Їм тільки це й потрібне, і тебе,&lt;br /&gt;</w:t>
        <w:br/>
        <w:t>Бентежнице, мовчати приневолять!&lt;br /&gt;</w:t>
        <w:br/>
        <w:t>Прощай.</w:t>
      </w:r>
    </w:p>
    <w:p>
      <w:r>
        <w:br/>
        <w:t>Марина</w:t>
      </w:r>
    </w:p>
    <w:p>
      <w:r>
        <w:br/>
        <w:t>Стривай, царевичу. Тепер&lt;br /&gt;</w:t>
        <w:br/>
        <w:t>Я чую річ не хлопчика, а мужа.&lt;br /&gt;</w:t>
        <w:br/>
        <w:t>Вона мене з тобою мирить, князь.&lt;br /&gt;</w:t>
        <w:br/>
        <w:t>Безумний твій порив я забуваю,&lt;br /&gt;</w:t>
        <w:br/>
        <w:t>Я бачу знов Димитрія. Та — слухай:&lt;br /&gt;</w:t>
        <w:br/>
        <w:t>Пора, пора! Прокиньсь, не гайся більше,&lt;br /&gt;</w:t>
        <w:br/>
        <w:t>Веди полки скоріше на Москву, —&lt;br /&gt;</w:t>
        <w:br/>
        <w:t>Очисти Кремль, сідай на трон московський,&lt;br /&gt;</w:t>
        <w:br/>
        <w:t>До мене шли ти шлюбного посла;&lt;br /&gt;</w:t>
        <w:br/>
        <w:t>Та — чує бог — поки твоя нога&lt;br /&gt;</w:t>
        <w:br/>
        <w:t>Не стане ще на приступки до трону,&lt;br /&gt;</w:t>
        <w:br/>
        <w:t>І поки ще царює Годунов,&lt;br /&gt;</w:t>
        <w:br/>
        <w:t>Любовних слів не буду слухать я.&lt;br /&gt;</w:t>
        <w:br/>
        <w:t>(Виходить)</w:t>
      </w:r>
    </w:p>
    <w:p>
      <w:r>
        <w:br/>
        <w:t>Самозванець</w:t>
      </w:r>
    </w:p>
    <w:p>
      <w:r>
        <w:br/>
        <w:t>Ні — легше воювати з Годуновим,&lt;br /&gt;</w:t>
        <w:br/>
        <w:t>Чи хитрувать з придворним єзуїтом,&lt;br /&gt;</w:t>
        <w:br/>
        <w:t>Як з жінкою — чорт з ними; сил нема:&lt;br /&gt;</w:t>
        <w:br/>
        <w:t>І плутає, і в'ється, і повзе,&lt;br /&gt;</w:t>
        <w:br/>
        <w:t>І слизне з рук, сичить, грозить і жалить.&lt;br /&gt;</w:t>
        <w:br/>
        <w:t>Змія! змія! — Недаром я тремтів.&lt;br /&gt;</w:t>
        <w:br/>
        <w:t>Вона мене ледь-ледь не погубила.&lt;br /&gt;</w:t>
        <w:br/>
        <w:t>Але пора: я завтра двину рать.</w:t>
      </w:r>
    </w:p>
    <w:p>
      <w:r>
        <w:br/>
        <w:t>КОРДОН ЛИТОВСЬКИЙ</w:t>
      </w:r>
    </w:p>
    <w:p>
      <w:r>
        <w:br/>
        <w:t>(1604 року, 16 жовтня)</w:t>
      </w:r>
    </w:p>
    <w:p>
      <w:r>
        <w:br/>
        <w:t>Князь Курбський і Самозванець, обидва верхи.&lt;br /&gt;</w:t>
        <w:br/>
        <w:t>Полки наближаються до кордону.</w:t>
      </w:r>
    </w:p>
    <w:p>
      <w:r>
        <w:br/>
        <w:t>Курбський&lt;br /&gt;</w:t>
        <w:br/>
        <w:t>(прискакав першим)</w:t>
      </w:r>
    </w:p>
    <w:p>
      <w:r>
        <w:br/>
        <w:t>От, от і він! от наш кордон російський!&lt;br /&gt;</w:t>
        <w:br/>
        <w:t>О Русь свята, вітчизно! весь я твій!&lt;br /&gt;</w:t>
        <w:br/>
        <w:t>Прах чужини з презирством отряхаю&lt;br /&gt;</w:t>
        <w:br/>
        <w:t>З моїх одеж — я рідне п'ю повітря,&lt;br /&gt;</w:t>
        <w:br/>
        <w:t>Таке п'янке!., тепер твоя душа,&lt;br /&gt;</w:t>
        <w:br/>
        <w:t>О батьку мій, утішиться, і в гробі&lt;br /&gt;</w:t>
        <w:br/>
        <w:t>Радітимуть твої опальні кості! —&lt;br /&gt;</w:t>
        <w:br/>
        <w:t>Знов блискає наш прадідівський меч,&lt;br /&gt;</w:t>
        <w:br/>
        <w:t>Цей славний меч, гроза Казані давня,&lt;br /&gt;</w:t>
        <w:br/>
        <w:t>Цей добрий меч, слуга царів московських!&lt;br /&gt;</w:t>
        <w:br/>
        <w:t>Почне гулять він знову на бенкеті&lt;br /&gt;</w:t>
        <w:br/>
        <w:t>За нашого царя, за государя!..</w:t>
      </w:r>
    </w:p>
    <w:p>
      <w:r>
        <w:br/>
        <w:t>Самозванець&lt;br /&gt;</w:t>
        <w:br/>
        <w:t>(їде тихо, з пониклою головою)</w:t>
      </w:r>
    </w:p>
    <w:p>
      <w:r>
        <w:br/>
        <w:t>Щасливий він! як ще душа ясна&lt;br /&gt;</w:t>
        <w:br/>
        <w:t>В нім радістю і славою буяє!&lt;br /&gt;</w:t>
        <w:br/>
        <w:t>О витязю! завидую тобі.&lt;br /&gt;</w:t>
        <w:br/>
        <w:t>Син Курбського, що виріс у вигнанні,&lt;br /&gt;</w:t>
        <w:br/>
        <w:t>Забувши всі нестерпні кривди батька,&lt;br /&gt;</w:t>
        <w:br/>
        <w:t>Спокутивши за гробом гріх його —&lt;br /&gt;</w:t>
        <w:br/>
        <w:t>Ти лити кров за сина Іоанна&lt;br /&gt;</w:t>
        <w:br/>
        <w:t>Готуєшся; законного царя&lt;br /&gt;</w:t>
        <w:br/>
        <w:t>Щоб повернуть отчизні... Ти правий,&lt;br /&gt;</w:t>
        <w:br/>
        <w:t>Душа твоя повинна веселитись.</w:t>
      </w:r>
    </w:p>
    <w:p>
      <w:r>
        <w:br/>
        <w:t>Курбський</w:t>
      </w:r>
    </w:p>
    <w:p>
      <w:r>
        <w:br/>
        <w:t>Невже і ти не веселишся духом?&lt;br /&gt;</w:t>
        <w:br/>
        <w:t>Ось наша Русь: вона твоя, царевич!&lt;br /&gt;</w:t>
        <w:br/>
        <w:t>Там ждуть тебе серця твоїх людей:&lt;br /&gt;</w:t>
        <w:br/>
        <w:t>Твоя Москва, твій Кремль, твоя держава.</w:t>
      </w:r>
    </w:p>
    <w:p>
      <w:r>
        <w:br/>
        <w:t>Самозванець</w:t>
      </w:r>
    </w:p>
    <w:p>
      <w:r>
        <w:br/>
        <w:t>Скрізь руська кров, о Курбський, потече!&lt;br /&gt;</w:t>
        <w:br/>
        <w:t>Ви за царя піднесли меч, ви чисті,&lt;br /&gt;</w:t>
        <w:br/>
        <w:t>Я ж на братів веду вас; я Литву&lt;br /&gt;</w:t>
        <w:br/>
        <w:t>Позвав на Русь, я ворогу в Москву&lt;br /&gt;</w:t>
        <w:br/>
        <w:t>Показую дорогу заповітну!..&lt;br /&gt;</w:t>
        <w:br/>
        <w:t>Та хай мій гріх лежить не на мені,&lt;br /&gt;</w:t>
        <w:br/>
        <w:t>А на тобі, Борисе-царевбивче!&lt;br /&gt;</w:t>
        <w:br/>
        <w:t>Вперед!</w:t>
      </w:r>
    </w:p>
    <w:p>
      <w:r>
        <w:br/>
        <w:t>Курбський</w:t>
      </w:r>
    </w:p>
    <w:p>
      <w:r>
        <w:br/>
        <w:t>Вперед! і горе Годунову!&lt;br /&gt;</w:t>
        <w:br/>
        <w:t>(Ідуть далі. Полки переходять кордон).</w:t>
      </w:r>
    </w:p>
    <w:p>
      <w:r>
        <w:br/>
        <w:t>ЦАРСЬКА ДУМА</w:t>
      </w:r>
    </w:p>
    <w:p>
      <w:r>
        <w:br/>
        <w:t>Цар, патріарх і бояри.</w:t>
      </w:r>
    </w:p>
    <w:p>
      <w:r>
        <w:br/>
        <w:t>Цар</w:t>
      </w:r>
    </w:p>
    <w:p>
      <w:r>
        <w:br/>
        <w:t>Невже це так? Розстрига, збіглий інок&lt;br /&gt;</w:t>
        <w:br/>
        <w:t>На нас веде розбійницькі дружини,&lt;br /&gt;</w:t>
        <w:br/>
        <w:t>Загрози нам писати сміє! Годі,&lt;br /&gt;</w:t>
        <w:br/>
        <w:t>Пора смирить безумця! Вирушайте —&lt;br /&gt;</w:t>
        <w:br/>
        <w:t>Ти, Трубецькой, і ти, Басманов: поміч&lt;br /&gt;</w:t>
        <w:br/>
        <w:t>Нам треба дать усердним воєводам.&lt;br /&gt;</w:t>
        <w:br/>
        <w:t>Вже бунтівник Чернігів обложив&lt;br /&gt;</w:t>
        <w:br/>
        <w:t>Рятуйте люд і місто.</w:t>
      </w:r>
    </w:p>
    <w:p>
      <w:r>
        <w:br/>
        <w:t>Басманов</w:t>
      </w:r>
    </w:p>
    <w:p>
      <w:r>
        <w:br/>
        <w:t>Государ,&lt;br /&gt;</w:t>
        <w:br/>
        <w:t>Трьох місяців однині не мине,&lt;br /&gt;</w:t>
        <w:br/>
        <w:t>І змовкне й слух про того самозванця;&lt;br /&gt;</w:t>
        <w:br/>
        <w:t>Його в Москву ми привезем, як звіра&lt;br /&gt;</w:t>
        <w:br/>
        <w:t>Заморського, в залізній клітці. Богом&lt;br /&gt;</w:t>
        <w:br/>
        <w:t>Тобі клянусь.&lt;br /&gt;</w:t>
        <w:br/>
        <w:t>(Виходить з Трубецьким)</w:t>
      </w:r>
    </w:p>
    <w:p>
      <w:r>
        <w:br/>
        <w:t>Цар</w:t>
      </w:r>
    </w:p>
    <w:p>
      <w:r>
        <w:br/>
        <w:t>Нам свейський государ&lt;br /&gt;</w:t>
        <w:br/>
        <w:t>Через послів союз пропонував;&lt;br /&gt;</w:t>
        <w:br/>
        <w:t>Та нам чужа підмога не потрібна;&lt;br /&gt;</w:t>
        <w:br/>
        <w:t>Своїх людей у нас доволі ратних.&lt;br /&gt;</w:t>
        <w:br/>
        <w:t>Щоб відігнать розбійників і ляха.&lt;br /&gt;</w:t>
        <w:br/>
        <w:t>Відмовив я.&lt;br /&gt;</w:t>
        <w:br/>
        <w:t>Щелкалов! розіслать&lt;br /&gt;</w:t>
        <w:br/>
        <w:t>У всі кінці укази воєводам,&lt;br /&gt;</w:t>
        <w:br/>
        <w:t>Щоб на коня сідали і людей&lt;br /&gt;</w:t>
        <w:br/>
        <w:t>По-давньому на службу висилали;&lt;br /&gt;</w:t>
        <w:br/>
        <w:t>В монастирях так само одібрать&lt;br /&gt;</w:t>
        <w:br/>
        <w:t>Служителів церковних. В давні роки,&lt;br /&gt;</w:t>
        <w:br/>
        <w:t>Коли біда отчизну обступала,&lt;br /&gt;</w:t>
        <w:br/>
        <w:t>Тоді ченці самі у битву йшли,&lt;br /&gt;</w:t>
        <w:br/>
        <w:t>Та нині ми не потурбуєм їх:&lt;br /&gt;</w:t>
        <w:br/>
        <w:t>Хай моляться за нас вони — такий&lt;br /&gt;</w:t>
        <w:br/>
        <w:t>Указ царя, як і боярський присуд.&lt;br /&gt;</w:t>
        <w:br/>
        <w:t>Важливу річ тепер з'ясуймо ми:&lt;br /&gt;</w:t>
        <w:br/>
        <w:t>Ви знаєте, зухвалий самозванець&lt;br /&gt;</w:t>
        <w:br/>
        <w:t>Підступні скрізь поширює чутки;&lt;br /&gt;</w:t>
        <w:br/>
        <w:t>Його листи, розіслані повсюди,&lt;br /&gt;</w:t>
        <w:br/>
        <w:t>Посіяли тривогу і непевність;&lt;br /&gt;</w:t>
        <w:br/>
        <w:t>Бунтівники шепочуть на майданах,&lt;br /&gt;</w:t>
        <w:br/>
        <w:t>Уми киплять... їх треба остудить, —&lt;br /&gt;</w:t>
        <w:br/>
        <w:t>Я смертних кар волів би не вживать,&lt;br /&gt;</w:t>
        <w:br/>
        <w:t>Та як, скажіть? Порадьмося. Ти перший,&lt;br /&gt;</w:t>
        <w:br/>
        <w:t>Святий отець, скажи, як мислиш ти.</w:t>
      </w:r>
    </w:p>
    <w:p>
      <w:r>
        <w:br/>
        <w:t>Патріарх</w:t>
      </w:r>
    </w:p>
    <w:p>
      <w:r>
        <w:br/>
        <w:t>Благословен Всевишній, що посіяв&lt;br /&gt;</w:t>
        <w:br/>
        <w:t>Дух милості й сумирного терпіння&lt;br /&gt;</w:t>
        <w:br/>
        <w:t>В душі твоїй, великий государ;&lt;br /&gt;</w:t>
        <w:br/>
        <w:t>Ти грішнику погибелі не хочеш,&lt;br /&gt;</w:t>
        <w:br/>
        <w:t>І тихо ждеш, — нехай мине облуда:&lt;br /&gt;</w:t>
        <w:br/>
        <w:t>Вона мине, і сонце правди вічне&lt;br /&gt;</w:t>
        <w:br/>
        <w:t>Осяє всіх.&lt;br /&gt;</w:t>
        <w:br/>
        <w:t>Твій вірний богомолець,&lt;br /&gt;</w:t>
        <w:br/>
        <w:t>В ділах мирських не мудрий судія,&lt;br /&gt;</w:t>
        <w:br/>
        <w:t>Дерзає днесь подать тобі свій голос.&lt;br /&gt;</w:t>
        <w:br/>
        <w:t>Бісовський син, розстрига окаянний,&lt;br /&gt;</w:t>
        <w:br/>
        <w:t>Зумів себе прославить як Димитрій;&lt;br /&gt;</w:t>
        <w:br/>
        <w:t>Він іменем царевича безстидно,&lt;br /&gt;</w:t>
        <w:br/>
        <w:t>Мов ризою украденою, вкрився:&lt;br /&gt;</w:t>
        <w:br/>
        <w:t>Та варт її роздерти лиш — і сам&lt;br /&gt;</w:t>
        <w:br/>
        <w:t>Знеславиться своєю наготою.&lt;br /&gt;</w:t>
        <w:br/>
        <w:t>Сам бог на те нам спосіб посилає:&lt;br /&gt;</w:t>
        <w:br/>
        <w:t>Знай, государ, — шість літ уже тому, —&lt;br /&gt;</w:t>
        <w:br/>
        <w:t>В той самий рік, коли тебе господь&lt;br /&gt;</w:t>
        <w:br/>
        <w:t>Благословив на царськую державу, —&lt;br /&gt;</w:t>
        <w:br/>
        <w:t>В вечірній час якось прийшов до мене&lt;br /&gt;</w:t>
        <w:br/>
        <w:t>Простий пастух, уже старик поважний,&lt;br /&gt;</w:t>
        <w:br/>
        <w:t>І тайну він мені повідав дивну.&lt;br /&gt;</w:t>
        <w:br/>
        <w:t>"Малим іще, — сказав він, — я осліп&lt;br /&gt;</w:t>
        <w:br/>
        <w:t>І відтоді не знав ні дня, ні ночі&lt;br /&gt;</w:t>
        <w:br/>
        <w:t>До старості; даремно лікувався&lt;br /&gt;</w:t>
        <w:br/>
        <w:t>І зіллям я й шептанням таємничим;&lt;br /&gt;</w:t>
        <w:br/>
        <w:t>Даремно я ходив на богомілля&lt;br /&gt;</w:t>
        <w:br/>
        <w:t>В обителі до славних чудотворців;&lt;br /&gt;</w:t>
        <w:br/>
        <w:t>Даремно я з криниць святих кропив&lt;br /&gt;</w:t>
        <w:br/>
        <w:t>Цілющою водою темні очі, —&lt;br /&gt;</w:t>
        <w:br/>
        <w:t>Не посилав господь мені прозріння.&lt;br /&gt;</w:t>
        <w:br/>
        <w:t>І зрештою утратив я надію,&lt;br /&gt;</w:t>
        <w:br/>
        <w:t>І до пітьми я звик, і навіть сни&lt;br /&gt;</w:t>
        <w:br/>
        <w:t>Мені речей видимих не являли,&lt;br /&gt;</w:t>
        <w:br/>
        <w:t>А снилися вже тільки звуки. Раз,&lt;br /&gt;</w:t>
        <w:br/>
        <w:t>В глибокім сні, дитячий голос, чую,&lt;br /&gt;</w:t>
        <w:br/>
        <w:t>Повів мені: — Дідусю, встань, піди&lt;br /&gt;</w:t>
        <w:br/>
        <w:t>Ти в Углич-град, в собор святого Спаса;&lt;br /&gt;</w:t>
        <w:br/>
        <w:t>Там помолись ти на моїй могилці,&lt;br /&gt;</w:t>
        <w:br/>
        <w:t>Бог всеблагий — і я тебе прощу.&lt;br /&gt;</w:t>
        <w:br/>
        <w:t>— Хто ж ти такий? — я запитав той голос.&lt;br /&gt;</w:t>
        <w:br/>
        <w:t>— Царевич я Димитрій. Цар небесний&lt;br /&gt;</w:t>
        <w:br/>
        <w:t>Прийняв мене в лик янголів своїх,&lt;br /&gt;</w:t>
        <w:br/>
        <w:t>І я тепер великий чудотворець!&lt;br /&gt;</w:t>
        <w:br/>
        <w:t>Іди, старий! — Проснувся я і думав:&lt;br /&gt;</w:t>
        <w:br/>
        <w:t>Що ж? може, бог тепер і справді дасть&lt;br /&gt;</w:t>
        <w:br/>
        <w:t>Моїм очам запізнене прозріння.&lt;br /&gt;</w:t>
        <w:br/>
        <w:t>Піду — і в путь я вирушив далеку.&lt;br /&gt;</w:t>
        <w:br/>
        <w:t>От і дійшов до Углича, іду&lt;br /&gt;</w:t>
        <w:br/>
        <w:t>В святий собор, і слухаю обідню,&lt;br /&gt;</w:t>
        <w:br/>
        <w:t>Й, палаючи душею, ревно плачу&lt;br /&gt;</w:t>
        <w:br/>
        <w:t>Так солодко, немовби сліпота&lt;br /&gt;</w:t>
        <w:br/>
        <w:t>З очей моїх сльозами витікала.&lt;br /&gt;</w:t>
        <w:br/>
        <w:t>Коли народ виходить став, я внуку&lt;br /&gt;</w:t>
        <w:br/>
        <w:t>Сказав тоді: — Іване, поведи&lt;br /&gt;</w:t>
        <w:br/>
        <w:t>Мене на гроб царевича.— І хлопець&lt;br /&gt;</w:t>
        <w:br/>
        <w:t>Повів мене — і тільки перед гробом&lt;br /&gt;</w:t>
        <w:br/>
        <w:t>Тихенько я молитву проказав,&lt;br /&gt;</w:t>
        <w:br/>
        <w:t>Відкрилися враз очі; я побачив&lt;br /&gt;</w:t>
        <w:br/>
        <w:t>І божий світ, і внука, і могилку".&lt;br /&gt;</w:t>
        <w:br/>
        <w:t>Так, государ, мені старик повідав.</w:t>
      </w:r>
    </w:p>
    <w:p>
      <w:r>
        <w:br/>
        <w:t>(Загальне збентеження. Під час розмови&lt;br /&gt;</w:t>
        <w:br/>
        <w:t>Борис кілька разів витирає лице хусткою)</w:t>
      </w:r>
    </w:p>
    <w:p>
      <w:r>
        <w:br/>
        <w:t>Я посилав тоді навмисне в Углич,&lt;br /&gt;</w:t>
        <w:br/>
        <w:t>І звідано, що страдників багато&lt;br /&gt;</w:t>
        <w:br/>
        <w:t>Рятунок свій так само обрітали&lt;br /&gt;</w:t>
        <w:br/>
        <w:t>Біля труни царевича завжди.&lt;br /&gt;</w:t>
        <w:br/>
        <w:t>Я раджу так: у Кремль пресвітлі мощі&lt;br /&gt;</w:t>
        <w:br/>
        <w:t>Перенести, поставить їх в соборі&lt;br /&gt;</w:t>
        <w:br/>
        <w:t>Архангельськім; народ побачить ясно&lt;br /&gt;</w:t>
        <w:br/>
        <w:t>Тоді обман безбожного злочинця,&lt;br /&gt;</w:t>
        <w:br/>
        <w:t>І вража міць розвіється, мов прах.&lt;br /&gt;</w:t>
        <w:br/>
        <w:t>(Мовчання)</w:t>
      </w:r>
    </w:p>
    <w:p>
      <w:r>
        <w:br/>
        <w:t>Князь Шуйський</w:t>
      </w:r>
    </w:p>
    <w:p>
      <w:r>
        <w:br/>
        <w:t>Святий отець, хто відає путі&lt;br /&gt;</w:t>
        <w:br/>
        <w:t>Всевишнього? Не я йому суддя.&lt;br /&gt;</w:t>
        <w:br/>
        <w:t>Нетлінний сон і силу чудотворну&lt;br /&gt;</w:t>
        <w:br/>
        <w:t>Він може дать дитячим тим останкам.&lt;br /&gt;</w:t>
        <w:br/>
        <w:t>Хоч поголос народний треба нам&lt;br /&gt;</w:t>
        <w:br/>
        <w:t>Розглянути спокійно та уважно;&lt;br /&gt;</w:t>
        <w:br/>
        <w:t>Та чи під час бурхливих вирувань&lt;br /&gt;</w:t>
        <w:br/>
        <w:t>Нам думати про цю велику справу?&lt;br /&gt;</w:t>
        <w:br/>
        <w:t>Не скажуть нам, що ми святиню дерзко&lt;br /&gt;</w:t>
        <w:br/>
        <w:t>В ділах мирських знаряддям творимо?&lt;br /&gt;</w:t>
        <w:br/>
        <w:t>Народ і так хитається безумно,&lt;br /&gt;</w:t>
        <w:br/>
        <w:t>І так уже скрізь чути поговори:&lt;br /&gt;</w:t>
        <w:br/>
        <w:t>Уми людей не час нам хвилювать&lt;br /&gt;</w:t>
        <w:br/>
        <w:t>Нежданою такою новиною.&lt;br /&gt;</w:t>
        <w:br/>
        <w:t>Сам бачу я, що треба всі чутки,&lt;br /&gt;</w:t>
        <w:br/>
        <w:t>Посіяні розстригою, розвіять;&lt;br /&gt;</w:t>
        <w:br/>
        <w:t>Та інші є тут засоби — простіші.&lt;br /&gt;</w:t>
        <w:br/>
        <w:t>Так, государ, — коли дозволиш ти,&lt;br /&gt;</w:t>
        <w:br/>
        <w:t>Я сам явлюсь на площі всенародній,&lt;br /&gt;</w:t>
        <w:br/>
        <w:t>Уговорю, усовіщу безумство&lt;br /&gt;</w:t>
        <w:br/>
        <w:t>І виявлю бродяги злий обман.</w:t>
      </w:r>
    </w:p>
    <w:p>
      <w:r>
        <w:br/>
        <w:t>Цар</w:t>
      </w:r>
    </w:p>
    <w:p>
      <w:r>
        <w:br/>
        <w:t>Хай буде так! Владико патріарх,&lt;br /&gt;</w:t>
        <w:br/>
        <w:t>Прошу тебе в палату завітати:&lt;br /&gt;</w:t>
        <w:br/>
        <w:t>Потрібна нам цей день твоя розмова.&lt;br /&gt;</w:t>
        <w:br/>
        <w:t>(Виходить. За ним і всі бояри)</w:t>
      </w:r>
    </w:p>
    <w:p>
      <w:r>
        <w:br/>
        <w:t>Один боярин&lt;br /&gt;</w:t>
        <w:br/>
        <w:t>(стиха до другого)</w:t>
      </w:r>
    </w:p>
    <w:p>
      <w:r>
        <w:br/>
        <w:t>Помітив ти, як государ поблід&lt;br /&gt;</w:t>
        <w:br/>
        <w:t>І піт рясний з лиця його закапав?</w:t>
      </w:r>
    </w:p>
    <w:p>
      <w:r>
        <w:br/>
        <w:t>Другий</w:t>
      </w:r>
    </w:p>
    <w:p>
      <w:r>
        <w:br/>
        <w:t>Я — признаюсь — не смів звести очей,&lt;br /&gt;</w:t>
        <w:br/>
        <w:t>Не смів дихнуть, не тільки ворухнутись.</w:t>
      </w:r>
    </w:p>
    <w:p>
      <w:r>
        <w:br/>
        <w:t>Перший боярин</w:t>
      </w:r>
    </w:p>
    <w:p>
      <w:r>
        <w:br/>
        <w:t>А виручив князь Шуйський. Молодець!</w:t>
      </w:r>
    </w:p>
    <w:p>
      <w:r>
        <w:br/>
        <w:t>РІВНИНА КОЛО НОВГОРОДА-СІВЕРСЬКОГО</w:t>
      </w:r>
    </w:p>
    <w:p>
      <w:r>
        <w:br/>
        <w:t>(1604 року, 21 грудня)</w:t>
      </w:r>
    </w:p>
    <w:p>
      <w:r>
        <w:br/>
        <w:t>Битва</w:t>
      </w:r>
    </w:p>
    <w:p>
      <w:r>
        <w:br/>
        <w:t>Вояки&lt;br /&gt;</w:t>
        <w:br/>
        <w:t>(тікають у безладді)</w:t>
      </w:r>
    </w:p>
    <w:p>
      <w:r>
        <w:br/>
        <w:t>Біда, біда! Царевич! Ляхи! Ось вони! Ось вони!&lt;br /&gt;</w:t>
        <w:br/>
        <w:t>(Входять капітани Маржерет і Вальтер Розен)</w:t>
      </w:r>
    </w:p>
    <w:p>
      <w:r>
        <w:br/>
        <w:t>Маржерет</w:t>
      </w:r>
    </w:p>
    <w:p>
      <w:r>
        <w:br/>
        <w:t>Куди, куди? Allons1 ... пошоль назад!</w:t>
      </w:r>
    </w:p>
    <w:p>
      <w:r>
        <w:br/>
        <w:t>Один з утікачів</w:t>
      </w:r>
    </w:p>
    <w:p>
      <w:r>
        <w:br/>
        <w:t>Сам пошоль, як є охота, проклятий бусурман!</w:t>
      </w:r>
    </w:p>
    <w:p>
      <w:r>
        <w:br/>
        <w:t>Маржерет</w:t>
      </w:r>
    </w:p>
    <w:p>
      <w:r>
        <w:br/>
        <w:t>Quoi? quoi?2</w:t>
      </w:r>
    </w:p>
    <w:p>
      <w:r>
        <w:br/>
        <w:t>Другий</w:t>
      </w:r>
    </w:p>
    <w:p>
      <w:r>
        <w:br/>
        <w:t>Ква! ква! тобі любо, жабо заморська, квакати на руського царевича; а ми ж православні.</w:t>
      </w:r>
    </w:p>
    <w:p>
      <w:r>
        <w:br/>
        <w:t>Маржерет</w:t>
      </w:r>
    </w:p>
    <w:p>
      <w:r>
        <w:br/>
        <w:t>Qu'est-ce &amp;#224; dire pravoslavni?.. Sacr&amp;#233;s gueux, maudites canailles! Mordieu, mein herr, j'enrage: on dirait que &amp;#231;a n'a pas des bras pour frapper, &amp;#231;a n'a que des jambes pour foutre le camp3.</w:t>
      </w:r>
    </w:p>
    <w:p>
      <w:r>
        <w:br/>
        <w:t>В. Розен</w:t>
      </w:r>
    </w:p>
    <w:p>
      <w:r>
        <w:br/>
        <w:t>Es ist Schande4.</w:t>
      </w:r>
    </w:p>
    <w:p>
      <w:r>
        <w:br/>
        <w:t>Маржерет</w:t>
      </w:r>
    </w:p>
    <w:p>
      <w:r>
        <w:br/>
        <w:t>Ventre-saint-gris! Je ne bouge plus d'un pas — puisque le vin est tir&amp;#233;, il faut le boire. Qu'en dites-vous, mein herr?5</w:t>
      </w:r>
    </w:p>
    <w:p>
      <w:r>
        <w:br/>
        <w:t>В. Розен</w:t>
      </w:r>
    </w:p>
    <w:p>
      <w:r>
        <w:br/>
        <w:t>Sie haben Recht6.</w:t>
      </w:r>
    </w:p>
    <w:p>
      <w:r>
        <w:br/>
        <w:t>Маржерет</w:t>
      </w:r>
    </w:p>
    <w:p>
      <w:r>
        <w:br/>
        <w:t>Tudieu, il y fait chaud! Ce diable de Samozvanetz, comme ils l'appellent, est un bougre qui a du poil au cul. Qu'en pensez-vous, mein Herr?7</w:t>
      </w:r>
    </w:p>
    <w:p>
      <w:r>
        <w:br/>
        <w:t>В. Розен</w:t>
      </w:r>
    </w:p>
    <w:p>
      <w:r>
        <w:br/>
        <w:t>Oh, ja!8</w:t>
      </w:r>
    </w:p>
    <w:p>
      <w:r>
        <w:br/>
        <w:t>Маржерет</w:t>
      </w:r>
    </w:p>
    <w:p>
      <w:r>
        <w:br/>
        <w:t>H&amp;#233;! voyez donc, voyez donc! L'action s'engage sur les derri&amp;#232;res de l'ennemi. Ce doit &amp;#234;tre le brave Basmanoff, qui aurait fait une sortie9.</w:t>
      </w:r>
    </w:p>
    <w:p>
      <w:r>
        <w:br/>
        <w:t>В. Розен</w:t>
      </w:r>
    </w:p>
    <w:p>
      <w:r>
        <w:br/>
        <w:t>Ich glaube das10&lt;br /&gt;</w:t>
        <w:br/>
        <w:t>(Входять німці)</w:t>
      </w:r>
    </w:p>
    <w:p>
      <w:r>
        <w:br/>
        <w:t>Маржерет</w:t>
      </w:r>
    </w:p>
    <w:p>
      <w:r>
        <w:br/>
        <w:t>На, ha! voici nos Allemands. — Messieurs!.. Mein herr, dites leur donc de se rallier et, sacrebleu, chargeons!11</w:t>
      </w:r>
    </w:p>
    <w:p>
      <w:r>
        <w:br/>
        <w:t>В. Розен</w:t>
      </w:r>
    </w:p>
    <w:p>
      <w:r>
        <w:br/>
        <w:t>Sehr gut. Halt!12&lt;br /&gt;</w:t>
        <w:br/>
        <w:t>(Німці шикуються)&lt;br /&gt;</w:t>
        <w:br/>
        <w:t>Marsch!13</w:t>
      </w:r>
    </w:p>
    <w:p>
      <w:r>
        <w:br/>
        <w:t>Німці&lt;br /&gt;</w:t>
        <w:br/>
        <w:t>(ідуть)</w:t>
      </w:r>
    </w:p>
    <w:p>
      <w:r>
        <w:br/>
        <w:t>Ні If Gotti14&lt;br /&gt;</w:t>
        <w:br/>
        <w:t>(Бій. Руські знов тікають)</w:t>
      </w:r>
    </w:p>
    <w:p>
      <w:r>
        <w:br/>
        <w:t>Ляхи</w:t>
      </w:r>
    </w:p>
    <w:p>
      <w:r>
        <w:br/>
        <w:t>Перемога! Перемога! Слава цареві Димитрію.</w:t>
      </w:r>
    </w:p>
    <w:p>
      <w:r>
        <w:br/>
        <w:t>Димитрій&lt;br /&gt;</w:t>
        <w:br/>
        <w:t>(верхи)</w:t>
      </w:r>
    </w:p>
    <w:p>
      <w:r>
        <w:br/>
        <w:t>Бийте відбій! Ми перемогли. Доволі: щадіть руську кров. Відбій!&lt;br /&gt;</w:t>
        <w:br/>
        <w:t>(Грають сурми, б'ють барабани)</w:t>
      </w:r>
    </w:p>
    <w:p>
      <w:r>
        <w:br/>
        <w:t>ПЛОЩА ПЕРЕД СОБОРОМ У MOCKВІ</w:t>
      </w:r>
    </w:p>
    <w:p>
      <w:r>
        <w:br/>
        <w:t>Народ</w:t>
      </w:r>
    </w:p>
    <w:p>
      <w:r>
        <w:br/>
        <w:t>Один</w:t>
      </w:r>
    </w:p>
    <w:p>
      <w:r>
        <w:br/>
        <w:t>Чи скоро цар вийде з собору?</w:t>
      </w:r>
    </w:p>
    <w:p>
      <w:r>
        <w:br/>
        <w:t>Другий</w:t>
      </w:r>
    </w:p>
    <w:p>
      <w:r>
        <w:br/>
        <w:t>Обідня скінчилась; тепер правлять молебство.</w:t>
      </w:r>
    </w:p>
    <w:p>
      <w:r>
        <w:br/>
        <w:t>Перший</w:t>
      </w:r>
    </w:p>
    <w:p>
      <w:r>
        <w:br/>
        <w:t>Що, вже проклинали того?</w:t>
      </w:r>
    </w:p>
    <w:p>
      <w:r>
        <w:br/>
        <w:t>Другий</w:t>
      </w:r>
    </w:p>
    <w:p>
      <w:r>
        <w:br/>
        <w:t>Я стояв на паперті і чув, як диякон заревів: Гришка Отреп'єв — анафема!</w:t>
      </w:r>
    </w:p>
    <w:p>
      <w:r>
        <w:br/>
        <w:t>Перший</w:t>
      </w:r>
    </w:p>
    <w:p>
      <w:r>
        <w:br/>
        <w:t>Хай собі проклинають; царевичу діла нема до Отреп'єва.</w:t>
      </w:r>
    </w:p>
    <w:p>
      <w:r>
        <w:br/>
        <w:t>Другий</w:t>
      </w:r>
    </w:p>
    <w:p>
      <w:r>
        <w:br/>
        <w:t>А царевичу співають тепер вічну пам'ять.</w:t>
      </w:r>
    </w:p>
    <w:p>
      <w:r>
        <w:br/>
        <w:t>Перший</w:t>
      </w:r>
    </w:p>
    <w:p>
      <w:r>
        <w:br/>
        <w:t>Вічну пам'ять живому! Буде ж їм, безбожникам.</w:t>
      </w:r>
    </w:p>
    <w:p>
      <w:r>
        <w:br/>
        <w:t>Третій</w:t>
      </w:r>
    </w:p>
    <w:p>
      <w:r>
        <w:br/>
        <w:t>Цитьте! гомін. Чи не цар?</w:t>
      </w:r>
    </w:p>
    <w:p>
      <w:r>
        <w:br/>
        <w:t>Четвертий</w:t>
      </w:r>
    </w:p>
    <w:p>
      <w:r>
        <w:br/>
        <w:t>Ні, це юродивий.&lt;br /&gt;</w:t>
        <w:br/>
        <w:t>(Входить юродивий у залізній шапці, обвішаний веригами, в оточенні хлоп'ят)</w:t>
      </w:r>
    </w:p>
    <w:p>
      <w:r>
        <w:br/>
        <w:t>Xлоп'ята</w:t>
      </w:r>
    </w:p>
    <w:p>
      <w:r>
        <w:br/>
        <w:t>Миколка, Миколка — залізний ковпак!., тр-р-р-р...</w:t>
      </w:r>
    </w:p>
    <w:p>
      <w:r>
        <w:br/>
        <w:t>Старуха</w:t>
      </w:r>
    </w:p>
    <w:p>
      <w:r>
        <w:br/>
        <w:t>Відчепіться, бісенята, від блаженного! — помолись, Миколко, за мене грішну.</w:t>
      </w:r>
    </w:p>
    <w:p>
      <w:r>
        <w:br/>
        <w:t>Юродивий</w:t>
      </w:r>
    </w:p>
    <w:p>
      <w:r>
        <w:br/>
        <w:t>Дай, дай, дай — копієчку.</w:t>
      </w:r>
    </w:p>
    <w:p>
      <w:r>
        <w:br/>
        <w:t>Старуха</w:t>
      </w:r>
    </w:p>
    <w:p>
      <w:r>
        <w:br/>
        <w:t>Ось тобі копієчка; пом’яни ж мене.</w:t>
      </w:r>
    </w:p>
    <w:p>
      <w:r>
        <w:br/>
        <w:t>Юродивий</w:t>
      </w:r>
    </w:p>
    <w:p>
      <w:r>
        <w:br/>
        <w:t>(сідає на землю й співає)&lt;br /&gt;</w:t>
        <w:br/>
        <w:t>Місяць світить,&lt;br /&gt;</w:t>
        <w:br/>
        <w:t>А котик плаче,&lt;br /&gt;</w:t>
        <w:br/>
        <w:t>Юродивий, ставай,&lt;br /&gt;</w:t>
        <w:br/>
        <w:t>Богу помолися!&lt;br /&gt;</w:t>
        <w:br/>
        <w:t>(Хлоп'ята оточують його знову)</w:t>
      </w:r>
    </w:p>
    <w:p>
      <w:r>
        <w:br/>
        <w:t>Один з них</w:t>
      </w:r>
    </w:p>
    <w:p>
      <w:r>
        <w:br/>
        <w:t>Здоров, Миколко; чом же ти шапки не здіймаєш? (Цокає його по залізній шапці). Ач як дзвонить!</w:t>
      </w:r>
    </w:p>
    <w:p>
      <w:r>
        <w:br/>
        <w:t>Юродивий</w:t>
      </w:r>
    </w:p>
    <w:p>
      <w:r>
        <w:br/>
        <w:t>А у мене копієчка єсть.</w:t>
      </w:r>
    </w:p>
    <w:p>
      <w:r>
        <w:br/>
        <w:t>Xлопчик</w:t>
      </w:r>
    </w:p>
    <w:p>
      <w:r>
        <w:br/>
        <w:t>Неправда! Ну, покажи.&lt;br /&gt;</w:t>
        <w:br/>
        <w:t>(Вириває копієчку і тікає)</w:t>
      </w:r>
    </w:p>
    <w:p>
      <w:r>
        <w:br/>
        <w:t>Юродивий&lt;br /&gt;</w:t>
        <w:br/>
        <w:t>(плаче)</w:t>
      </w:r>
    </w:p>
    <w:p>
      <w:r>
        <w:br/>
        <w:t>Взяли мою копієчку; кривдять Миколку!</w:t>
      </w:r>
    </w:p>
    <w:p>
      <w:r>
        <w:br/>
        <w:t>Народ</w:t>
      </w:r>
    </w:p>
    <w:p>
      <w:r>
        <w:br/>
        <w:t>Цар, цар іде!&lt;br /&gt;</w:t>
        <w:br/>
        <w:t>(Цар виходить із собору. Боярин спереду роздає старцям милостиню. Бояри)</w:t>
      </w:r>
    </w:p>
    <w:p>
      <w:r>
        <w:br/>
        <w:t>Юродивий</w:t>
      </w:r>
    </w:p>
    <w:p>
      <w:r>
        <w:br/>
        <w:t>Борисе, Борисе! Миколку діти кривдять.</w:t>
      </w:r>
    </w:p>
    <w:p>
      <w:r>
        <w:br/>
        <w:t>Цар</w:t>
      </w:r>
    </w:p>
    <w:p>
      <w:r>
        <w:br/>
        <w:t>Подати йому милостиню. Чому він плаче?</w:t>
      </w:r>
    </w:p>
    <w:p>
      <w:r>
        <w:br/>
        <w:t>Юродивий</w:t>
      </w:r>
    </w:p>
    <w:p>
      <w:r>
        <w:br/>
        <w:t>Миколку малі діти кривдять... Звели їх зарізати, як зарізав ти маленького царевича.</w:t>
      </w:r>
    </w:p>
    <w:p>
      <w:r>
        <w:br/>
        <w:t>Бояри</w:t>
      </w:r>
    </w:p>
    <w:p>
      <w:r>
        <w:br/>
        <w:t>Іди геть, дурню! Візміть дурня!</w:t>
      </w:r>
    </w:p>
    <w:p>
      <w:r>
        <w:br/>
        <w:t>Цар</w:t>
      </w:r>
    </w:p>
    <w:p>
      <w:r>
        <w:br/>
        <w:t>Облиште його. Молись за мене, бідний Миколко.&lt;br /&gt;</w:t>
        <w:br/>
        <w:t>(Виходить)</w:t>
      </w:r>
    </w:p>
    <w:p>
      <w:r>
        <w:br/>
        <w:t>Юродивий&lt;br /&gt;</w:t>
        <w:br/>
        <w:t>(услід йому)</w:t>
      </w:r>
    </w:p>
    <w:p>
      <w:r>
        <w:br/>
        <w:t>Ні, ні! не можна молитись за царя Ірода — богородиця не велить.</w:t>
      </w:r>
    </w:p>
    <w:p>
      <w:r>
        <w:br/>
        <w:t>СЄВСЬК</w:t>
      </w:r>
    </w:p>
    <w:p>
      <w:r>
        <w:br/>
        <w:t>Самозванець, оточений своїми.</w:t>
      </w:r>
    </w:p>
    <w:p>
      <w:r>
        <w:br/>
        <w:t>Самозванець</w:t>
      </w:r>
    </w:p>
    <w:p>
      <w:r>
        <w:br/>
        <w:t>Де бранець?</w:t>
      </w:r>
    </w:p>
    <w:p>
      <w:r>
        <w:br/>
        <w:t>Ляхи</w:t>
      </w:r>
    </w:p>
    <w:p>
      <w:r>
        <w:br/>
        <w:t>Тут.</w:t>
      </w:r>
    </w:p>
    <w:p>
      <w:r>
        <w:br/>
        <w:t>Самозванець</w:t>
      </w:r>
    </w:p>
    <w:p>
      <w:r>
        <w:br/>
        <w:t>Позвать його сюди.&lt;br /&gt;</w:t>
        <w:br/>
        <w:t>(Входить руський полонений.)&lt;br /&gt;</w:t>
        <w:br/>
        <w:t>Хто ти?</w:t>
      </w:r>
    </w:p>
    <w:p>
      <w:r>
        <w:br/>
        <w:t>Полонений</w:t>
      </w:r>
    </w:p>
    <w:p>
      <w:r>
        <w:br/>
        <w:t>Рожнов, московський дворянин.</w:t>
      </w:r>
    </w:p>
    <w:p>
      <w:r>
        <w:br/>
        <w:t>Самозванець</w:t>
      </w:r>
    </w:p>
    <w:p>
      <w:r>
        <w:br/>
        <w:t>Давно вже ти на службі?</w:t>
      </w:r>
    </w:p>
    <w:p>
      <w:r>
        <w:br/>
        <w:t>Полонений</w:t>
      </w:r>
    </w:p>
    <w:p>
      <w:r>
        <w:br/>
        <w:t>З місяць буде.</w:t>
      </w:r>
    </w:p>
    <w:p>
      <w:r>
        <w:br/>
        <w:t>Самозванець</w:t>
      </w:r>
    </w:p>
    <w:p>
      <w:r>
        <w:br/>
        <w:t>Не соромно, Рожнов, що зняв меча&lt;br /&gt;</w:t>
        <w:br/>
        <w:t>На мене ти?</w:t>
      </w:r>
    </w:p>
    <w:p>
      <w:r>
        <w:br/>
        <w:t>Полонений</w:t>
      </w:r>
    </w:p>
    <w:p>
      <w:r>
        <w:br/>
        <w:t>Та що ж, не наша воля.</w:t>
      </w:r>
    </w:p>
    <w:p>
      <w:r>
        <w:br/>
        <w:t>Самозванець</w:t>
      </w:r>
    </w:p>
    <w:p>
      <w:r>
        <w:br/>
        <w:t>Під Сіверським ти бився?</w:t>
      </w:r>
    </w:p>
    <w:p>
      <w:r>
        <w:br/>
        <w:t>Полонений</w:t>
      </w:r>
    </w:p>
    <w:p>
      <w:r>
        <w:br/>
        <w:t>Я прибув&lt;br /&gt;</w:t>
        <w:br/>
        <w:t>Вже тижні два по битві, із Москви.</w:t>
      </w:r>
    </w:p>
    <w:p>
      <w:r>
        <w:br/>
        <w:t>Самозванець</w:t>
      </w:r>
    </w:p>
    <w:p>
      <w:r>
        <w:br/>
        <w:t>Що Годунов?</w:t>
      </w:r>
    </w:p>
    <w:p>
      <w:r>
        <w:br/>
        <w:t>Полонений</w:t>
      </w:r>
    </w:p>
    <w:p>
      <w:r>
        <w:br/>
        <w:t>Він дуже непокоївсь&lt;br /&gt;</w:t>
        <w:br/>
        <w:t>Поразкою і раною лихою&lt;br /&gt;</w:t>
        <w:br/>
        <w:t>Мстиславського, і Шуйського послав&lt;br /&gt;</w:t>
        <w:br/>
        <w:t>Начальство взять над військом.</w:t>
      </w:r>
    </w:p>
    <w:p>
      <w:r>
        <w:br/>
        <w:t>Самозванець</w:t>
      </w:r>
    </w:p>
    <w:p>
      <w:r>
        <w:br/>
        <w:t>А чому&lt;br /&gt;</w:t>
        <w:br/>
        <w:t>Відкликав він Басманова в Москву?</w:t>
      </w:r>
    </w:p>
    <w:p>
      <w:r>
        <w:br/>
        <w:t>Полонений</w:t>
      </w:r>
    </w:p>
    <w:p>
      <w:r>
        <w:br/>
        <w:t>Відзначив цар його заслуги честю&lt;br /&gt;</w:t>
        <w:br/>
        <w:t>І золотом. Басманов в царській Думі&lt;br /&gt;</w:t>
        <w:br/>
        <w:t>Тепер сидить.</w:t>
      </w:r>
    </w:p>
    <w:p>
      <w:r>
        <w:br/>
        <w:t>Самозванець</w:t>
      </w:r>
    </w:p>
    <w:p>
      <w:r>
        <w:br/>
        <w:t>Він в війську більш потрібний.&lt;br /&gt;</w:t>
        <w:br/>
        <w:t>Ну, що в Москві?</w:t>
      </w:r>
    </w:p>
    <w:p>
      <w:r>
        <w:br/>
        <w:t>Полонений</w:t>
      </w:r>
    </w:p>
    <w:p>
      <w:r>
        <w:br/>
        <w:t>Все, слава богу, тихо.</w:t>
      </w:r>
    </w:p>
    <w:p>
      <w:r>
        <w:br/>
        <w:t>Самозванець</w:t>
      </w:r>
    </w:p>
    <w:p>
      <w:r>
        <w:br/>
        <w:t>Що? ждуть мене?</w:t>
      </w:r>
    </w:p>
    <w:p>
      <w:r>
        <w:br/>
        <w:t>Полонений</w:t>
      </w:r>
    </w:p>
    <w:p>
      <w:r>
        <w:br/>
        <w:t>Бог знає. Говорить&lt;br /&gt;</w:t>
        <w:br/>
        <w:t>Про тебе там тепер не дуже сміють.&lt;br /&gt;</w:t>
        <w:br/>
        <w:t>Кому язик одріжуть, а кому&lt;br /&gt;</w:t>
        <w:br/>
        <w:t>І голову — така тобі пригода!&lt;br /&gt;</w:t>
        <w:br/>
        <w:t>Що день, то смерть. Всі тюрми вкрай набито.&lt;br /&gt;</w:t>
        <w:br/>
        <w:t>На вулиці, як троє там людей&lt;br /&gt;</w:t>
        <w:br/>
        <w:t>Зберуться — глянь — лазутчик так і в’ється.&lt;br /&gt;</w:t>
        <w:br/>
        <w:t>А государ під час свого дозвілля&lt;br /&gt;</w:t>
        <w:br/>
        <w:t>Донощиків бере на допит сам.&lt;br /&gt;</w:t>
        <w:br/>
        <w:t>Кругом біда; то краще вже мовчать.</w:t>
      </w:r>
    </w:p>
    <w:p>
      <w:r>
        <w:br/>
        <w:t>Самозванець</w:t>
      </w:r>
    </w:p>
    <w:p>
      <w:r>
        <w:br/>
        <w:t>Ну, і життя в Борисових людей!&lt;br /&gt;</w:t>
        <w:br/>
        <w:t>Ну, військо що?</w:t>
      </w:r>
    </w:p>
    <w:p>
      <w:r>
        <w:br/>
        <w:t>Полонений</w:t>
      </w:r>
    </w:p>
    <w:p>
      <w:r>
        <w:br/>
        <w:t>Що з ним? одіте, сите,&lt;br /&gt;</w:t>
        <w:br/>
        <w:t>Всього там є.</w:t>
      </w:r>
    </w:p>
    <w:p>
      <w:r>
        <w:br/>
        <w:t>Самозванець</w:t>
      </w:r>
    </w:p>
    <w:p>
      <w:r>
        <w:br/>
        <w:t>А скільки їх усіх?</w:t>
      </w:r>
    </w:p>
    <w:p>
      <w:r>
        <w:br/>
        <w:t>Полонений</w:t>
      </w:r>
    </w:p>
    <w:p>
      <w:r>
        <w:br/>
        <w:t>Бог відає</w:t>
      </w:r>
    </w:p>
    <w:p>
      <w:r>
        <w:br/>
        <w:t>Самозванець</w:t>
      </w:r>
    </w:p>
    <w:p>
      <w:r>
        <w:br/>
        <w:t>А буде тисяч тридцять?</w:t>
      </w:r>
    </w:p>
    <w:p>
      <w:r>
        <w:br/>
        <w:t>Полонений</w:t>
      </w:r>
    </w:p>
    <w:p>
      <w:r>
        <w:br/>
        <w:t>Та набереш і тисяч п’ятдесят.&lt;br /&gt;</w:t>
        <w:br/>
        <w:t>(Самозванець замислюється. Усі довкола дивляться один на одного)</w:t>
      </w:r>
    </w:p>
    <w:p>
      <w:r>
        <w:br/>
        <w:t>Самозванець</w:t>
      </w:r>
    </w:p>
    <w:p>
      <w:r>
        <w:br/>
        <w:t>Ну! як у вас про мене там гадають?</w:t>
      </w:r>
    </w:p>
    <w:p>
      <w:r>
        <w:br/>
        <w:t>Полонений</w:t>
      </w:r>
    </w:p>
    <w:p>
      <w:r>
        <w:br/>
        <w:t>Та слава йде про тебе всюди там,&lt;br /&gt;</w:t>
        <w:br/>
        <w:t>Що ти, мовляв (не гнівайсь), і шахрай,&lt;br /&gt;</w:t>
        <w:br/>
        <w:t>А молодець.</w:t>
      </w:r>
    </w:p>
    <w:p>
      <w:r>
        <w:br/>
        <w:t>Самозванець&lt;br /&gt;</w:t>
        <w:br/>
        <w:t>(сміючись)</w:t>
      </w:r>
    </w:p>
    <w:p>
      <w:r>
        <w:br/>
        <w:t>Так це я ім на ділі&lt;br /&gt;</w:t>
        <w:br/>
        <w:t>Враз доведу: не станем, друзі, ждать&lt;br /&gt;</w:t>
        <w:br/>
        <w:t>Ми Шуйського; поздоровляю вас:&lt;br /&gt;</w:t>
        <w:br/>
        <w:t>На завтра бій.&lt;br /&gt;</w:t>
        <w:br/>
        <w:t>(Виходить)</w:t>
      </w:r>
    </w:p>
    <w:p>
      <w:r>
        <w:br/>
        <w:t>Всі</w:t>
      </w:r>
    </w:p>
    <w:p>
      <w:r>
        <w:br/>
        <w:t>Нехай живе Димитрій!</w:t>
      </w:r>
    </w:p>
    <w:p>
      <w:r>
        <w:br/>
        <w:t>Лях</w:t>
      </w:r>
    </w:p>
    <w:p>
      <w:r>
        <w:br/>
        <w:t>На завтра бій! їх тисяч п'ятдесят,&lt;br /&gt;</w:t>
        <w:br/>
        <w:t>А нас всього ледь-ледь п'ятнадцять тисяч.&lt;br /&gt;</w:t>
        <w:br/>
        <w:t>Безглуздя це.</w:t>
      </w:r>
    </w:p>
    <w:p>
      <w:r>
        <w:br/>
        <w:t>Другий</w:t>
      </w:r>
    </w:p>
    <w:p>
      <w:r>
        <w:br/>
        <w:t>То річ пуста: поляк&lt;br /&gt;</w:t>
        <w:br/>
        <w:t>Сам викликать п'ятсот москалів може.</w:t>
      </w:r>
    </w:p>
    <w:p>
      <w:r>
        <w:br/>
        <w:t>Полонений</w:t>
      </w:r>
    </w:p>
    <w:p>
      <w:r>
        <w:br/>
        <w:t>Так, викличеш. А як до бійки дійде,&lt;br /&gt;</w:t>
        <w:br/>
        <w:t>То утечеш від одного, хвалько.</w:t>
      </w:r>
    </w:p>
    <w:p>
      <w:r>
        <w:br/>
        <w:t>Лях</w:t>
      </w:r>
    </w:p>
    <w:p>
      <w:r>
        <w:br/>
        <w:t>Коли б ти шаблю мав, зухвалий бранець,&lt;br /&gt;</w:t>
        <w:br/>
        <w:t>То я тебе (показуючи на свою шаблю) оцим би присмирив.</w:t>
      </w:r>
    </w:p>
    <w:p>
      <w:r>
        <w:br/>
        <w:t>Полонений</w:t>
      </w:r>
    </w:p>
    <w:p>
      <w:r>
        <w:br/>
        <w:t>Наш брат русак обійдеться без шаблі:&lt;br /&gt;</w:t>
        <w:br/>
        <w:t>Чи ти цього не хочеш (показуючи кулака), лях безмозкий!&lt;br /&gt;</w:t>
        <w:br/>
        <w:t>(Лях гордо дивиться на нього і мовчки відходить. Всі сміються)</w:t>
      </w:r>
    </w:p>
    <w:p>
      <w:r>
        <w:br/>
        <w:t>ЛІС</w:t>
      </w:r>
    </w:p>
    <w:p>
      <w:r>
        <w:br/>
        <w:t>Лжедимитрій, Пушкін</w:t>
      </w:r>
    </w:p>
    <w:p>
      <w:r>
        <w:br/>
        <w:t>(Вдалині лежить кінь, що здихає)</w:t>
      </w:r>
    </w:p>
    <w:p>
      <w:r>
        <w:br/>
        <w:t>Лжедимитрій</w:t>
      </w:r>
    </w:p>
    <w:p>
      <w:r>
        <w:br/>
        <w:t>Мій бідний кінь! бадьоро як помчав&lt;br /&gt;</w:t>
        <w:br/>
        <w:t>Сьогодні він в останню нашу битву&lt;br /&gt;</w:t>
        <w:br/>
        <w:t>І ранений як бистро ніс мене. Мій бідний кінь!</w:t>
      </w:r>
    </w:p>
    <w:p>
      <w:r>
        <w:br/>
        <w:t>Пушкін&lt;br /&gt;</w:t>
        <w:br/>
        <w:t>(сам до себе)</w:t>
      </w:r>
    </w:p>
    <w:p>
      <w:r>
        <w:br/>
        <w:t>Ну, от чого шкодує!&lt;br /&gt;</w:t>
        <w:br/>
        <w:t>Коня свого! коли вже наше військо&lt;br /&gt;</w:t>
        <w:br/>
        <w:t>Побите впрах!</w:t>
      </w:r>
    </w:p>
    <w:p>
      <w:r>
        <w:br/>
        <w:t>Самозванець</w:t>
      </w:r>
    </w:p>
    <w:p>
      <w:r>
        <w:br/>
        <w:t>Послухай, може, він&lt;br /&gt;</w:t>
        <w:br/>
        <w:t>Від рани лиш на час який зморився&lt;br /&gt;</w:t>
        <w:br/>
        <w:t>І відітхне.</w:t>
      </w:r>
    </w:p>
    <w:p>
      <w:r>
        <w:br/>
        <w:t>Пушкін</w:t>
      </w:r>
    </w:p>
    <w:p>
      <w:r>
        <w:br/>
        <w:t>Куди там! він здихає.</w:t>
      </w:r>
    </w:p>
    <w:p>
      <w:r>
        <w:br/>
        <w:t>Самозванець&lt;br /&gt;</w:t>
        <w:br/>
        <w:t>(іде до свого коня)</w:t>
      </w:r>
    </w:p>
    <w:p>
      <w:r>
        <w:br/>
        <w:t>Мій бідний кінь!., що діять? знять узду&lt;br /&gt;</w:t>
        <w:br/>
        <w:t>Та відстебнуть попругу. Хай на волі&lt;br /&gt;</w:t>
        <w:br/>
        <w:t>Подохне він.&lt;br /&gt;</w:t>
        <w:br/>
        <w:t>(Розгнуздує і розсідлує коня. Входять кілька ляхів)&lt;br /&gt;</w:t>
        <w:br/>
        <w:t>Добридень вам, пани!&lt;br /&gt;</w:t>
        <w:br/>
        <w:t>Чом Курбського не бачу поміж вами?&lt;br /&gt;</w:t>
        <w:br/>
        <w:t>Я бачив, як сьогодні в гущу бою&lt;br /&gt;</w:t>
        <w:br/>
        <w:t>Він врізався; шаблюки молодця,&lt;br /&gt;</w:t>
        <w:br/>
        <w:t>Немов хистке колосся, обліпили;&lt;br /&gt;</w:t>
        <w:br/>
        <w:t>Та меч його над усіма здіймався,&lt;br /&gt;</w:t>
        <w:br/>
        <w:t>А грізний клич всі поклики глушив.&lt;br /&gt;</w:t>
        <w:br/>
        <w:t>Де ж витязь мій?</w:t>
      </w:r>
    </w:p>
    <w:p>
      <w:r>
        <w:br/>
        <w:t>Лях</w:t>
      </w:r>
    </w:p>
    <w:p>
      <w:r>
        <w:br/>
        <w:t>Він ліг на полі смерті.</w:t>
      </w:r>
    </w:p>
    <w:p>
      <w:r>
        <w:br/>
        <w:t>Самозванець</w:t>
      </w:r>
    </w:p>
    <w:p>
      <w:r>
        <w:br/>
        <w:t>Честь рицарю і мир його душі!&lt;br /&gt;</w:t>
        <w:br/>
        <w:t>Як мало нас від битви уціліло!&lt;br /&gt;</w:t>
        <w:br/>
        <w:t>Запроданці! зрадливі запорожці,&lt;br /&gt;</w:t>
        <w:br/>
        <w:t>Прокляття вам! ви, ви згубили нас —&lt;br /&gt;</w:t>
        <w:br/>
        <w:t>Не витримать і трьох хвилин відпору!&lt;br /&gt;</w:t>
        <w:br/>
        <w:t>Та я їм дам! Десятого повішу,&lt;br /&gt;</w:t>
        <w:br/>
        <w:t>Розбійники!</w:t>
      </w:r>
    </w:p>
    <w:p>
      <w:r>
        <w:br/>
        <w:t>Пушкін</w:t>
      </w:r>
    </w:p>
    <w:p>
      <w:r>
        <w:br/>
        <w:t>Хто б там не винен був,&lt;br /&gt;</w:t>
        <w:br/>
        <w:t>Та все-таки дощенту ми розбиті,&lt;br /&gt;</w:t>
        <w:br/>
        <w:t>Геть знищені.</w:t>
      </w:r>
    </w:p>
    <w:p>
      <w:r>
        <w:br/>
        <w:t>Самозванець</w:t>
      </w:r>
    </w:p>
    <w:p>
      <w:r>
        <w:br/>
        <w:t>А все було вже наше;&lt;br /&gt;</w:t>
        <w:br/>
        <w:t>Я був зім'яв їх рать передову, —&lt;br /&gt;</w:t>
        <w:br/>
        <w:t>Та німці нас від ворога відбили;&lt;br /&gt;</w:t>
        <w:br/>
        <w:t>А молодці! їй-богу, молодці,&lt;br /&gt;</w:t>
        <w:br/>
        <w:t>Люблю за те — собі з них неодмінно&lt;br /&gt;</w:t>
        <w:br/>
        <w:t>Складу колись почесну я дружину.</w:t>
      </w:r>
    </w:p>
    <w:p>
      <w:r>
        <w:br/>
        <w:t>Пушкін</w:t>
      </w:r>
    </w:p>
    <w:p>
      <w:r>
        <w:br/>
        <w:t>А де ж бо нам сьогодні ночувать?</w:t>
      </w:r>
    </w:p>
    <w:p>
      <w:r>
        <w:br/>
        <w:t>Самозванець</w:t>
      </w:r>
    </w:p>
    <w:p>
      <w:r>
        <w:br/>
        <w:t>Та в лісі тут. Чому це не нічліг?&lt;br /&gt;</w:t>
        <w:br/>
        <w:t>Чим світ у путь, в обід у Рильську будем.&lt;br /&gt;</w:t>
        <w:br/>
        <w:t>Добраніч вам.&lt;br /&gt;</w:t>
        <w:br/>
        <w:t>(Лягає, кладе сідло під голову і засинає)</w:t>
      </w:r>
    </w:p>
    <w:p>
      <w:r>
        <w:br/>
        <w:t>Пушкін</w:t>
      </w:r>
    </w:p>
    <w:p>
      <w:r>
        <w:br/>
        <w:t>Приємних снів, царевич!&lt;br /&gt;</w:t>
        <w:br/>
        <w:t>Розбитий впрах, тікаючи в неславі,&lt;br /&gt;</w:t>
        <w:br/>
        <w:t>Спокійний він, немов мале дитя.&lt;br /&gt;</w:t>
        <w:br/>
        <w:t>Оберіга його небесне провидіння,&lt;br /&gt;</w:t>
        <w:br/>
        <w:t>Тож, друзі, й ми не будем сумувать.</w:t>
      </w:r>
    </w:p>
    <w:p>
      <w:r>
        <w:br/>
        <w:t>МОСКВА, ЦАРСЬКІ ПАЛАТИ</w:t>
      </w:r>
    </w:p>
    <w:p>
      <w:r>
        <w:br/>
        <w:t>Борис, Басманов.</w:t>
      </w:r>
    </w:p>
    <w:p>
      <w:r>
        <w:br/>
        <w:t>Цар</w:t>
      </w:r>
    </w:p>
    <w:p>
      <w:r>
        <w:br/>
        <w:t>Розбитий він, та що із того нам!&lt;br /&gt;</w:t>
        <w:br/>
        <w:t>Ми здобули даремну перемогу.&lt;br /&gt;</w:t>
        <w:br/>
        <w:t>Він знов зібрав своє розбите військо,&lt;br /&gt;</w:t>
        <w:br/>
        <w:t>І нам грозить уже зі стін Путивля.&lt;br /&gt;</w:t>
        <w:br/>
        <w:t>Тимчасом що герої наші чинять?&lt;br /&gt;</w:t>
        <w:br/>
        <w:t>Під Кромами стоять, де козаки&lt;br /&gt;</w:t>
        <w:br/>
        <w:t>Сміються з них з-за ветхої огради.&lt;br /&gt;</w:t>
        <w:br/>
        <w:t>От слава! ні, вони не до вподоби,&lt;br /&gt;</w:t>
        <w:br/>
        <w:t>Пошлю тебе начальником над ними:&lt;br /&gt;</w:t>
        <w:br/>
        <w:t>Не рід, а ум поставлю в воєводи;&lt;br /&gt;</w:t>
        <w:br/>
        <w:t>Хай їх пиха за місництвом сумує;&lt;br /&gt;</w:t>
        <w:br/>
        <w:t>Пора мені зневажить ремство знаті&lt;br /&gt;</w:t>
        <w:br/>
        <w:t>І згубному звичаю край покласти.</w:t>
      </w:r>
    </w:p>
    <w:p>
      <w:r>
        <w:br/>
        <w:t>Басманов</w:t>
      </w:r>
    </w:p>
    <w:p>
      <w:r>
        <w:br/>
        <w:t>Ах, государ, стократ благословен&lt;br /&gt;</w:t>
        <w:br/>
        <w:t>Той буде день, коли розрядні книги&lt;br /&gt;</w:t>
        <w:br/>
        <w:t>З їх чварами, з пихою родовою&lt;br /&gt;</w:t>
        <w:br/>
        <w:t>Пожре вогонь.</w:t>
      </w:r>
    </w:p>
    <w:p>
      <w:r>
        <w:br/>
        <w:t>Цар</w:t>
      </w:r>
    </w:p>
    <w:p>
      <w:r>
        <w:br/>
        <w:t>День недалекий цей;&lt;br /&gt;</w:t>
        <w:br/>
        <w:t>Спочатку дай лиш заколот народний&lt;br /&gt;</w:t>
        <w:br/>
        <w:t>Угамувать.</w:t>
      </w:r>
    </w:p>
    <w:p>
      <w:r>
        <w:br/>
        <w:t>Басманов</w:t>
      </w:r>
    </w:p>
    <w:p>
      <w:r>
        <w:br/>
        <w:t>Що панькатися з ним;&lt;br /&gt;</w:t>
        <w:br/>
        <w:t>Завжди народ до заколоту схильний:&lt;br /&gt;</w:t>
        <w:br/>
        <w:t>Гарячий кінь гризе вудила так;&lt;br /&gt;</w:t>
        <w:br/>
        <w:t>На батька так обурюється отрок;&lt;br /&gt;</w:t>
        <w:br/>
        <w:t>Та що ж? конем спокійно вершник править,&lt;br /&gt;</w:t>
        <w:br/>
        <w:t>І отроком своїм владає батько.</w:t>
      </w:r>
    </w:p>
    <w:p>
      <w:r>
        <w:br/>
        <w:t>Цар</w:t>
      </w:r>
    </w:p>
    <w:p>
      <w:r>
        <w:br/>
        <w:t>Кінь іноді збиває верхівця,&lt;br /&gt;</w:t>
        <w:br/>
        <w:t>У батька син не завжди в повній волі.&lt;br /&gt;</w:t>
        <w:br/>
        <w:t>Суворістю невсипною лиш можем&lt;br /&gt;</w:t>
        <w:br/>
        <w:t>Ми стримать люд. Так думав Іоанн,&lt;br /&gt;</w:t>
        <w:br/>
        <w:t>Смиритель бур, розумний самодержець.&lt;br /&gt;</w:t>
        <w:br/>
        <w:t>Так думав і його жорстокий внук.&lt;br /&gt;</w:t>
        <w:br/>
        <w:t>Ні, милості не відчува народ:&lt;br /&gt;</w:t>
        <w:br/>
        <w:t>Твори добро — не скаже він спасибі,&lt;br /&gt;</w:t>
        <w:br/>
        <w:t>Грабуй, карай — тобі не буде гірше.&lt;br /&gt;</w:t>
        <w:br/>
        <w:t>(Входить боярин)&lt;br /&gt;</w:t>
        <w:br/>
        <w:t>Що?</w:t>
      </w:r>
    </w:p>
    <w:p>
      <w:r>
        <w:br/>
        <w:t>Боярин</w:t>
      </w:r>
    </w:p>
    <w:p>
      <w:r>
        <w:br/>
        <w:t>Привели гостей іноплемінних.</w:t>
      </w:r>
    </w:p>
    <w:p>
      <w:r>
        <w:br/>
        <w:t>Цар</w:t>
      </w:r>
    </w:p>
    <w:p>
      <w:r>
        <w:br/>
        <w:t>Іду прийнять; Басманов, підожди,&lt;br /&gt;</w:t>
        <w:br/>
        <w:t>Зостанься тут: з тобою я ще маю&lt;br /&gt;</w:t>
        <w:br/>
        <w:t>Поговорить.&lt;br /&gt;</w:t>
        <w:br/>
        <w:t>(Виходить)</w:t>
      </w:r>
    </w:p>
    <w:p>
      <w:r>
        <w:br/>
        <w:t>Басманов</w:t>
      </w:r>
    </w:p>
    <w:p>
      <w:r>
        <w:br/>
        <w:t>Високий дух державний.&lt;br /&gt;</w:t>
        <w:br/>
        <w:t>Дай бог йому з Отреп'євим проклятим&lt;br /&gt;</w:t>
        <w:br/>
        <w:t>Управитись, і всюди він добра&lt;br /&gt;</w:t>
        <w:br/>
        <w:t>Багато ще в Росії сотворить.&lt;br /&gt;</w:t>
        <w:br/>
        <w:t>Важлива мисль в умі його родилась.&lt;br /&gt;</w:t>
        <w:br/>
        <w:t>Не слід їй дать простигнути. Який-то&lt;br /&gt;</w:t>
        <w:br/>
        <w:t>Для мене шлях одкриється, коли&lt;br /&gt;</w:t>
        <w:br/>
        <w:t>Він зломить ріг боярству родовому!&lt;br /&gt;</w:t>
        <w:br/>
        <w:t>Суперників у брані я не знаю;&lt;br /&gt;</w:t>
        <w:br/>
        <w:t>Край царського престолу стану перший..&lt;br /&gt;</w:t>
        <w:br/>
        <w:t>І може буть... Та що за дивний шум?&lt;br /&gt;</w:t>
        <w:br/>
        <w:t>(Тривога. Бояри, придворні слуги в безладді біжать, стрічаються і шепочуться)</w:t>
      </w:r>
    </w:p>
    <w:p>
      <w:r>
        <w:br/>
        <w:t>Один</w:t>
      </w:r>
    </w:p>
    <w:p>
      <w:r>
        <w:br/>
        <w:t>По лікаря!</w:t>
      </w:r>
    </w:p>
    <w:p>
      <w:r>
        <w:br/>
        <w:t>Другий</w:t>
      </w:r>
    </w:p>
    <w:p>
      <w:r>
        <w:br/>
        <w:t>Мерщій до патріарха!</w:t>
      </w:r>
    </w:p>
    <w:p>
      <w:r>
        <w:br/>
        <w:t>Третій</w:t>
      </w:r>
    </w:p>
    <w:p>
      <w:r>
        <w:br/>
        <w:t>Царевича, царевича позвать!</w:t>
      </w:r>
    </w:p>
    <w:p>
      <w:r>
        <w:br/>
        <w:t>Четвертий</w:t>
      </w:r>
    </w:p>
    <w:p>
      <w:r>
        <w:br/>
        <w:t>Духівника!</w:t>
      </w:r>
    </w:p>
    <w:p>
      <w:r>
        <w:br/>
        <w:t>Басманов</w:t>
      </w:r>
    </w:p>
    <w:p>
      <w:r>
        <w:br/>
        <w:t>Що сталося раптово?</w:t>
      </w:r>
    </w:p>
    <w:p>
      <w:r>
        <w:br/>
        <w:t>П’ятий</w:t>
      </w:r>
    </w:p>
    <w:p>
      <w:r>
        <w:br/>
        <w:t>Захворів цар.</w:t>
      </w:r>
    </w:p>
    <w:p>
      <w:r>
        <w:br/>
        <w:t>Шостий</w:t>
      </w:r>
    </w:p>
    <w:p>
      <w:r>
        <w:br/>
        <w:t>Цар помирає.</w:t>
      </w:r>
    </w:p>
    <w:p>
      <w:r>
        <w:br/>
        <w:t>Басманов</w:t>
      </w:r>
    </w:p>
    <w:p>
      <w:r>
        <w:br/>
        <w:t>Боже!</w:t>
      </w:r>
    </w:p>
    <w:p>
      <w:r>
        <w:br/>
        <w:t>П’ятий</w:t>
      </w:r>
    </w:p>
    <w:p>
      <w:r>
        <w:br/>
        <w:t>На троні він сидів і враз упав –&lt;br /&gt;</w:t>
        <w:br/>
        <w:t>Кров хлинула йому з ушей і уст.&lt;br /&gt;</w:t>
        <w:br/>
        <w:t>(Царя виносять на кріслі; вся царська сім’я, всі бояри)</w:t>
      </w:r>
    </w:p>
    <w:p>
      <w:r>
        <w:br/>
        <w:t>Цар</w:t>
      </w:r>
    </w:p>
    <w:p>
      <w:r>
        <w:br/>
        <w:t>Ідіть собі — самого залишіть&lt;br /&gt;</w:t>
        <w:br/>
        <w:t>Царевича зі мною.&lt;br /&gt;</w:t>
        <w:br/>
        <w:t>(Всі виходять)&lt;br /&gt;</w:t>
        <w:br/>
        <w:t>Помираю;&lt;br /&gt;</w:t>
        <w:br/>
        <w:t>Обіймемось, прощай, мій сину. Ти&lt;br /&gt;</w:t>
        <w:br/>
        <w:t>Зійти на трон повинен зараз... боже!&lt;br /&gt;</w:t>
        <w:br/>
        <w:t>До тебе я іду тепер — і душу&lt;br /&gt;</w:t>
        <w:br/>
        <w:t>Нема коли очистить покаянням.&lt;br /&gt;</w:t>
        <w:br/>
        <w:t>Та, сину мій, я чую — ти дорожчий,&lt;br /&gt;</w:t>
        <w:br/>
        <w:t>Аніж душі спасіння... буть тому!&lt;br /&gt;</w:t>
        <w:br/>
        <w:t>Підданцем я родився, і мені&lt;br /&gt;</w:t>
        <w:br/>
        <w:t>Слід би в пітьмі підданцем і померти;&lt;br /&gt;</w:t>
        <w:br/>
        <w:t>Та я досяг царської влади... чим?&lt;br /&gt;</w:t>
        <w:br/>
        <w:t>Ні, не питай. Доволі: ти безвинний,&lt;br /&gt;</w:t>
        <w:br/>
        <w:t>Ти царствувать тепер по праву станеш,&lt;br /&gt;</w:t>
        <w:br/>
        <w:t>Я, я за все сам богу відповім...&lt;br /&gt;</w:t>
        <w:br/>
        <w:t>О сину мій, не піддавайсь омані,&lt;br /&gt;</w:t>
        <w:br/>
        <w:t>Не май надій ти марних добровільно.&lt;br /&gt;</w:t>
        <w:br/>
        <w:t>В бурхливі дні державу ти приймаєш:&lt;br /&gt;</w:t>
        <w:br/>
        <w:t>Знай, небезпечний він, цей самозванець,&lt;br /&gt;</w:t>
        <w:br/>
        <w:t>Він іменем озброєний страшним...&lt;br /&gt;</w:t>
        <w:br/>
        <w:t>Я, з давніх літ досвідчений в управі,&lt;br /&gt;</w:t>
        <w:br/>
        <w:t>Утримати міг заколот і бунт;&lt;br /&gt;</w:t>
        <w:br/>
        <w:t>Тремтіло все весь час переді мною;&lt;br /&gt;</w:t>
        <w:br/>
        <w:t>І зрада свій звести не сміла голос.&lt;br /&gt;</w:t>
        <w:br/>
        <w:t>Ти ж молодий, невправний ще володар,&lt;br /&gt;</w:t>
        <w:br/>
        <w:t>Як керувать ти будеш у грозу,&lt;br /&gt;</w:t>
        <w:br/>
        <w:t>Гасити бунт, приборкувати зраду?&lt;br /&gt;</w:t>
        <w:br/>
        <w:t>Та з нами бог! Він умудряє юність,&lt;br /&gt;</w:t>
        <w:br/>
        <w:t>Він кволому дарує силу... слухай:&lt;br /&gt;</w:t>
        <w:br/>
        <w:t>Порадника спочатку обери&lt;br /&gt;</w:t>
        <w:br/>
        <w:t>Надійного, холодних, зрілих літ,&lt;br /&gt;</w:t>
        <w:br/>
        <w:t>Любимого народом — а в боярах&lt;br /&gt;</w:t>
        <w:br/>
        <w:t>Шановного за славою чи родом —&lt;br /&gt;</w:t>
        <w:br/>
        <w:t>Хоч Шуйського. У війську, бач, потрібен&lt;br /&gt;</w:t>
        <w:br/>
        <w:t>Умілий вождь; Басманова пошли&lt;br /&gt;</w:t>
        <w:br/>
        <w:t>І будь твердий супроти чвар боярських.&lt;br /&gt;</w:t>
        <w:br/>
        <w:t>Ти змалку ще сидів зі мною в Думі,&lt;br /&gt;</w:t>
        <w:br/>
        <w:t>Ти знаєш хід державного правління;&lt;br /&gt;</w:t>
        <w:br/>
        <w:t>Не відміняй порядку справ. Бо звичка —&lt;br /&gt;</w:t>
        <w:br/>
        <w:t>Душа держав. Я нині мусив був&lt;br /&gt;</w:t>
        <w:br/>
        <w:t>Знов відновить опали, страти, — можеш&lt;br /&gt;</w:t>
        <w:br/>
        <w:t>Їх скасувать; тебе благословлять,&lt;br /&gt;</w:t>
        <w:br/>
        <w:t>Як і твого благословляли дядю,&lt;br /&gt;</w:t>
        <w:br/>
        <w:t>Коли престол він Грозного прийняв.&lt;br /&gt;</w:t>
        <w:br/>
        <w:t>А згодом ти помалу, звільна, стиха&lt;br /&gt;</w:t>
        <w:br/>
        <w:t>Знов натягай державні поводи.&lt;br /&gt;</w:t>
        <w:br/>
        <w:t>Тепер послаб, та з рук не випускай їх...&lt;br /&gt;</w:t>
        <w:br/>
        <w:t>Ласкавий будь, приступний для чужинців,&lt;br /&gt;</w:t>
        <w:br/>
        <w:t>Довірливо їх послуги приймай.&lt;br /&gt;</w:t>
        <w:br/>
        <w:t>Оберігай устав церковний строго;&lt;br /&gt;</w:t>
        <w:br/>
        <w:t>Будь мовчазний; не мусить царський голос&lt;br /&gt;</w:t>
        <w:br/>
        <w:t>Губитися в повітрі надаремно;&lt;br /&gt;</w:t>
        <w:br/>
        <w:t>Як дзвін святий, віщати має він&lt;br /&gt;</w:t>
        <w:br/>
        <w:t>Велику скорб або велике свято.&lt;br /&gt;</w:t>
        <w:br/>
        <w:t>Ти, сину мій, вступаєш в ті літа,&lt;br /&gt;</w:t>
        <w:br/>
        <w:t>Коли нам кров хвилює вид жінок.&lt;br /&gt;</w:t>
        <w:br/>
        <w:t>Шануй, шануй священну чистоту&lt;br /&gt;</w:t>
        <w:br/>
        <w:t>Невинності та соромливість горду.&lt;br /&gt;</w:t>
        <w:br/>
        <w:t>Хто почуттям у любощі порочні&lt;br /&gt;</w:t>
        <w:br/>
        <w:t>За юних літ вдаватися привик,&lt;br /&gt;</w:t>
        <w:br/>
        <w:t>Мужніючи, стає той хмурий, лютий,&lt;br /&gt;</w:t>
        <w:br/>
        <w:t>І ум його дочасно туманіє.&lt;br /&gt;</w:t>
        <w:br/>
        <w:t>В сім'ї своїй будь завсігди главою;&lt;br /&gt;</w:t>
        <w:br/>
        <w:t>Про матір дбай, та сам тримай ти владу —&lt;br /&gt;</w:t>
        <w:br/>
        <w:t>Ти муж і цар; люби свою сестру —&lt;br /&gt;</w:t>
        <w:br/>
        <w:t>Єдиний ти заступником їй будеш.</w:t>
      </w:r>
    </w:p>
    <w:p>
      <w:r>
        <w:br/>
        <w:t>Феодор&lt;br /&gt;</w:t>
        <w:br/>
        <w:t>(на колінах)</w:t>
      </w:r>
    </w:p>
    <w:p>
      <w:r>
        <w:br/>
        <w:t>Ні, ні — живи і царствуй довговічно:&lt;br /&gt;</w:t>
        <w:br/>
        <w:t>Народ і ми без тебе пропадем.</w:t>
      </w:r>
    </w:p>
    <w:p>
      <w:r>
        <w:br/>
        <w:t>Цар</w:t>
      </w:r>
    </w:p>
    <w:p>
      <w:r>
        <w:br/>
        <w:t>Всьому кінець — мої темніють очі&lt;br /&gt;</w:t>
        <w:br/>
        <w:t>І чую я могильний хлад...&lt;br /&gt;</w:t>
        <w:br/>
        <w:t>(Входить патріарх, святителі, за ними всі бояри. Царицю ведуть під руки, царівна ридає)&lt;br /&gt;</w:t>
        <w:br/>
        <w:t>Хто там?&lt;br /&gt;</w:t>
        <w:br/>
        <w:t>А! схима... так! святий чернечий постриг..&lt;br /&gt;</w:t>
        <w:br/>
        <w:t>Ударив час, в монахи цар іде,&lt;br /&gt;</w:t>
        <w:br/>
        <w:t>І буде гроб за келію мені...&lt;br /&gt;</w:t>
        <w:br/>
        <w:t>Перегоди, владико патріарх,&lt;br /&gt;</w:t>
        <w:br/>
        <w:t>Я цар іще: ви чуєте, бояри:&lt;br /&gt;</w:t>
        <w:br/>
        <w:t>Це той, кому наказую я царство;&lt;br /&gt;</w:t>
        <w:br/>
        <w:t>Цілуйте хрест Феодору... Басманов,&lt;br /&gt;</w:t>
        <w:br/>
        <w:t>Ви, друзі всі... край гробу вас молю&lt;br /&gt;</w:t>
        <w:br/>
        <w:t>Служить йому усердно і по правді!&lt;br /&gt;</w:t>
        <w:br/>
        <w:t>Він юний ще такий і непорочний.&lt;br /&gt;</w:t>
        <w:br/>
        <w:t>Клянетесь ви?</w:t>
      </w:r>
    </w:p>
    <w:p>
      <w:r>
        <w:br/>
        <w:t>Бояри</w:t>
      </w:r>
    </w:p>
    <w:p>
      <w:r>
        <w:br/>
        <w:t>Клянемось.</w:t>
      </w:r>
    </w:p>
    <w:p>
      <w:r>
        <w:br/>
        <w:t>Цар</w:t>
      </w:r>
    </w:p>
    <w:p>
      <w:r>
        <w:br/>
        <w:t>Я спокійний.&lt;br /&gt;</w:t>
        <w:br/>
        <w:t>Мені ж простіть спокуси і гріхи,&lt;br /&gt;</w:t>
        <w:br/>
        <w:t>І вольні всі, і потаємні кривди...&lt;br /&gt;</w:t>
        <w:br/>
        <w:t>Святий отець, наближся, я готов.&lt;br /&gt;</w:t>
        <w:br/>
        <w:t>(Починається обряд постригу. Жінок виносять непритомних)</w:t>
      </w:r>
    </w:p>
    <w:p>
      <w:r>
        <w:br/>
        <w:t>СТАВКА</w:t>
      </w:r>
    </w:p>
    <w:p>
      <w:r>
        <w:br/>
        <w:t>Басманов уводить Пушкіна.</w:t>
      </w:r>
    </w:p>
    <w:p>
      <w:r>
        <w:br/>
        <w:t>Басманов</w:t>
      </w:r>
    </w:p>
    <w:p>
      <w:r>
        <w:br/>
        <w:t>Ввійди сюди і говори все вільно.&lt;br /&gt;</w:t>
        <w:br/>
        <w:t>Тож він тебе до мене посилає?</w:t>
      </w:r>
    </w:p>
    <w:p>
      <w:r>
        <w:br/>
        <w:t>Пушкін</w:t>
      </w:r>
    </w:p>
    <w:p>
      <w:r>
        <w:br/>
        <w:t>Тобі свою він дружбу обіцяє&lt;br /&gt;</w:t>
        <w:br/>
        <w:t>І перший сан по нім в московськім царстві.</w:t>
      </w:r>
    </w:p>
    <w:p>
      <w:r>
        <w:br/>
        <w:t>Басманов</w:t>
      </w:r>
    </w:p>
    <w:p>
      <w:r>
        <w:br/>
        <w:t>Та вже і так Феодор вище многих&lt;br /&gt;</w:t>
        <w:br/>
        <w:t>Підняв мене. Начальствую над військом,&lt;br /&gt;</w:t>
        <w:br/>
        <w:t>Для мене він зневажив чин розрядний&lt;br /&gt;</w:t>
        <w:br/>
        <w:t>І гнів бояр — я присягав йому.</w:t>
      </w:r>
    </w:p>
    <w:p>
      <w:r>
        <w:br/>
        <w:t>Пушкін</w:t>
      </w:r>
    </w:p>
    <w:p>
      <w:r>
        <w:br/>
        <w:t>Ти присягав наступнику престолу&lt;br /&gt;</w:t>
        <w:br/>
        <w:t>Законному; та якщо інший є,&lt;br /&gt;</w:t>
        <w:br/>
        <w:t>Законніший?..</w:t>
      </w:r>
    </w:p>
    <w:p>
      <w:r>
        <w:br/>
        <w:t>Басманов</w:t>
      </w:r>
    </w:p>
    <w:p>
      <w:r>
        <w:br/>
        <w:t>Послухай, Пушкін, годі,&lt;br /&gt;</w:t>
        <w:br/>
        <w:t>Пустого тут не говори; я знаю,&lt;br /&gt;</w:t>
        <w:br/>
        <w:t>Хто він такий.</w:t>
      </w:r>
    </w:p>
    <w:p>
      <w:r>
        <w:br/>
        <w:t>Пушкін</w:t>
      </w:r>
    </w:p>
    <w:p>
      <w:r>
        <w:br/>
        <w:t>Росія і Литва&lt;br /&gt;</w:t>
        <w:br/>
        <w:t>Димитрієм давно його признали,&lt;br /&gt;</w:t>
        <w:br/>
        <w:t>Та я, проте, на цьому не стою.&lt;br /&gt;</w:t>
        <w:br/>
        <w:t>Можливо, він і справді є Димитрій,&lt;br /&gt;</w:t>
        <w:br/>
        <w:t>Можливо, він і самозванець. Тільки&lt;br /&gt;</w:t>
        <w:br/>
        <w:t>Я відаю, що рано, а чи пізно йому&lt;br /&gt;</w:t>
        <w:br/>
        <w:t>Москву уступить син Борисів.</w:t>
      </w:r>
    </w:p>
    <w:p>
      <w:r>
        <w:br/>
        <w:t>Басманов</w:t>
      </w:r>
    </w:p>
    <w:p>
      <w:r>
        <w:br/>
        <w:t>Поки стою за юного царя,&lt;br /&gt;</w:t>
        <w:br/>
        <w:t>То доти він престолу не покине;&lt;br /&gt;</w:t>
        <w:br/>
        <w:t>Полків у нас доволі, слава богу!&lt;br /&gt;</w:t>
        <w:br/>
        <w:t>Я поведу до перемоги їх,&lt;br /&gt;</w:t>
        <w:br/>
        <w:t>А ви кого пошлете проти мене?..&lt;br /&gt;</w:t>
        <w:br/>
        <w:t>Чи козака Карелу? а чи Мнішка?&lt;br /&gt;</w:t>
        <w:br/>
        <w:t>Та й скільки вас? всього лиш вісім тисяч.</w:t>
      </w:r>
    </w:p>
    <w:p>
      <w:r>
        <w:br/>
        <w:t>Пушкін</w:t>
      </w:r>
    </w:p>
    <w:p>
      <w:r>
        <w:br/>
        <w:t>Ти помиливсь: і тих не набереш.&lt;br /&gt;</w:t>
        <w:br/>
        <w:t>Я сам скажу — погане військо в нас,&lt;br /&gt;</w:t>
        <w:br/>
        <w:t>Ті козаки лише грабують села,&lt;br /&gt;</w:t>
        <w:br/>
        <w:t>Поляки лиш хизуються та п'ють,&lt;br /&gt;</w:t>
        <w:br/>
        <w:t>А руських нас... та що там і казать...&lt;br /&gt;</w:t>
        <w:br/>
        <w:t>Не стану я лукавити з тобою;&lt;br /&gt;</w:t>
        <w:br/>
        <w:t>Та знаєш ти, чим дужі ми, Басманов?&lt;br /&gt;</w:t>
        <w:br/>
        <w:t>Не військом, ні, не поміччю поляків,&lt;br /&gt;</w:t>
        <w:br/>
        <w:t>А думкою — так! думкою народу.&lt;br /&gt;</w:t>
        <w:br/>
        <w:t>Димитрія згадай-бо торжество&lt;br /&gt;</w:t>
        <w:br/>
        <w:t>І мирні всі його завоювання,&lt;br /&gt;</w:t>
        <w:br/>
        <w:t>Коли кругом без пострілу йому&lt;br /&gt;</w:t>
        <w:br/>
        <w:t>Послушливо скорялися міста,&lt;br /&gt;</w:t>
        <w:br/>
        <w:t>А воєвод упертих чернь в'язала!&lt;br /&gt;</w:t>
        <w:br/>
        <w:t>Ти бачив сам: чи радо ваші раті&lt;br /&gt;</w:t>
        <w:br/>
        <w:t>З ним билися; коли? ще за Бориса!&lt;br /&gt;</w:t>
        <w:br/>
        <w:t>А нині ж як?., ні, пізно сперечатись,&lt;br /&gt;</w:t>
        <w:br/>
        <w:t>Роздмухувать холодний попіл брані;&lt;br /&gt;</w:t>
        <w:br/>
        <w:t>З усім умом і волею твоєю&lt;br /&gt;</w:t>
        <w:br/>
        <w:t>Не вистоїш; не краще-бо тобі&lt;br /&gt;</w:t>
        <w:br/>
        <w:t>Найпершим дать благорозумний приклад,&lt;br /&gt;</w:t>
        <w:br/>
        <w:t>Димитрія царем оголосить&lt;br /&gt;</w:t>
        <w:br/>
        <w:t>І тим йому в пригоді стать навік? —&lt;br /&gt;</w:t>
        <w:br/>
        <w:t>Як думаєш?</w:t>
      </w:r>
    </w:p>
    <w:p>
      <w:r>
        <w:br/>
        <w:t>Басманов</w:t>
      </w:r>
    </w:p>
    <w:p>
      <w:r>
        <w:br/>
        <w:t>Дізнаєтесь ви завтра.</w:t>
      </w:r>
    </w:p>
    <w:p>
      <w:r>
        <w:br/>
        <w:t>Пушкін</w:t>
      </w:r>
    </w:p>
    <w:p>
      <w:r>
        <w:br/>
        <w:t>Рішись.</w:t>
      </w:r>
    </w:p>
    <w:p>
      <w:r>
        <w:br/>
        <w:t>Басманов</w:t>
      </w:r>
    </w:p>
    <w:p>
      <w:r>
        <w:br/>
        <w:t>Прощай.</w:t>
      </w:r>
    </w:p>
    <w:p>
      <w:r>
        <w:br/>
        <w:t>Пушкін</w:t>
      </w:r>
    </w:p>
    <w:p>
      <w:r>
        <w:br/>
        <w:t>Подумай же, Басманов.&lt;br /&gt;</w:t>
        <w:br/>
        <w:t>(Виходить)</w:t>
      </w:r>
    </w:p>
    <w:p>
      <w:r>
        <w:br/>
        <w:t>Басманов</w:t>
      </w:r>
    </w:p>
    <w:p>
      <w:r>
        <w:br/>
        <w:t>Це правда все; скрізь обступає зрада.&lt;br /&gt;</w:t>
        <w:br/>
        <w:t>Що діяти? Невже я буду ждать,&lt;br /&gt;</w:t>
        <w:br/>
        <w:t>Щоб і мене бунтівники зв'язали&lt;br /&gt;</w:t>
        <w:br/>
        <w:t>І видали Отреп'єву? Чи краще&lt;br /&gt;</w:t>
        <w:br/>
        <w:t>Бурхливий біг потоку попередить,&lt;br /&gt;</w:t>
        <w:br/>
        <w:t>Й самому теж... Але зламать присягу!&lt;br /&gt;</w:t>
        <w:br/>
        <w:t>Себе зганьбить навіки з роду в рід!&lt;br /&gt;</w:t>
        <w:br/>
        <w:t>Довірливість младого вінценосця&lt;br /&gt;</w:t>
        <w:br/>
        <w:t>Запроданством жахливим оплатить...&lt;br /&gt;</w:t>
        <w:br/>
        <w:t>Опальному вигнанцю легко так&lt;br /&gt;</w:t>
        <w:br/>
        <w:t>Обдумувать повстання, змову, бунт —&lt;br /&gt;</w:t>
        <w:br/>
        <w:t>Але мені, улюбленцю царському...&lt;br /&gt;</w:t>
        <w:br/>
        <w:t>А смерть... а власть… а злигодні народні..&lt;br /&gt;</w:t>
        <w:br/>
        <w:t>(Замислюється)&lt;br /&gt;</w:t>
        <w:br/>
        <w:t>Сюди! хто там? (Свистить.) Коня! сурміть на збір.</w:t>
      </w:r>
    </w:p>
    <w:p>
      <w:r>
        <w:br/>
        <w:t>ЛОБНЕ MICЦЕ</w:t>
      </w:r>
    </w:p>
    <w:p>
      <w:r>
        <w:br/>
        <w:t>Пушкін іде, оточений народом</w:t>
      </w:r>
    </w:p>
    <w:p>
      <w:r>
        <w:br/>
        <w:t>Народ</w:t>
      </w:r>
    </w:p>
    <w:p>
      <w:r>
        <w:br/>
        <w:t>Царевич нам боярина прислав.&lt;br /&gt;</w:t>
        <w:br/>
        <w:t>Послухаймо, що скаже нам боярин.&lt;br /&gt;</w:t>
        <w:br/>
        <w:t>Сюди! сюди!</w:t>
      </w:r>
    </w:p>
    <w:p>
      <w:r>
        <w:br/>
        <w:t>Пушкін&lt;br /&gt;</w:t>
        <w:br/>
        <w:t>(на амвоні)</w:t>
      </w:r>
    </w:p>
    <w:p>
      <w:r>
        <w:br/>
        <w:t>Московські громадяни,&lt;br /&gt;</w:t>
        <w:br/>
        <w:t>Вам кланяться царевич наказав.&lt;br /&gt;</w:t>
        <w:br/>
        <w:t>(Кланяється)&lt;br /&gt;</w:t>
        <w:br/>
        <w:t>Ви знаєте, як промисел небесний&lt;br /&gt;</w:t>
        <w:br/>
        <w:t>Царевича від рук убивця спас;&lt;br /&gt;</w:t>
        <w:br/>
        <w:t>Ішов скарать він ворога свого,&lt;br /&gt;</w:t>
        <w:br/>
        <w:t>Та божий суд вже покарав Бориса.&lt;br /&gt;</w:t>
        <w:br/>
        <w:t>Димитрію Росія підкорилась;&lt;br /&gt;</w:t>
        <w:br/>
        <w:t>Басманов сам з розкаянням усердним&lt;br /&gt;</w:t>
        <w:br/>
        <w:t>Привів йому полки всі до присяги.&lt;br /&gt;</w:t>
        <w:br/>
        <w:t>Димитрій вам несе любов і згоду.&lt;br /&gt;</w:t>
        <w:br/>
        <w:t>Невже-бо ви в догоду Годуновим&lt;br /&gt;</w:t>
        <w:br/>
        <w:t>Підіймете всі руки на царя&lt;br /&gt;</w:t>
        <w:br/>
        <w:t>Законного, на внука Мономаха?</w:t>
      </w:r>
    </w:p>
    <w:p>
      <w:r>
        <w:br/>
        <w:t>Народ</w:t>
      </w:r>
    </w:p>
    <w:p>
      <w:r>
        <w:br/>
        <w:t>Звичайно, ні.</w:t>
      </w:r>
    </w:p>
    <w:p>
      <w:r>
        <w:br/>
        <w:t>Пушкін</w:t>
      </w:r>
    </w:p>
    <w:p>
      <w:r>
        <w:br/>
        <w:t>Московські громадяни!&lt;br /&gt;</w:t>
        <w:br/>
        <w:t>Мир відає, чого ви натерпілись&lt;br /&gt;</w:t>
        <w:br/>
        <w:t>Під владою жорстокого чужинця:&lt;br /&gt;</w:t>
        <w:br/>
        <w:t>Опалу, глум, тортури і податки —&lt;br /&gt;</w:t>
        <w:br/>
        <w:t>І труд, і глад — всього зазнали ви.&lt;br /&gt;</w:t>
        <w:br/>
        <w:t>Димитрій же нагородить вас має,&lt;br /&gt;</w:t>
        <w:br/>
        <w:t>Бояр, дворян, людей приказних, ратних,&lt;br /&gt;</w:t>
        <w:br/>
        <w:t>Гостей, купців — і весь шановний люд.&lt;br /&gt;</w:t>
        <w:br/>
        <w:t>Чи ж вам ото безтямно опиратись&lt;br /&gt;</w:t>
        <w:br/>
        <w:t>І милості чванливо уникать?&lt;br /&gt;</w:t>
        <w:br/>
        <w:t>Та він іде на царствений престол&lt;br /&gt;</w:t>
        <w:br/>
        <w:t>Своїх батьків — у супроводі грізнім.&lt;br /&gt;</w:t>
        <w:br/>
        <w:t>Не гнівайте ж царя та бійтесь бога.&lt;br /&gt;</w:t>
        <w:br/>
        <w:t>Цілуйте хрест законному владиці;&lt;br /&gt;</w:t>
        <w:br/>
        <w:t>Смирітеся, негайно посилайте&lt;br /&gt;</w:t>
        <w:br/>
        <w:t>Димитрію у стан митрополита,&lt;br /&gt;</w:t>
        <w:br/>
        <w:t>Бояр, дяків і виборних людей,&lt;br /&gt;</w:t>
        <w:br/>
        <w:t>Хай б'ють чолом отцеві-государю.&lt;br /&gt;</w:t>
        <w:br/>
        <w:t>(Сходить. Гомін народний)</w:t>
      </w:r>
    </w:p>
    <w:p>
      <w:r>
        <w:br/>
        <w:t>Народ</w:t>
      </w:r>
    </w:p>
    <w:p>
      <w:r>
        <w:br/>
        <w:t>Що там казать? Боярин правду мовив.&lt;br /&gt;</w:t>
        <w:br/>
        <w:t>Нехай живе Димитрій, батько наш!</w:t>
      </w:r>
    </w:p>
    <w:p>
      <w:r>
        <w:br/>
        <w:t>Мужик&lt;br /&gt;</w:t>
        <w:br/>
        <w:t>(на амвоні)</w:t>
      </w:r>
    </w:p>
    <w:p>
      <w:r>
        <w:br/>
        <w:t>Народ, народ! у Кремль! в палати царські!&lt;br /&gt;</w:t>
        <w:br/>
        <w:t>Ходім в'язать Борисове щеня!</w:t>
      </w:r>
    </w:p>
    <w:p>
      <w:r>
        <w:br/>
        <w:t>Народ&lt;br /&gt;</w:t>
        <w:br/>
        <w:t>(лине юрбою)</w:t>
      </w:r>
    </w:p>
    <w:p>
      <w:r>
        <w:br/>
        <w:t>В'язать! Топить! Нехай живе Димитрій!&lt;br /&gt;</w:t>
        <w:br/>
        <w:t>Хай гине рід Бориса Годунова!</w:t>
      </w:r>
    </w:p>
    <w:p>
      <w:r>
        <w:br/>
        <w:t>КРЕМЛЬ. ДІМ БОРИСІВ. СТОРОЖА БІЛЯ ГАНКУ</w:t>
      </w:r>
    </w:p>
    <w:p>
      <w:r>
        <w:br/>
        <w:t>Феодор під вікном.</w:t>
      </w:r>
    </w:p>
    <w:p>
      <w:r>
        <w:br/>
        <w:t>Старець</w:t>
      </w:r>
    </w:p>
    <w:p>
      <w:r>
        <w:br/>
        <w:t>Подайте милостиню, Христа ради!</w:t>
      </w:r>
    </w:p>
    <w:p>
      <w:r>
        <w:br/>
        <w:t>Сторожа</w:t>
      </w:r>
    </w:p>
    <w:p>
      <w:r>
        <w:br/>
        <w:t>Іди геть, не велено розмовляти з в'язнями.</w:t>
      </w:r>
    </w:p>
    <w:p>
      <w:r>
        <w:br/>
        <w:t>Феодор</w:t>
      </w:r>
    </w:p>
    <w:p>
      <w:r>
        <w:br/>
        <w:t>Іди, старий, я бідніший за тебе, ти на волі.&lt;br /&gt;</w:t>
        <w:br/>
        <w:t>(Ксенія під покривалом підходить також до вікна)</w:t>
      </w:r>
    </w:p>
    <w:p>
      <w:r>
        <w:br/>
        <w:t>Один з народу</w:t>
      </w:r>
    </w:p>
    <w:p>
      <w:r>
        <w:br/>
        <w:t>Брат і сестра! Бідні діти, як ті пташки у клітці.</w:t>
      </w:r>
    </w:p>
    <w:p>
      <w:r>
        <w:br/>
        <w:t>Другий</w:t>
      </w:r>
    </w:p>
    <w:p>
      <w:r>
        <w:br/>
        <w:t>Є кого жаліть? Прокляте плем'я!</w:t>
      </w:r>
    </w:p>
    <w:p>
      <w:r>
        <w:br/>
        <w:t>Перший</w:t>
      </w:r>
    </w:p>
    <w:p>
      <w:r>
        <w:br/>
        <w:t>Батько був лихий, а дітки невинні.</w:t>
      </w:r>
    </w:p>
    <w:p>
      <w:r>
        <w:br/>
        <w:t>Другий</w:t>
      </w:r>
    </w:p>
    <w:p>
      <w:r>
        <w:br/>
        <w:t>Яблуко від яблуні недалеко падає.</w:t>
      </w:r>
    </w:p>
    <w:p>
      <w:r>
        <w:br/>
        <w:t>Ксенія</w:t>
      </w:r>
    </w:p>
    <w:p>
      <w:r>
        <w:br/>
        <w:t>Братіку, братіку, здається, до нас бояри йдуть.</w:t>
      </w:r>
    </w:p>
    <w:p>
      <w:r>
        <w:br/>
        <w:t>Феодор</w:t>
      </w:r>
    </w:p>
    <w:p>
      <w:r>
        <w:br/>
        <w:t>Це Голіцин, Мосальський. Інші мені незнайомі.</w:t>
      </w:r>
    </w:p>
    <w:p>
      <w:r>
        <w:br/>
        <w:t>Ксенія</w:t>
      </w:r>
    </w:p>
    <w:p>
      <w:r>
        <w:br/>
        <w:t>Ох, братіку, серце завмирає!&lt;br /&gt;</w:t>
        <w:br/>
        <w:t>(Голіцин, Moсальський, Молчанов і Шерефедінов. За ними троє стрільців)</w:t>
      </w:r>
    </w:p>
    <w:p>
      <w:r>
        <w:br/>
        <w:t>Hарод</w:t>
      </w:r>
    </w:p>
    <w:p>
      <w:r>
        <w:br/>
        <w:t>Розступіться, розступіться. Бояри ідуть.&lt;br /&gt;</w:t>
        <w:br/>
        <w:t>(Вони входять у дім)</w:t>
      </w:r>
    </w:p>
    <w:p>
      <w:r>
        <w:br/>
        <w:t>Один з народу</w:t>
      </w:r>
    </w:p>
    <w:p>
      <w:r>
        <w:br/>
        <w:t>Чого вони прийшли?</w:t>
      </w:r>
    </w:p>
    <w:p>
      <w:r>
        <w:br/>
        <w:t>Другий</w:t>
      </w:r>
    </w:p>
    <w:p>
      <w:r>
        <w:br/>
        <w:t>Та мабуть, узяти присягу з Феодора Годунова.</w:t>
      </w:r>
    </w:p>
    <w:p>
      <w:r>
        <w:br/>
        <w:t>Третій</w:t>
      </w:r>
    </w:p>
    <w:p>
      <w:r>
        <w:br/>
        <w:t>Справді? — чуєш, який у домі шум! Тривога, б'ються...</w:t>
      </w:r>
    </w:p>
    <w:p>
      <w:r>
        <w:br/>
        <w:t>Hарод</w:t>
      </w:r>
    </w:p>
    <w:p>
      <w:r>
        <w:br/>
        <w:t>Чуєш? вереск! — це жіночий голос. Увійдімо! — Двері замкнені — крики стихли.&lt;br /&gt;</w:t>
        <w:br/>
        <w:t>(Відчиняються двері. Мосальський з'являється на ганку)</w:t>
      </w:r>
    </w:p>
    <w:p>
      <w:r>
        <w:br/>
        <w:t>Moсальський</w:t>
      </w:r>
    </w:p>
    <w:p>
      <w:r>
        <w:br/>
        <w:t>Народ! Марія Годунова і син її Феодор умертвили себе отрутою. Ми бачили їх трупи.&lt;br /&gt;</w:t>
        <w:br/>
        <w:t>(Народ від жаху мовчить)&lt;br /&gt;</w:t>
        <w:br/>
        <w:t>Що ж ви мовчите? кричіть: хай живе цар Димитрій Іванович!</w:t>
      </w:r>
    </w:p>
    <w:p>
      <w:r>
        <w:br/>
        <w:t>Народ німує.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Борис Годунов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