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Бондарівна</w:t>
      </w:r>
    </w:p>
    <w:p>
      <w:r>
        <w:br/>
        <w:t xml:space="preserve"> &lt;p&gt;Драма у 4 діях і 5 одмінах</w:t>
      </w:r>
    </w:p>
    <w:p>
      <w:r>
        <w:br/>
        <w:t>Діється в XVII столітті</w:t>
      </w:r>
    </w:p>
    <w:p>
      <w:r>
        <w:br/>
        <w:t>ДІЙОВІ ОСОБИ</w:t>
      </w:r>
    </w:p>
    <w:p>
      <w:r>
        <w:br/>
        <w:t>Староста — вельможний пан.</w:t>
      </w:r>
    </w:p>
    <w:p>
      <w:r>
        <w:br/>
        <w:t>Чеслав Герцель — шляхтич, його прибічник.</w:t>
      </w:r>
    </w:p>
    <w:p>
      <w:r>
        <w:br/>
        <w:t>Гнат Бондар — старий козак.</w:t>
      </w:r>
    </w:p>
    <w:p>
      <w:r>
        <w:br/>
        <w:t>Тетяна — його дочка.</w:t>
      </w:r>
    </w:p>
    <w:p>
      <w:r>
        <w:br/>
        <w:t>Марія — хазяйка у Бондаря.</w:t>
      </w:r>
    </w:p>
    <w:p>
      <w:r>
        <w:br/>
        <w:t>Тарас — запорожець, літ 35.</w:t>
      </w:r>
    </w:p>
    <w:p>
      <w:r>
        <w:br/>
        <w:t>Денис — парубок, літ 25.</w:t>
      </w:r>
    </w:p>
    <w:p>
      <w:r>
        <w:br/>
        <w:t>Оксана — дівчина, його сестра.</w:t>
      </w:r>
    </w:p>
    <w:p>
      <w:r>
        <w:br/>
        <w:t>1-ий, 2-ий, 3-ій запорожці</w:t>
      </w:r>
    </w:p>
    <w:p>
      <w:r>
        <w:br/>
        <w:t>1-ий, 2-ий, 3-ій чоловіки</w:t>
      </w:r>
    </w:p>
    <w:p>
      <w:r>
        <w:br/>
        <w:t>1-ий, 2-ий, 3-ій наймити</w:t>
      </w:r>
    </w:p>
    <w:p>
      <w:r>
        <w:br/>
        <w:t>Мордохай — орандар.</w:t>
      </w:r>
    </w:p>
    <w:p>
      <w:r>
        <w:br/>
        <w:t>Запорожці, народ, дівчата, челядь двірська.</w:t>
      </w:r>
    </w:p>
    <w:p>
      <w:r>
        <w:br/>
        <w:t>ДІЯ ПЕРША</w:t>
      </w:r>
    </w:p>
    <w:p>
      <w:r>
        <w:br/>
        <w:t>Улиця. З одного боку оранда, з другого — хата Бондаря.</w:t>
      </w:r>
    </w:p>
    <w:p>
      <w:r>
        <w:br/>
        <w:t>ЯВА І</w:t>
      </w:r>
    </w:p>
    <w:p>
      <w:r>
        <w:br/>
        <w:t>Бондар, 1-й і 2-й чоловіки.</w:t>
      </w:r>
    </w:p>
    <w:p>
      <w:r>
        <w:br/>
        <w:t>Бондар. Вже третій день, як він приїхав з Січі; сьогодня прийде попрощаться; а ви, як хочете дознаться,— ідіть до нього!.. Та нур, мовчать! По корчмах — ані слова! Нехай все буде, як було, поки пора не прийде!</w:t>
      </w:r>
    </w:p>
    <w:p>
      <w:r>
        <w:br/>
        <w:t>1-й чоловік. Не первина: вже добре ми навчились, як мовчать!.. Немало лиха натерпілись від язиків дурних!..</w:t>
      </w:r>
    </w:p>
    <w:p>
      <w:r>
        <w:br/>
        <w:t>2-й чоловік. Не вспіє ще зібраться рада де-небудь, а жид про все вже зна і зараз же несе до пана.</w:t>
      </w:r>
    </w:p>
    <w:p>
      <w:r>
        <w:br/>
        <w:t>Бондар. Отож-то й є!.. А послі пшик і вийде!.. Пора за кров, що пролили, хоч розуму набраться!.. Коли ж в нас так: розсердився козак на жида і ну його страхать, що вже недовго будуть панувать, що скоро прийде їм кінець!.. І так успіє похвальбою все жидові розтолкувати, що діється між козаками, що той все зна, неначе він на раді був.</w:t>
      </w:r>
    </w:p>
    <w:p>
      <w:r>
        <w:br/>
        <w:t>1-й чоловік. Правда, правда.</w:t>
      </w:r>
    </w:p>
    <w:p>
      <w:r>
        <w:br/>
        <w:t>Бондар. Ну, йдіть же ви ще до Тараса, а я його тут буду ждать.</w:t>
      </w:r>
    </w:p>
    <w:p>
      <w:r>
        <w:br/>
        <w:t>2-й чоловік. Ходім, Максим.</w:t>
      </w:r>
    </w:p>
    <w:p>
      <w:r>
        <w:br/>
        <w:t>Виходять.</w:t>
      </w:r>
    </w:p>
    <w:p>
      <w:r>
        <w:br/>
        <w:t>ЯВА II</w:t>
      </w:r>
    </w:p>
    <w:p>
      <w:r>
        <w:br/>
        <w:t>Бондар (сам). Багато крові ще проллється!.. І жаль мені, як я подумаю, що все оце, що весело так виглядає, димом візьметься! Не можна ж більш терпіть, пора їм показать, що й справді в козака є шабля і вона недурно висить біля боку!.. Хмельницький взявсь за діло, а він розумний, вчений і козак бувалий! Дай-то боже хоч перед смертю побачить, як знов козак наш оживе! Піду ж я підожду Тараса. Не знаю, де моя пішла Тетяна? За ці два дні, що тут Тарас буває, щось став я помічать, неначе не своя вона. Не впору те кохання, а й рад би був я мать такого зятя, як Тарас. Та ні! Він не до шлюбу дивиться: слава лицарська вже повінчалась з ним, то з нею він не розведеться! (Іде в хату).</w:t>
      </w:r>
    </w:p>
    <w:p>
      <w:r>
        <w:br/>
        <w:t>ЯВА III</w:t>
      </w:r>
    </w:p>
    <w:p>
      <w:r>
        <w:br/>
        <w:t>Із оранди виходять Герцель і Мордохай.</w:t>
      </w:r>
    </w:p>
    <w:p>
      <w:r>
        <w:br/>
        <w:t>Герцель. Не чуть ні слова, кажеш?.. Прислухайся, Мордохай, в обидва вуха, бо й вам не з медом буде!</w:t>
      </w:r>
    </w:p>
    <w:p>
      <w:r>
        <w:br/>
        <w:t>Мордохай. Ой вей! Кому скрутиться, а нам змелеться!.. Бідним жидкам найбільше завжди достається!.. Не треба вам, пануню, турбуватися, бо жид, як страх ще за сто миль, кричить, що вже під носом,— і часом зайця вовком він полічить! То й добре! В таку пору краще даремно тричі перелякаться, ніж ждать спокійно, поки тебе заріжуть.</w:t>
      </w:r>
    </w:p>
    <w:p>
      <w:r>
        <w:br/>
        <w:t>Герцель. І даремно лякаться не треба, бо переляканий чоловік завжди дурість зробе і в ополонку сам ускоче, як тілько крикнуть зопалу на нього. (Оглядається). А що, ти не казав ще Бондарівні про те, що я тобі велів?.. Про моє кохання люте... Ой Мордохай!.. Коли б мені її добути, я душу чортові б віддав хоч зараз!..</w:t>
      </w:r>
    </w:p>
    <w:p>
      <w:r>
        <w:br/>
        <w:t>Мордохай (лукаво). Сватайте її, пануню!.. Хіба Бондар скажений, щоб за такого пана не віддав?</w:t>
      </w:r>
    </w:p>
    <w:p>
      <w:r>
        <w:br/>
        <w:t>Герцель. Ну та й дурний ти, а ще й жид! Нащо мені рахуба та здалася: щоб староста, вельможний пан, побачив гарну жінку і зараз одібрав? Таку красу не вдержиш жінкою! А так, пограться з нею — і душу б чортові, кажу тобі, віддав!</w:t>
      </w:r>
    </w:p>
    <w:p>
      <w:r>
        <w:br/>
        <w:t>Мордохай. Вона така чесна дівчина, що вас коли полюбить, до старости не піде вже тоді.</w:t>
      </w:r>
    </w:p>
    <w:p>
      <w:r>
        <w:br/>
        <w:t>Герцель. Скажи своєму батькові! Я добре вже жіночу губу знаю. Вони всі держать честь дівочу міцно, і тілько треба жінкою щоб стала, то вже недовго будем ласки добуваться!.. О, знаю я — з'їв зуби!..</w:t>
      </w:r>
    </w:p>
    <w:p>
      <w:r>
        <w:br/>
        <w:t>Мордохай. Правда, пануню, багато є й таких... Але це не така!.. Совітую вам сватать Бондарівну... Коли добудете її за жінку — щасливі станете.</w:t>
      </w:r>
    </w:p>
    <w:p>
      <w:r>
        <w:br/>
        <w:t>Герцель. Іди ти к бісу з своєю радою дурною! Ти тілько їй скажи, що я душі у ній не чую!.. А там я знаю, що робить!.. О, стривай! Здається, староста наш пан простує!.. Так, він... Треба до нього бігти. (На виході). Зроби ж, об чім просю! Бо пейси й бороду тобі я обшмалю, нехай мене чортяка візьме. (Пішов).</w:t>
      </w:r>
    </w:p>
    <w:p>
      <w:r>
        <w:br/>
        <w:t>ЯВА IV</w:t>
      </w:r>
    </w:p>
    <w:p>
      <w:r>
        <w:br/>
        <w:t>Мордохай (сам). Який ласий! Бондарівну, може, десять душ вже сватало, і вона всім відказала, а йому хочеться так добути її, щоб пограться! Ой вей!.. Які тепер пани понаставали: всі ласі до жінок, до меду доброго, та й годі! А як треба воювати з козаками, то вони нікуди не годяться! Бо мед, венгерське і жінки всю силу й хоробрість з них позабирали!.. Покажи йому Бондарівну, то він од війська утіче! Та що там Бондарівну; нехай яка-небудь моргуха йому кивне, то вже він не вояка, а бабій...</w:t>
      </w:r>
    </w:p>
    <w:p>
      <w:r>
        <w:br/>
        <w:t>З дверей висовується голова жидівки.</w:t>
      </w:r>
    </w:p>
    <w:p>
      <w:r>
        <w:br/>
        <w:t>Жидівка. Мордохай! Кім гер! (Голова ховається).</w:t>
      </w:r>
    </w:p>
    <w:p>
      <w:r>
        <w:br/>
        <w:t>Мордохай. Зараз, зараз! Ой, ой!.. Які часи настали!.. Погані часи: пани не вміють воювать, а жидки бідні пропадають від гайдамак, як мухи восени! Вей мір, вей мір!.. Що далі буде! (Пішов).</w:t>
      </w:r>
    </w:p>
    <w:p>
      <w:r>
        <w:br/>
        <w:t>ЯВА V</w:t>
      </w:r>
    </w:p>
    <w:p>
      <w:r>
        <w:br/>
        <w:t>Трохи раніше чуть за лаштунками дівочий хор. Водять "короля". Виходить Бондарівна.</w:t>
      </w:r>
    </w:p>
    <w:p>
      <w:r>
        <w:br/>
        <w:t>Тетяна (іде до своєї хати). Невесело мені чогось зробилось з ними!.. І так недавно ще мене смішило залицяння моїх женихів і муки ті, що від кохання вони мали!.. А тепер? Либонь, з'являється в мені самій те, з чого сміялась я!..</w:t>
      </w:r>
    </w:p>
    <w:p>
      <w:r>
        <w:br/>
        <w:t>Оксана (іде хутко до Тетяни). А знаєш ти, що наш Денис сьогодня хоче тебе сватать? Він пропадає за тобою!..</w:t>
      </w:r>
    </w:p>
    <w:p>
      <w:r>
        <w:br/>
        <w:t>Тетяна. Молодий ще ваш Денис, йому на Січ, а не до шлюбу шлях.</w:t>
      </w:r>
    </w:p>
    <w:p>
      <w:r>
        <w:br/>
        <w:t>Оксана. Те ж саме й батько йому кажуть, а він як мертвий ходе, не слухає нікого; одно на думці — ти!..</w:t>
      </w:r>
    </w:p>
    <w:p>
      <w:r>
        <w:br/>
        <w:t>Тетяна. Йому ще слави, козацького гарту добувати треба, а з ними вмісті й розум затвердіє. Тоді уже подумає й про шлюб!..</w:t>
      </w:r>
    </w:p>
    <w:p>
      <w:r>
        <w:br/>
        <w:t>Оксана. І скілько ти вже відказала тим женихам! Всі дівчата дивуються!.. Невже ти й досі ще не бачила такого козака, щоб серденько до нього задрижало?</w:t>
      </w:r>
    </w:p>
    <w:p>
      <w:r>
        <w:br/>
        <w:t>Тетяна. Сама не знаю, як сказать!.. Сміялась я з кохання, любила батька одного, його розмови про походи мене чарували, та й більш нікого... а тепер...</w:t>
      </w:r>
    </w:p>
    <w:p>
      <w:r>
        <w:br/>
        <w:t>Оксана. Що?.. Може, полюбила ти кого?.. Цікаво!.. Чи не козак отой, Тарас, що у вас його я бачила учора?</w:t>
      </w:r>
    </w:p>
    <w:p>
      <w:r>
        <w:br/>
        <w:t>Тетяна. Не знаю... Може, й він!.. Слухай, Оксано, як я його побачила, то мені так ясно стало на душі, так весело, що все б балакала, сміялась і слухала його... І хата наша ясніша стала, а в серці — мов празник, Великдень! А як пішов він з хати, то зразу все перемінилось: скучно, все хочеться кудись іти, а куди — сама не знаю!.. Так цілий день собі я місця не знайшла. Коли ж прийшов він вп'ять — я знов така ж весела стала, і душу — мов після довгої зими — пригріло сонечко весняне!.. Сама не знаю, що зо мною!..</w:t>
      </w:r>
    </w:p>
    <w:p>
      <w:r>
        <w:br/>
        <w:t>Оксана. Може, той Тарас — який-небудь характерник, що вміє напускать на людей таку болізнь, та й напустив оце на тебе?..</w:t>
      </w:r>
    </w:p>
    <w:p>
      <w:r>
        <w:br/>
        <w:t>Тетяна. О, певно, чари в нього є, та тілько ті не злії чари!.. Ти менш, ніж я, в цім тямиш! Ходім до мене, коли хочеш.</w:t>
      </w:r>
    </w:p>
    <w:p>
      <w:r>
        <w:br/>
        <w:t>Оксана. А я дівчат догнать хотіла, щоб з ними погулять. Ходімо лучче й ти до них — чого сидіть у хаті?..</w:t>
      </w:r>
    </w:p>
    <w:p>
      <w:r>
        <w:br/>
        <w:t>Тетяна. Мені не можна. Скоро прийде той козак Тарас — прощаться... з батьком, то треба дома буть, щоб дать чого їм попоїсти...</w:t>
      </w:r>
    </w:p>
    <w:p>
      <w:r>
        <w:br/>
        <w:t>Оксана. А я піду. Прощай, Тетянко!.. Диви, Денис сюди простує!.. Яка щаслива ти: і козаки, і парубки так біля тебе і в'ються! (Побігла).</w:t>
      </w:r>
    </w:p>
    <w:p>
      <w:r>
        <w:br/>
        <w:t>Тетяна (одна). Велике щастя в тім, що всі мені заглядають у вічі!.. А той, що душу взяв мою до себе, поїде завтра звідціля... І, може, вже до смерті його я не побачу!..</w:t>
      </w:r>
    </w:p>
    <w:p>
      <w:r>
        <w:br/>
        <w:t>ЯВА VI</w:t>
      </w:r>
    </w:p>
    <w:p>
      <w:r>
        <w:br/>
        <w:t>Входить Денис.</w:t>
      </w:r>
    </w:p>
    <w:p>
      <w:r>
        <w:br/>
        <w:t>Денис. Не знаю, що сталося зо мною!.. (Підходить несміло до Тетяни). Здрастуй, Тетяно!.. Дивись на мене... Як тінь яка, блукаю я...</w:t>
      </w:r>
    </w:p>
    <w:p>
      <w:r>
        <w:br/>
        <w:t>Тетяна. Який ти був, такий і єсть: смішний, дитина!..</w:t>
      </w:r>
    </w:p>
    <w:p>
      <w:r>
        <w:br/>
        <w:t>Денис. Смішний, та й годі!.. У мене душу вивертає, і все ж таки смішний?! Та чим же я смішний? Скажи!..</w:t>
      </w:r>
    </w:p>
    <w:p>
      <w:r>
        <w:br/>
        <w:t>Тетяна. Всім. Найпаче ж тим, що в мене закохався і сватать вже мене задумав.</w:t>
      </w:r>
    </w:p>
    <w:p>
      <w:r>
        <w:br/>
        <w:t>Денис. Хто ж це сказав тобі?.. Не вспів я ще промовить слова дома, як мучусь за тобою, а ти вже знаєш... і смішним мене зробила!.. Тетяно!.. Невже мене не любиш ти ні крихти?.. Ти ж так привітно балакала завжди зо мною і тим із розуму мене звела!.. Казала всім, що я найкращий парубок між парубками, і речами такими мені надію подала...</w:t>
      </w:r>
    </w:p>
    <w:p>
      <w:r>
        <w:br/>
        <w:t>Тетяна. Те саме я й тепер скажу, і ще й додам: іди на Січ, то, може, й козак із тебе буде не послідній!..</w:t>
      </w:r>
    </w:p>
    <w:p>
      <w:r>
        <w:br/>
        <w:t>Денис. Про Січ забув я з того часу, як в тебе закохався!.. Нащо ж тобі та Січ здалася? Хіба без Січі ми не прожили б щасливо вік з тобою?</w:t>
      </w:r>
    </w:p>
    <w:p>
      <w:r>
        <w:br/>
        <w:t>Тетяна. То не козацький же син, коли таке говориш. За що й любить тебе?..</w:t>
      </w:r>
    </w:p>
    <w:p>
      <w:r>
        <w:br/>
        <w:t>Денис. Ти думаєш, що я боюся бусурмена?.. Ні, Тетяно! На п'ять один піду — хоч зараз!.. Але що ж в тім?.. Піду я воювать, ти заміж вийдеш!.. Зроблюсь я козаком... а ти?.. Чия тоді ти будеш?.. Тихо хіба хазяїном прожить не можна?..</w:t>
      </w:r>
    </w:p>
    <w:p>
      <w:r>
        <w:br/>
        <w:t>Тетяна. Коли дівчат козацькая чарує вдача, то йди і ти, та з ворогом попереду навчися воювати, щоб вмів оборонять свій край і жінку від татар!..</w:t>
      </w:r>
    </w:p>
    <w:p>
      <w:r>
        <w:br/>
        <w:t>Денис. І що ж, тоді тобі я кращим буду, коли калікою вернусь?..</w:t>
      </w:r>
    </w:p>
    <w:p>
      <w:r>
        <w:br/>
        <w:t>Тетяна. У тебе й мова ще дитяча, а ти жениться вже задумав!.. Слухай, Денисе, я люблю тебе...</w:t>
      </w:r>
    </w:p>
    <w:p>
      <w:r>
        <w:br/>
        <w:t>Денис (не дослухавши, кидається до Тетяни). Любиш?..</w:t>
      </w:r>
    </w:p>
    <w:p>
      <w:r>
        <w:br/>
        <w:t>Тетяна (одпихає). Постривай!.. Люблю тебе, як брата...</w:t>
      </w:r>
    </w:p>
    <w:p>
      <w:r>
        <w:br/>
        <w:t>Денис. Як брата! У мене є сестра — Оксана!..</w:t>
      </w:r>
    </w:p>
    <w:p>
      <w:r>
        <w:br/>
        <w:t>Тетяна. Смішний, єй-богу, ти. Та дай же виговорити мені!!</w:t>
      </w:r>
    </w:p>
    <w:p>
      <w:r>
        <w:br/>
        <w:t>Денис. Ну, кажи.</w:t>
      </w:r>
    </w:p>
    <w:p>
      <w:r>
        <w:br/>
        <w:t>Тетяна. Хто не знав горя — не розуміє той щастя! Молоде серце, як пиво молоде, грає; йому і впину нема, коли розходиться; а послі, як серце вгамується, закиснеш ти, як пиво кисне!.. Захочеться того, що й другі мають,— слави! А славу пізно добувать, як бабієм вже станеш! Іди на Січ, там розуму достанеш і годів через три-чотири себе і сам ти не пізнаєш.</w:t>
      </w:r>
    </w:p>
    <w:p>
      <w:r>
        <w:br/>
        <w:t>Денис. А-ти ж мене підождеш, поки вернуся я?..</w:t>
      </w:r>
    </w:p>
    <w:p>
      <w:r>
        <w:br/>
        <w:t>Тетяна. Не буду ждать тебе, Денисе... Ти молодий ще — ми не пара!..</w:t>
      </w:r>
    </w:p>
    <w:p>
      <w:r>
        <w:br/>
        <w:t>Денис. Не любиш ти мене! Нащо ж причарувала?.. Тепер я сам собі смішний!.. А серце все ж таки болить!.. Прощай, Тетяно!.. Не судив господь прожить з тобою вік щасливо, піду на Січ шукати талану, бо поки не любив тебе, я думкою туди літав частенько.</w:t>
      </w:r>
    </w:p>
    <w:p>
      <w:r>
        <w:br/>
        <w:t>Тетяна. Від думки однієї ти став вже козаком!.. Іди ж, іди!.. Нехай тебе господь благословляє!.. Як будеш од'їжджать, приходь до нас прощаться!.. Як брата, обніму.</w:t>
      </w:r>
    </w:p>
    <w:p>
      <w:r>
        <w:br/>
        <w:t>Денис. Прийду... Прощай тим часом! (Тихо пішов, схиливши голову).</w:t>
      </w:r>
    </w:p>
    <w:p>
      <w:r>
        <w:br/>
        <w:t>Тетяна. Здоров іди!.. Та не сумуй!.. На Січі видужаєш скоро від цієї хвороби. (Одна). І жаль мені його, бо я й сама тепер вже знаю, яке тяжке кохання безнадійне!.. Проснулось серденько моє!.. Збудив його Тарас, і не знайти йому спокою!.. (Побачивши за лаштунками пана старосту). Ох! Староста!.. Куди я не піду — вже скілько день — його стрічаю!.. Зорить за мною він чи так ненароком стрічаюсь?.. Піду мерщій у хату!.. (Іде в хату).</w:t>
      </w:r>
    </w:p>
    <w:p>
      <w:r>
        <w:br/>
        <w:t>ЯВА VII</w:t>
      </w:r>
    </w:p>
    <w:p>
      <w:r>
        <w:br/>
        <w:t>Входять староста і Герцель.</w:t>
      </w:r>
    </w:p>
    <w:p>
      <w:r>
        <w:br/>
        <w:t>Староста. Чудо!.. Диво!.. Краса, якої ще й не бачив, про яку й не чув! Здається, ні один артиста такої ще краси не змалював!.. Стан, хода, сіяє вся зорею ранішньою!.. О, сліпнуть очі!..</w:t>
      </w:r>
    </w:p>
    <w:p>
      <w:r>
        <w:br/>
        <w:t>Герцель (до себе). Женися після цього!</w:t>
      </w:r>
    </w:p>
    <w:p>
      <w:r>
        <w:br/>
        <w:t>Староста (до Герцеля). Ти кажеш, що ця дівчина Тетяна Бондарівна прозивається?..</w:t>
      </w:r>
    </w:p>
    <w:p>
      <w:r>
        <w:br/>
        <w:t>Герцель. Так, вельможний пане... (До себе). Пропав же мій замір...</w:t>
      </w:r>
    </w:p>
    <w:p>
      <w:r>
        <w:br/>
        <w:t>Староста. Вона тут і живе?</w:t>
      </w:r>
    </w:p>
    <w:p>
      <w:r>
        <w:br/>
        <w:t>Герцель. У неї батько є — козак старий, багатий, кажуть, у всіх в повазі; одна вона дочка у нього. Староста. Так що ж?</w:t>
      </w:r>
    </w:p>
    <w:p>
      <w:r>
        <w:br/>
        <w:t>Герцель. Я так кажу, для відомості тілько. (До себе). Хотів його я налякать!..</w:t>
      </w:r>
    </w:p>
    <w:p>
      <w:r>
        <w:br/>
        <w:t>Староста. Хоч би він був, як Крез, багатий, то все багатство те не варт і шеляга перед красою його дочки!.. О, всіх чортів зібрать і Вельзевулу жертву принести, а ублагать їх, коли самі не зможем, щоб помогли мені причарувать до себе Бондарівну!</w:t>
      </w:r>
    </w:p>
    <w:p>
      <w:r>
        <w:br/>
        <w:t>Герцель (до себе). Ой, ой, ой! Куди метнув! Не їстиме й не питиме вельможний пан, поки себе не вдовольнить!..</w:t>
      </w:r>
    </w:p>
    <w:p>
      <w:r>
        <w:br/>
        <w:t>Староста. Чого ж мовчиш, пан Чеслав?.. Кажи мені, що знаєш ти про неї.</w:t>
      </w:r>
    </w:p>
    <w:p>
      <w:r>
        <w:br/>
        <w:t>Герцель. До неї сваталось багато женихів, але вона всім відказала.</w:t>
      </w:r>
    </w:p>
    <w:p>
      <w:r>
        <w:br/>
        <w:t>Староста. І не дивно! Щоб така краса досталась чабанові!.. Краса жіноча — вища сила; вона на світі держить все і миром править!.. Красою той упиться може, хто має смак у ній, а не чабан усякий!.. І вона... Невже дурною буде, щоб виховувать себе для смоляра!.. Ні!.. Пан Чеслав!..</w:t>
      </w:r>
    </w:p>
    <w:p>
      <w:r>
        <w:br/>
        <w:t>Герцель. Я тут, вельможний пане.</w:t>
      </w:r>
    </w:p>
    <w:p>
      <w:r>
        <w:br/>
        <w:t>Староста. Ти не знаєш такого зілля, щоб дівчину причарувати?..</w:t>
      </w:r>
    </w:p>
    <w:p>
      <w:r>
        <w:br/>
        <w:t>Герцель. Знаю.</w:t>
      </w:r>
    </w:p>
    <w:p>
      <w:r>
        <w:br/>
        <w:t>Староста (хутко). Так говори ж мерщій!..</w:t>
      </w:r>
    </w:p>
    <w:p>
      <w:r>
        <w:br/>
        <w:t>Герцель. Треба напоїти її улесливими речами: день у день говорить, що вона гарна, що за нею пропадаєш. А перстень золотий з блискучим камінцем, намисто добре з дукачем поможуть отуманить голову їй так, що вона забуде честь свою, честь батькову!.. Це самі певні чари, вони немало вже дівчат із розуму звели!..</w:t>
      </w:r>
    </w:p>
    <w:p>
      <w:r>
        <w:br/>
        <w:t>Староста. Ти розумний і хитрий, як чорт! Не раз мені ти вже служив, і я тебе не забував за всі твої послуги!.. Служи ж ще і тепер.</w:t>
      </w:r>
    </w:p>
    <w:p>
      <w:r>
        <w:br/>
        <w:t>Герцель. Служив і служитиму пану, аж поки не згину...</w:t>
      </w:r>
    </w:p>
    <w:p>
      <w:r>
        <w:br/>
        <w:t>Староста. Люблю тебе за службу твою дуже!.. Придави ж тепер свій мозок так, щоб те усе, що зветься розумом, вийшло наверх, і спитай його: що зробити, щоб Бондарівна була моя? Коли у тебе недостане, позич у чорта хитрощів — і добудь мені Бондарівну!.. Обернись у змія, в голуба перевернись, як треба буде,— і добудь її! А кров'ю полить прийдеться шлях до неї — зробися тигром на той час!</w:t>
      </w:r>
    </w:p>
    <w:p>
      <w:r>
        <w:br/>
        <w:t>Герцель. О вельможний пане! Полити кров'ю шлях... то...</w:t>
      </w:r>
    </w:p>
    <w:p>
      <w:r>
        <w:br/>
        <w:t>Староста. Кров — сироватка, коли природа кличе наше тіло на празник розкішний!.. Ну, прощай! Я знаю: ти усе придумаєш на самоті і прийдеш вже тоді мені оповідать! А за послугу будеш мать від мене тисячу червінців. Я жду тебе у замку! (Пішов).</w:t>
      </w:r>
    </w:p>
    <w:p>
      <w:r>
        <w:br/>
        <w:t>ЯВА VIII</w:t>
      </w:r>
    </w:p>
    <w:p>
      <w:r>
        <w:br/>
        <w:t>Герцель (один). О, це служба ласа! Тисяча червінців!.. Достанем Бондарівну... Хоч так, хоч так! Вельможний староста потішиться нею недовго, я вже знаю, а впослі і я свою жагу удовольню... Для себе добувати Бондарівну трудно, щоб бешкету та гвалту не зробить, а для вельможного — це інша річ, тут гвалт вже не поможе, коли сироваткою кров він зве!.. Але обійдемося ми й без крові! Тілько тут мало розуму одного... треба скласти добрих два, щоб видумать, як діло це зробить!.. Без жида не обійдеться. Мордохай! Іди сюди!.. Розумний дуже жид... пораюсь з ним, що скаже. Велика сила — жіночая краса, то правду староста сказав! Та й гроші — сила не мала, скажу вже я від себе! Мені здається, що й чистую, як ранішня роса, людину можна купить за такі ласощі й принади!.. Важка штука — честь дівоча, зневага батька! Ха-ха-ха! Химерні вигадки дурних людей, що замість крові в них молоко по жилам ллється! Мордохай!</w:t>
      </w:r>
    </w:p>
    <w:p>
      <w:r>
        <w:br/>
        <w:t>ЯВА IX</w:t>
      </w:r>
    </w:p>
    <w:p>
      <w:r>
        <w:br/>
        <w:t>Входить Мордохай.</w:t>
      </w:r>
    </w:p>
    <w:p>
      <w:r>
        <w:br/>
        <w:t>Мордохай. Що тут таке, пануню, сталось, що кличете мене сюди?..</w:t>
      </w:r>
    </w:p>
    <w:p>
      <w:r>
        <w:br/>
        <w:t>Герцель. Ав корчмі там нема нікого?..</w:t>
      </w:r>
    </w:p>
    <w:p>
      <w:r>
        <w:br/>
        <w:t>Мордохай. Нема, кажіть, що пану треба?</w:t>
      </w:r>
    </w:p>
    <w:p>
      <w:r>
        <w:br/>
        <w:t>Герцель. Хочеш заробить сто червінців?</w:t>
      </w:r>
    </w:p>
    <w:p>
      <w:r>
        <w:br/>
        <w:t>Мордохай. А де ж є на світі такий чоловік, щоб не хотів заробить сто червінців?</w:t>
      </w:r>
    </w:p>
    <w:p>
      <w:r>
        <w:br/>
        <w:t>Герцель. Зробиш діло — візьмеш сто червінців, не зробиш — з'їси дулю! А може, й гірше що з'їси!</w:t>
      </w:r>
    </w:p>
    <w:p>
      <w:r>
        <w:br/>
        <w:t>Мордохай. Сто червінців?.. Далібуг, зроблю!..</w:t>
      </w:r>
    </w:p>
    <w:p>
      <w:r>
        <w:br/>
        <w:t>Герцель. І ще умова: про те, що тут казати зараз буду, ти сам в той момент забуть повинен, коли це діло зробиш; а як довідаюсь, що скажеш ще кому, то з дозволу вельможного пана старости одріжу язика, єй-богу!</w:t>
      </w:r>
    </w:p>
    <w:p>
      <w:r>
        <w:br/>
        <w:t>Мордохай. Добрий гендель, за сто червінців язика одрізать!.. Ні, най будете здорові, ніхто не буде знать: я в богомілля заховаю ваші речі!..</w:t>
      </w:r>
    </w:p>
    <w:p>
      <w:r>
        <w:br/>
        <w:t>Герцель. Так слухай же. Вельможному пану старості уподобалася Бондарівна.</w:t>
      </w:r>
    </w:p>
    <w:p>
      <w:r>
        <w:br/>
        <w:t>Мордохай. Ой, вей мір!</w:t>
      </w:r>
    </w:p>
    <w:p>
      <w:r>
        <w:br/>
        <w:t>Герцель. Чого ти галаснув, мов хто тебе припік жигалом?</w:t>
      </w:r>
    </w:p>
    <w:p>
      <w:r>
        <w:br/>
        <w:t>Мордохай. Страшно зробилось!.. І ви, і староста до Бондарівни? (Цмока губами і оглядається кругом). Ходімо лучче в оранду, щоб тут хто не почув... Ви знаєте, як Бондаря всі люблять... Ай!..</w:t>
      </w:r>
    </w:p>
    <w:p>
      <w:r>
        <w:br/>
        <w:t>Герцель. Не такий чорт страшний, як його малюють... Еге, когось сюди несе і справді; ходім у корчму, а жінку вижени із хати, щоб не чула.</w:t>
      </w:r>
    </w:p>
    <w:p>
      <w:r>
        <w:br/>
        <w:t>Пішли.</w:t>
      </w:r>
    </w:p>
    <w:p>
      <w:r>
        <w:br/>
        <w:t>ЯВА X</w:t>
      </w:r>
    </w:p>
    <w:p>
      <w:r>
        <w:br/>
        <w:t>Тарас, 1-й і 2-й чоловіки.</w:t>
      </w:r>
    </w:p>
    <w:p>
      <w:r>
        <w:br/>
        <w:t>1-й чоловік. Ну, прощай! Щасливої тобі дороги, брате!</w:t>
      </w:r>
    </w:p>
    <w:p>
      <w:r>
        <w:br/>
        <w:t>2-й чоловік. Бувай здоров, побачимось в обозі!</w:t>
      </w:r>
    </w:p>
    <w:p>
      <w:r>
        <w:br/>
        <w:t>Тарас. Оставайтесь здорові! Підете завтра по близьких селах. Та сторожко робіть ви діло, щоб ніхто не провідав.</w:t>
      </w:r>
    </w:p>
    <w:p>
      <w:r>
        <w:br/>
        <w:t>1-й чоловік. Не турбуйся, козаче. Всі знатимуть, що треба знать, і язика держати будуть за зубами, і обценьками навіть його не витягнеш!..</w:t>
      </w:r>
    </w:p>
    <w:p>
      <w:r>
        <w:br/>
        <w:t>Обидва чоловіки пішли.</w:t>
      </w:r>
    </w:p>
    <w:p>
      <w:r>
        <w:br/>
        <w:t>Тарас (сам). Своє зробив я діло, тепер би й їхать вже пора; коли ж на гріх побачив тут чарівні очі Бондарівни і мов хто прикував до них!.. Поки не знав її, був вільний я, як вітер, як птиця, як вода у половоддя!.. І думка, й серце були на Запоріжжі... А тепер?.. Вони тут, біля твоєї хати, в хаті, біля тебе самої. Не козацька це хворість, але вона такою стежкою залазить в душу і в серцеві потайно так примоститься, що тілько вже тоді оглянешся, коли почуєш, що тут сидить. Коли б ту стежку знав, колючим терном би її закидав, щоб дівочий погляд по ній, дівоча ласка не пройшла!.. Найбільш бере мене досада, що я її побачив в таку пору, коли про себе думати не слід!.. Піду ще раз на неї гляну і придавлю в душі своїй кохання!.. Нехай крига зашеретує моє серце, поки не доконаєм ворогів! (Пішов у хату).</w:t>
      </w:r>
    </w:p>
    <w:p>
      <w:r>
        <w:br/>
        <w:t>Дівчата і хлопці виходять на кон і водять "короля": "Король коло городу ходить..." і т. д.</w:t>
      </w:r>
    </w:p>
    <w:p>
      <w:r>
        <w:br/>
        <w:t>Завіса</w:t>
      </w:r>
    </w:p>
    <w:p>
      <w:r>
        <w:br/>
        <w:t>ДІЯ ДРУГА</w:t>
      </w:r>
    </w:p>
    <w:p>
      <w:r>
        <w:br/>
        <w:t>У Бондаря. Хата вбрана багато. Сидять: Бондар, Тарас і Тетяна, котра що-небудь робе.</w:t>
      </w:r>
    </w:p>
    <w:p>
      <w:r>
        <w:br/>
        <w:t>ЯВА І</w:t>
      </w:r>
    </w:p>
    <w:p>
      <w:r>
        <w:br/>
        <w:t>Бондар. Давно вже я бачився з товаришами!.. Що там дід Кадило поробляє? Як Чаплія?.. Чи ще живий?.. А Горобець? А Чайка?.. Та всі-усі товариші — одразу й не нагадаєш — як живуть? Розказуй!..</w:t>
      </w:r>
    </w:p>
    <w:p>
      <w:r>
        <w:br/>
        <w:t>Тарас. Багато вже не стало тих, що воювали вмісті ви!.. Один Кадило ще живий, та й той на ладан дише. Чайку у Синопі вбили, Горобець і Чаплія у морі потонули!.. Я сам в неволі був два годи.</w:t>
      </w:r>
    </w:p>
    <w:p>
      <w:r>
        <w:br/>
        <w:t>Тетяна. Як, в неволі!? І живий зостався?..</w:t>
      </w:r>
    </w:p>
    <w:p>
      <w:r>
        <w:br/>
        <w:t>Тарас. Кому ще жить назначив бог, той із пащеки лютої смерті вийде цілим. Я ще малим повинен був умерти, а от живий зостався!..</w:t>
      </w:r>
    </w:p>
    <w:p>
      <w:r>
        <w:br/>
        <w:t>Тетяна. Чого ж то так, козаче, що ти малим повинен був умерти?..</w:t>
      </w:r>
    </w:p>
    <w:p>
      <w:r>
        <w:br/>
        <w:t>Бондар. О, ти не знаєш ще, Тарасе, моєї Тетяни! Козацька справа люба їй, як нам з тобою, коли не більш!.. Розкажи вже їй, нехай послуха про біди лицарські. Мої вона давно оповідання знає, нехай ще знатиме й твої: козацькі діти повинні знать, що роблять їх батьки й брати, щоб і своїм те дітям розказати.</w:t>
      </w:r>
    </w:p>
    <w:p>
      <w:r>
        <w:br/>
        <w:t>Тарас. Багато все розказувати буде!.. За себе я скажу тобі, Тетяно, що бур доволі пережив... Мій батько був козак і жив зимовником вже з матір'ю моєю; а я тоді малим ще був — год з десять мав,— бо добре пам'ятаю: якраз наскочив на наш хутір загін татарський. Товаришів при батькові було з десяток, оборонялись довго, але сила взяла своє: убили батька і всіх товаришів, а матір і мене зо всім добром в полон забрали. Хотілося мені розбити голову свою тоді об мур, та матері пожалкував... Догнали нас до Перекопу, а тут товариші настигли, і січа піднялась!.. Татари бачили, що здобич потеряють, од бусурманської лютості в обозі стали полонних убивать... Убив татарин мою матір, я палицю в той мент з гарби схопив і кинувся на бусурмена, себе не тямлячи, і, певно, він би вбив мене, коли б Кадило з товариством в обоз татарський вже не вскочив і не проткнув татарське горло шаблею в ту хвилю, як він хотів зрубать дитячу голову мою, що горіла жагою помсти за матір любую!.. Татарин впав, і я, як падав він, ще й палицею його вдарив!.. Кадило крикнув: "Козак із тебе буде!" — і кинувся кінчати ворогів. А я стояв над трупом матері моєї і кричав, до бога руки знявши!.. О, не забуду я ніколи тієї муки тяжкої, що серце пригнітила, як я зостався сам з січовиками... Мене з собою взяв за сина Кадило,— тоді ще жвавим козаком він був!.. Мене, спасибі, в школу він віддав, і вивчивсь я... Давно було, а ще й тепер бачу матір і помсту лютую до ворогів носю у серці!..</w:t>
      </w:r>
    </w:p>
    <w:p>
      <w:r>
        <w:br/>
        <w:t>Тетяна (витирає сльози). Ти серце так розворушив моє, козаче, що я заплакала, бо пригадала і свою покійную матусю, котру убили теж злії вороги!.. А як же ти попав в неволю? І як утік від лютої смерті знову?..</w:t>
      </w:r>
    </w:p>
    <w:p>
      <w:r>
        <w:br/>
        <w:t>Бондар. Ти б краще у світлиці дала чого-небудь нам попоїсти, бо, певно, вже Тарас проголодався?</w:t>
      </w:r>
    </w:p>
    <w:p>
      <w:r>
        <w:br/>
        <w:t>Тетяна. Я в мент один вас нагодую, бо в мене все уже готове!.. І все ж таки просю тебе, Тарасе, скажи: як ти попав в неволю і з неї як ослобонився?</w:t>
      </w:r>
    </w:p>
    <w:p>
      <w:r>
        <w:br/>
        <w:t>Тарас. Я рад тобі розказувать, коли так любиш слухать!.. І весело мені дивиться в очі твої молодії, що сяють зорями, як слухаєш козацькі справи!.. Ти батькова дочка.</w:t>
      </w:r>
    </w:p>
    <w:p>
      <w:r>
        <w:br/>
        <w:t>Тетяна потупляє очі.</w:t>
      </w:r>
    </w:p>
    <w:p>
      <w:r>
        <w:br/>
        <w:t>На чайках ми пустились в люте море; воно сказилось на той час, бо лютувало гірш од пекла!.. За Тендером уже дві чайки потонули, а буря, взявши з нас такую жертву, ще гірш розлютувалась!.. Молились богу козаки, а наші байдаки, мов пір'я, що гуси погубили, хвиля кидала!.. О, ворог лютий вітер той, що нас не милував!.. Море клекотіло, пінилося, заливало наші чайки і прудко гнало нас, як хмари восени по небу вітер буйний гонить. Розбило чайку нашу, і в хвилях грізних де-не-де буйні голови козачі показалися!.. Я довго бився, не давався в руки смерті і вже тонуть почав, як викинуло без пам'яті мене на берег турецький!.. Викинуло затим, щоб із безодні моря попасти в зуби туркам!.. Коли прокинувсь я, то вже був зв'язаний і в темному якімсь льоху сидів. Тут нагадав я все, і жалко мені стало, що в морі не втонув з товаришами разом! Тяжка турецькая неволя, не буду я тобі про неї говорить!.. Скажу, що в ній пробув два годи і горя вдосталь я набравсь. А й тут господь ще зглянувся на мене: поміг мені вернутись в рідний край!.. Я задавив тюремщика свого, надів його одежу і, криючись по горах, по лісах, їв кору з дерева, поки добрався до Вкраїни. Ожив я тут!.. Набрався сили знову і знов летіть на ворога, як в рай, готов!..</w:t>
      </w:r>
    </w:p>
    <w:p>
      <w:r>
        <w:br/>
        <w:t>Бондар. Аж кров моя старая кинулася в голову від твого оповідання!.. За муку ту, що ти за всіх терпів, дай обнять тебе, Тарасе!.. (Обніма його). Орли!! Яка мати не усміхнеться, дивлячись на таких синів?..</w:t>
      </w:r>
    </w:p>
    <w:p>
      <w:r>
        <w:br/>
        <w:t>Тетяна (обніма і цілує Тараса). Як брата дорогого, цілую я тебе, козаче! Тепер ідіть в світлицю — я їсти вам зготую зараз! (Виходить).</w:t>
      </w:r>
    </w:p>
    <w:p>
      <w:r>
        <w:br/>
        <w:t>ЯВА II</w:t>
      </w:r>
    </w:p>
    <w:p>
      <w:r>
        <w:br/>
        <w:t>Ті ж без Тетяни.</w:t>
      </w:r>
    </w:p>
    <w:p>
      <w:r>
        <w:br/>
        <w:t>Тарас. Я про їжу забув, так весело мені у вашій, батьку Гнате, хаті... Мов у батька рідного, отут я спочиваю. Спасибі за привіт, за щирість вашу!.. А тепер про діло ще я маю дещо розказать. Хмельницький вже тепер в Орді, присоглашає хана, щоб нам поміг ударить разом на ляхів, бо нестерпуче стало жити з ними...</w:t>
      </w:r>
    </w:p>
    <w:p>
      <w:r>
        <w:br/>
        <w:t>Бондар. Знаю!.. О, дай боже поміч!.. Хоча тобі, Тарасе, по правді я скажу: не по душі мені, що ми на землю християнську наведемо Христових ворогів, що дивляться на нас гірш, ніж на собак!..</w:t>
      </w:r>
    </w:p>
    <w:p>
      <w:r>
        <w:br/>
        <w:t>Тарас. І ворог лютий побратимом стать повинен, коли несе свою голову за нашу віру.</w:t>
      </w:r>
    </w:p>
    <w:p>
      <w:r>
        <w:br/>
        <w:t>Бондар. Коли б не каялися ми, як наші побратими, котрим немало ми за шкуру сала залили, прийшовши в нашу землю, не обернулись в лютих ворогів! І так багато мук народ переживає, а ще татарську орду, жадну до грабунку, як упустимо сюди, то бог його ще зна, що важче тоді стане: чи лядська справа, чи татарський грабіж і полон.</w:t>
      </w:r>
    </w:p>
    <w:p>
      <w:r>
        <w:br/>
        <w:t>ЯВА III</w:t>
      </w:r>
    </w:p>
    <w:p>
      <w:r>
        <w:br/>
        <w:t>Ті ж і Тетяна.</w:t>
      </w:r>
    </w:p>
    <w:p>
      <w:r>
        <w:br/>
        <w:t>Тетяна. Ідіть, уже готово все!.. Тарас, мабуть, давно проголодався; прости мене, що довго ждати заставляла!..</w:t>
      </w:r>
    </w:p>
    <w:p>
      <w:r>
        <w:br/>
        <w:t>Тарас. Я батькові сказав твоєму: в хаті вашій і весело мені, і так затишно, що я й забув про їжу; а тобі скажу, Тетяно,— та не сердься тілько,— що кращої ще дівчини не бачив я від тебе і серцем, і душею!..</w:t>
      </w:r>
    </w:p>
    <w:p>
      <w:r>
        <w:br/>
        <w:t>Тетяна соромиться і опускає очі. О, тут відпочиваєш; мов в світлому раю я опинивсь!..</w:t>
      </w:r>
    </w:p>
    <w:p>
      <w:r>
        <w:br/>
        <w:t>Бондар. Ну, годі вже тобі, ще дівчину зіб'єш справді з пантелику!.. Ходімо лучче під'їмо, то там і побалакаєм про начатеє діло. А ти, Тетянко, Марію зви до себе і не впускай до нас нікого, щоб не помішали, бо діло є!.. Ходімо, дорогий мій гостю, ходімо, сину! Я так тебе зву затим, що біле вже волосся маю!</w:t>
      </w:r>
    </w:p>
    <w:p>
      <w:r>
        <w:br/>
        <w:t>Виходять у світлицю.</w:t>
      </w:r>
    </w:p>
    <w:p>
      <w:r>
        <w:br/>
        <w:t>ЯВА IV</w:t>
      </w:r>
    </w:p>
    <w:p>
      <w:r>
        <w:br/>
        <w:t>Тетяна одна, потім Марія.</w:t>
      </w:r>
    </w:p>
    <w:p>
      <w:r>
        <w:br/>
        <w:t>Тетяна (в двері). Маріє, ідіть сюди з роботою. Тут будемо сидіть. (Сіла і замислилась). Він так недавно в нас, а я мов здавна його знаю!.. Обличчя, постать, очі — все, усе я бачила вже десь давно!.. Або ж він снивсь мені, або в душі малюнок рідного нам серцем чоловіка носиш, не знаючи того й сама?.. Дивно!.. Чом я не хлопцем уродилась? Тепер поїхала б з ним поруч воювать!.. Нудна дівоча доля!.. Хоч вільна в батька я, як пташка, та що з тією волею я вдію?.. Нащо мені вона здалася? (Задумалась).</w:t>
      </w:r>
    </w:p>
    <w:p>
      <w:r>
        <w:br/>
        <w:t>Марія (входе з пряжею). А гарний який козак у нас гостює.</w:t>
      </w:r>
    </w:p>
    <w:p>
      <w:r>
        <w:br/>
        <w:t>Тетяна мов прокинулась.</w:t>
      </w:r>
    </w:p>
    <w:p>
      <w:r>
        <w:br/>
        <w:t>Що з тобою? Об чім так думала, що й не чула, коли ввійшла я?..</w:t>
      </w:r>
    </w:p>
    <w:p>
      <w:r>
        <w:br/>
        <w:t>Тетяна. Про матір нагадала й задумалась.</w:t>
      </w:r>
    </w:p>
    <w:p>
      <w:r>
        <w:br/>
        <w:t>Марія. Овва!.. Навряд чи правду ти сказала!.. Мені здається, що в думці в тебе козак оцей сидів.</w:t>
      </w:r>
    </w:p>
    <w:p>
      <w:r>
        <w:br/>
        <w:t>Тетяна. Він тут розказував про деякі свої пригоди: як матір вбили перед його очима, коли малим ще був, як у неволі він сидів турецькій!..</w:t>
      </w:r>
    </w:p>
    <w:p>
      <w:r>
        <w:br/>
        <w:t>Марія. І жаль тобі його зробилось?</w:t>
      </w:r>
    </w:p>
    <w:p>
      <w:r>
        <w:br/>
        <w:t>Тетяна. Боже як!</w:t>
      </w:r>
    </w:p>
    <w:p>
      <w:r>
        <w:br/>
        <w:t>Марія. Це певний знак, що любий він тобі зробився б скоро, коли б посидів тут ще днів ізо три.</w:t>
      </w:r>
    </w:p>
    <w:p>
      <w:r>
        <w:br/>
        <w:t>Тетяна. Він живе не тим, що треба для кохання!.. І я б, собі на горе, тілько його малюнок носила в серці!..</w:t>
      </w:r>
    </w:p>
    <w:p>
      <w:r>
        <w:br/>
        <w:t>Марія. Почім ти знаєш? О, в козацькім серці багато є вогню того, що треба для кохання; та вони тушать його бусурменською кров'ю... Коли не бачать раю, їм в пеклі гарно! Однак кого дівочий погляд з них пригріє і вогонь притушений роздує, той пекло своє зараз кине і в рай летить... А цей козак Тарас з огню самого: я бачу по очах!</w:t>
      </w:r>
    </w:p>
    <w:p>
      <w:r>
        <w:br/>
        <w:t>Тетяна. Ох, не кажіть мені про нього більш нічого! Я не знаю, що зо мною зараз діється, голубко! І радісно, і серце б'ється в грудях, мов пташечка, що в клітку попалась!</w:t>
      </w:r>
    </w:p>
    <w:p>
      <w:r>
        <w:br/>
        <w:t>Марія. А бач, прийшла й твоя пора!..</w:t>
      </w:r>
    </w:p>
    <w:p>
      <w:r>
        <w:br/>
        <w:t>Тетяна. Хіба, Маріє, це кохання? Я так зворушена його оповіданням тілько.</w:t>
      </w:r>
    </w:p>
    <w:p>
      <w:r>
        <w:br/>
        <w:t>Марія. О ні, моя ти пташко, я хворість цюю добре знаю; недурно серце б'ється в тебе!.. Воно ще спало, і всім тим женихам, що сватались до тебе, одповідала: молода, мов, ще — не піду. А цей протягне руку — й підеш певно! Збудив він серденько твоє...</w:t>
      </w:r>
    </w:p>
    <w:p>
      <w:r>
        <w:br/>
        <w:t>Тетяна (наче марить). Не вродою він кращий від других, що сватались за мене, ні... Коли ніхто, як він, не витерпів стілько; ні в кого нема такого чарівного погляду, що в саму душу йде, і невимовним якимсь щастям її обвиває, коли говорить він до тебе з ласкою!.. Коли ж балакає про бусурмен, неначе блискавка замиготить в його очах, і полум'ям страшним ті ж очі запалають!.. О, як він гарно розказує... Рубець у нього тут — рубнув, знать, шаблею татарин!.. І той рубець у другого б був ганджею, у нього ж він красою служить і до лиця, як лицарю, йому!..</w:t>
      </w:r>
    </w:p>
    <w:p>
      <w:r>
        <w:br/>
        <w:t>Марія. А воно так: вже як полюбиш чоловіка, то й те, що порочить його, здається тобі красою!..</w:t>
      </w:r>
    </w:p>
    <w:p>
      <w:r>
        <w:br/>
        <w:t>Тетяна. Скажіть мені, Маріє, чи ви любили на віку своїм?</w:t>
      </w:r>
    </w:p>
    <w:p>
      <w:r>
        <w:br/>
        <w:t>Марія. Ох, серденько моє!.. Хіба така була я й здавна, як бачиш ти тепер мене!.. Минулося, голубонько... А й я колись зазнала щастя й горя!.. А де за щастям пливе горе — воно те щастя з'їсть і зверху в серці запанує!</w:t>
      </w:r>
    </w:p>
    <w:p>
      <w:r>
        <w:br/>
        <w:t>Тетяна (лащиться). Бідна моя! Скажіть, нехай я буду знать: від чого горе теє у вас сталось?</w:t>
      </w:r>
    </w:p>
    <w:p>
      <w:r>
        <w:br/>
        <w:t>Марія. Любила я колись, ще молодою, козака. Звінчались ми, щаслива я була — не треба раю!.. Рік, як день один, минув, і мій Іван пішов знов на війну, та вже він не вертався!.. І марно я з того часу літа трачу, в самотині зав'яла моя краса, і серце радістю не билося уже ні разу в грудях! Я тим живу, що вже минуло й не вернеться ніколи, квіточко моя!.. (Утирає сльози).</w:t>
      </w:r>
    </w:p>
    <w:p>
      <w:r>
        <w:br/>
        <w:t>Тетяна журливо схилила голову. Бач, засмутила як твої я ясні очі! Нащо питала?..</w:t>
      </w:r>
    </w:p>
    <w:p>
      <w:r>
        <w:br/>
        <w:t>Тетяна. Як жаль мені того, хто в серці горе носить!.. (Наче замислилась). Знать щастя рік, щоб жить ним цілий вік!..</w:t>
      </w:r>
    </w:p>
    <w:p>
      <w:r>
        <w:br/>
        <w:t>Марія. Такий наш край нещасний, що козаки всякчас повинні буть готові вмерти, щоб нас оборонить від ворогів; то й нам, жінкам, привикнуть треба вже до того, що милий нас на шаблю проміняє!.. А серця все ж таки не спиниш, та й спиняти гріх його, коли воно освічує до чесної дружини шлях!..</w:t>
      </w:r>
    </w:p>
    <w:p>
      <w:r>
        <w:br/>
        <w:t>Тетяна (обніма Марію). Яка розумна ви, Маріє. Люблю вас слухать я, як матір рідную!.. Спасибі за розмову щиру! Либонь, сюди вони йдуть з батьком. Ходім, Маріє, прибирать!</w:t>
      </w:r>
    </w:p>
    <w:p>
      <w:r>
        <w:br/>
        <w:t>Ідуть.</w:t>
      </w:r>
    </w:p>
    <w:p>
      <w:r>
        <w:br/>
        <w:t>ЯВА V</w:t>
      </w:r>
    </w:p>
    <w:p>
      <w:r>
        <w:br/>
        <w:t>Ті ж і Тарас.</w:t>
      </w:r>
    </w:p>
    <w:p>
      <w:r>
        <w:br/>
        <w:t>Тарас. А ми наїлись вже і напилися, спасибі вам!..</w:t>
      </w:r>
    </w:p>
    <w:p>
      <w:r>
        <w:br/>
        <w:t>Тетяна. Богу дякуй!..</w:t>
      </w:r>
    </w:p>
    <w:p>
      <w:r>
        <w:br/>
        <w:t>Тарас. А ти ж куди?..</w:t>
      </w:r>
    </w:p>
    <w:p>
      <w:r>
        <w:br/>
        <w:t>Тетяна. Ми зараз прийдемо, хазяйське діло тілько справим.</w:t>
      </w:r>
    </w:p>
    <w:p>
      <w:r>
        <w:br/>
        <w:t>Виходять з Марією.</w:t>
      </w:r>
    </w:p>
    <w:p>
      <w:r>
        <w:br/>
        <w:t>Тарас (один, дивиться услід Тетяні). Не можу вийти я звідсіль!.. Мов хто припнув до цеї хати залізним ланцюгом!.. Ні, мабуть, скілько не силкуйся, а нічого проти себе самого не вдієш!.. Не можна загатить Дніпра, не можна вдержать кулю, коли вже вона вискочила з дула. То так не можна тих любощів спинить, що сковані були життям суворим, коли вони вирвались уже на волю! (Бере бандуру і співа).</w:t>
      </w:r>
    </w:p>
    <w:p>
      <w:r>
        <w:br/>
        <w:t>Ой не цвіти буйним цвітом,</w:t>
      </w:r>
    </w:p>
    <w:p>
      <w:r>
        <w:br/>
        <w:t>Зелений катране!</w:t>
      </w:r>
    </w:p>
    <w:p>
      <w:r>
        <w:br/>
        <w:t>Тяжко-важко на серденьку,</w:t>
      </w:r>
    </w:p>
    <w:p>
      <w:r>
        <w:br/>
        <w:t>Як вечір настане! (3 рази)</w:t>
      </w:r>
    </w:p>
    <w:p>
      <w:r>
        <w:br/>
        <w:t>Ступай коню, ступай, ворон,</w:t>
      </w:r>
    </w:p>
    <w:p>
      <w:r>
        <w:br/>
        <w:t>З гори кам'яної</w:t>
      </w:r>
    </w:p>
    <w:p>
      <w:r>
        <w:br/>
        <w:t>До тієї дівчиноньки,</w:t>
      </w:r>
    </w:p>
    <w:p>
      <w:r>
        <w:br/>
        <w:t>Що чорнії брови (3 рази)</w:t>
      </w:r>
    </w:p>
    <w:p>
      <w:r>
        <w:br/>
        <w:t>Як не схочеш, дівчинонько,</w:t>
      </w:r>
    </w:p>
    <w:p>
      <w:r>
        <w:br/>
        <w:t>Дружиною бути,</w:t>
      </w:r>
    </w:p>
    <w:p>
      <w:r>
        <w:br/>
        <w:t>То дай мені таке зілля,</w:t>
      </w:r>
    </w:p>
    <w:p>
      <w:r>
        <w:br/>
        <w:t>Щоб тебе забути. (3 рази)</w:t>
      </w:r>
    </w:p>
    <w:p>
      <w:r>
        <w:br/>
        <w:t>ЯВА VI</w:t>
      </w:r>
    </w:p>
    <w:p>
      <w:r>
        <w:br/>
        <w:t>В дверях слухають пісню Тетяна і старий Бондар, із-за них видно голову Марії, котра утирає сльози після пісні.</w:t>
      </w:r>
    </w:p>
    <w:p>
      <w:r>
        <w:br/>
        <w:t>Бондар. Ай, Тарас! А я думав, що ти так вже загартувався в козацькім ділі, що пісня про кохання до тебе не пристане!.. Чи, може, закохався де та в нас сумуєш?..</w:t>
      </w:r>
    </w:p>
    <w:p>
      <w:r>
        <w:br/>
        <w:t>Тетяна. Як гарно ти співав, Тарасе!.. Марія наша плакать почала, а я насилу вдержалась, єй-богу!</w:t>
      </w:r>
    </w:p>
    <w:p>
      <w:r>
        <w:br/>
        <w:t>Тарас. Я рад, що вмів твоє так серце зворушить!.. А щоб йому не так було тяженько, то заспіваю тобі веселої,— нащо все сумувать!..</w:t>
      </w:r>
    </w:p>
    <w:p>
      <w:r>
        <w:br/>
        <w:t>Тетяна. Спасибі, що нашу хату звеселиш, бо батька вже давно з бандурою не бачила, а я люблю, коли хто гарно грає, здається, слухала б день цілий.</w:t>
      </w:r>
    </w:p>
    <w:p>
      <w:r>
        <w:br/>
        <w:t>Тарас (співає, а потім танцює).</w:t>
      </w:r>
    </w:p>
    <w:p>
      <w:r>
        <w:br/>
        <w:t>Як же мені горілки не пити,</w:t>
      </w:r>
    </w:p>
    <w:p>
      <w:r>
        <w:br/>
        <w:t>Коли в мене хорошії діти,</w:t>
      </w:r>
    </w:p>
    <w:p>
      <w:r>
        <w:br/>
        <w:t>Коли в мене чоловік добрий,-</w:t>
      </w:r>
    </w:p>
    <w:p>
      <w:r>
        <w:br/>
        <w:t>Дай же боже йому вік довгий!</w:t>
      </w:r>
    </w:p>
    <w:p>
      <w:r>
        <w:br/>
        <w:t>А він мене не б'є, не лає,</w:t>
      </w:r>
    </w:p>
    <w:p>
      <w:r>
        <w:br/>
        <w:t>Він мене в гості пускає,</w:t>
      </w:r>
    </w:p>
    <w:p>
      <w:r>
        <w:br/>
        <w:t>А він мене з корчми не гонить,</w:t>
      </w:r>
    </w:p>
    <w:p>
      <w:r>
        <w:br/>
        <w:t>Він мені пити не боронить!..</w:t>
      </w:r>
    </w:p>
    <w:p>
      <w:r>
        <w:br/>
        <w:t>Бондар (на місці не всидить, а далі зскакує). Е!.. Коли так, то й я потанцюю!.. Ану, дочко, з батьком! Нехай Тарас побачить, що й ми ще козаки, хоч і підтоптались трохи! (Закручує вуса). Грай тієї самої!.. Ну!.. Ой гоп!.. (Танцює з Тетяною, але скоро сіда й каоке). Більш не можу.</w:t>
      </w:r>
    </w:p>
    <w:p>
      <w:r>
        <w:br/>
        <w:t>Тим часом Тарас продовжає після Бондаря танець з Тетяною, приспівуючи, а Марія в дверях любується. Старий Бондар підгукує.</w:t>
      </w:r>
    </w:p>
    <w:p>
      <w:r>
        <w:br/>
        <w:t>Дітки мої, рідні мої!.. Спасибі вам, спасибі вам! Од радощів ще буду плакать, єй-богу, буду!.. Стривайте ж, коли так!.. У мене мед є, що на Тетянине весілля я держу,— попробуєм, який він вдався!.. Ходім, Маріє, зо мною в погріб... Бог його зна, коли ще прийдеться так весело зненацька погулять!.. (Обніма Тараса). Кістки всі розходились, згадав я молодість, хоч зараз на коня! Е! матері його хиря!.. Хіба я вже старий? Дочко, еге, твій батько молодець?.. Та що тебе питать!.. Ходімо, Маріє, меду вточим! (Виходить з Марією).</w:t>
      </w:r>
    </w:p>
    <w:p>
      <w:r>
        <w:br/>
        <w:t>ЯВА VII</w:t>
      </w:r>
    </w:p>
    <w:p>
      <w:r>
        <w:br/>
        <w:t>Тетяна і Тарас.</w:t>
      </w:r>
    </w:p>
    <w:p>
      <w:r>
        <w:br/>
        <w:t>Тетяна. Давно вже весело й мені так, як сьогодня, не було.</w:t>
      </w:r>
    </w:p>
    <w:p>
      <w:r>
        <w:br/>
        <w:t>Тарас. Ластівочко моя! І мені любо глянуть на твоє веселеє лице!.. Я ще ніколи сам не чув в душі моїй такого голосу, який тепер вигукує у ній.</w:t>
      </w:r>
    </w:p>
    <w:p>
      <w:r>
        <w:br/>
        <w:t>Тетяна (опускає очі). Не говори, козаче, так ласкаво до мене!.. Нащо маєш завезти з собою в Січ моє ти серце дівоче?.. Ти тут стоїш передо мною, а душа твоя і серце там, у Січі!..</w:t>
      </w:r>
    </w:p>
    <w:p>
      <w:r>
        <w:br/>
        <w:t>Тарас. Січ-мати!.. Люблю її я щиро!.. Життя свого для неї не жалію. За неї голову віддам...</w:t>
      </w:r>
    </w:p>
    <w:p>
      <w:r>
        <w:br/>
        <w:t>Тетяна. Поважаю твою до Січі щирість! Там твоє щастя! Не занось же туди мого серця, бо воно тобі заважить.</w:t>
      </w:r>
    </w:p>
    <w:p>
      <w:r>
        <w:br/>
        <w:t>Тарас. У мене тілько й роду, що мати Січ! У тебе ж рідний батько, і ти його кохаєш більше, може, ніж я свою названу матір! Скажи ж мені: покинула б ти батька для козака, котрого вірно покохаєш?..</w:t>
      </w:r>
    </w:p>
    <w:p>
      <w:r>
        <w:br/>
        <w:t>Тетяна. Він світом моїм стане, зорею, сонцем ясним, він батьком моїм буде, з ним,— коли я покохаю,— піду в тяжку турецькую неволю, умерти я за нього рада!..</w:t>
      </w:r>
    </w:p>
    <w:p>
      <w:r>
        <w:br/>
        <w:t>Тарас. Отак же, горличко моя, і я! Хоч матір не забуду, бо вона багато діток славних має і гріх забуть її; коли ж я покохаю дівчину — покину матір я свою і душу тій дівчині віддам!..</w:t>
      </w:r>
    </w:p>
    <w:p>
      <w:r>
        <w:br/>
        <w:t>Тетяна. Назвав мене ти горличкою, ластівкою... І спалив усю словами цими... Бідна горличка зостанеться сама... Орел же високо підійметься, і полетить на здобич, і забуде горличку, бо йому треба широкого неба крилами достать, а горличка... зів'є собі кубелечко і хоче воркувать...</w:t>
      </w:r>
    </w:p>
    <w:p>
      <w:r>
        <w:br/>
        <w:t>Тарас. Тетяно!.. Я бачу, любиш ти мене!.. Чи так?.. О, я щасливий став, як саме щастя... Моя ти чарівнице, моя ти доле золотая! Благаю я тебе, щоб ти звила мені кубелечко,— і будем воркувать!</w:t>
      </w:r>
    </w:p>
    <w:p>
      <w:r>
        <w:br/>
        <w:t>Тетяна. В тебе всю перелила свою я душу.</w:t>
      </w:r>
    </w:p>
    <w:p>
      <w:r>
        <w:br/>
        <w:t>Тарас. Так любиш ти мене?</w:t>
      </w:r>
    </w:p>
    <w:p>
      <w:r>
        <w:br/>
        <w:t>Тетяна. Без краю, орле мій! Візьми ти зараз мене вбий, коли тобі це щастя дасть!..</w:t>
      </w:r>
    </w:p>
    <w:p>
      <w:r>
        <w:br/>
        <w:t>Тарас. І буйні гулянки з товаришами, і воля молодецька— все вилетіло з голови, осталась в серці одна думка: про кубелечко з тобою, горличко моя!</w:t>
      </w:r>
    </w:p>
    <w:p>
      <w:r>
        <w:br/>
        <w:t>Тетяна. Раю мій!</w:t>
      </w:r>
    </w:p>
    <w:p>
      <w:r>
        <w:br/>
        <w:t>Тарас. Ще перший раз в житті моїм обвіяло мене повітрям раю!.. Тепер я з вітром побратаюсь і на його легких крилах на Січ летіти буду і день і ніч!.. Щоб, там своє зробивши діло, не вітром вже, а думкою прудкою сюда прилинуть, напиться щастя щоб з тобою, моя ти зоре, раю мій!</w:t>
      </w:r>
    </w:p>
    <w:p>
      <w:r>
        <w:br/>
        <w:t>Цілуються.</w:t>
      </w:r>
    </w:p>
    <w:p>
      <w:r>
        <w:br/>
        <w:t>ЯВА VIII</w:t>
      </w:r>
    </w:p>
    <w:p>
      <w:r>
        <w:br/>
        <w:t>Бондар і Марія (вносять флягу меду і чарки срібні).</w:t>
      </w:r>
    </w:p>
    <w:p>
      <w:r>
        <w:br/>
        <w:t>Бондар (ставить на стіл). Ой мед мій дорогий!.. Коли то ще тебе нам пить прийдеться у Тетяни моєї на весіллі? Тепер же вип'ємо на радощах, що молодість свою я пригадав!.. Дочко, наливай і частуй нас! (До Тараса). Ти не повіриш, як весело чогось мені, і плакать хочеться і танцювать!..</w:t>
      </w:r>
    </w:p>
    <w:p>
      <w:r>
        <w:br/>
        <w:t>Тарас. Батьку!.. То батьком так я звав вас, бо звичай є такий, тепер же (бере Тетяну за руку) ми хочемо вдвох вже вас рідним батьком називать.</w:t>
      </w:r>
    </w:p>
    <w:p>
      <w:r>
        <w:br/>
        <w:t>Бондар (дивуючись). Стривайте!.. Що ж це?.. Може, я сплю та сниться сон мені?.. Чи з Тетяною жартуєте, Тарасе!..</w:t>
      </w:r>
    </w:p>
    <w:p>
      <w:r>
        <w:br/>
        <w:t>Тарас. Не жарти це. Ми любимось обоє і просимо вас, тату дорогий,— благословіть на чесний шлюб нас!</w:t>
      </w:r>
    </w:p>
    <w:p>
      <w:r>
        <w:br/>
        <w:t>Бондар (не довіря). Тетяно?!</w:t>
      </w:r>
    </w:p>
    <w:p>
      <w:r>
        <w:br/>
        <w:t>Тетяна. Благословіть нас, тату!</w:t>
      </w:r>
    </w:p>
    <w:p>
      <w:r>
        <w:br/>
        <w:t>Бондар. Га?</w:t>
      </w:r>
    </w:p>
    <w:p>
      <w:r>
        <w:br/>
        <w:t>Тарас. Бог породив її для мене!.. Тепер прийшла щасливая година, благословіть!..</w:t>
      </w:r>
    </w:p>
    <w:p>
      <w:r>
        <w:br/>
        <w:t>Бондар. Так це правда!.. О боже всемогущий! (Пада на коліна). Сльозами щастя я дякую тебе, що ти привів мені за жизні ще своєї уздріть своє єдине дитя за чесним лицарем! (Встає, обніма Тараса). Нехай тебе господь благословить!.. І тебе, дитино моя, дорога моя, єдиная утіха старості моєї. (Пригорта її голову до своїх грудей). О, я без міри щасливий! (Плаче, потім раптом, ще з сльозами в голосі і на очах). От тепер вип'єм! Діждався мед свого!.. Марія, йди сюди!.. Будем танцювать з тобою! (Плаче).</w:t>
      </w:r>
    </w:p>
    <w:p>
      <w:r>
        <w:br/>
        <w:t>Тетяна і Тарас. Що з вами, тату?</w:t>
      </w:r>
    </w:p>
    <w:p>
      <w:r>
        <w:br/>
        <w:t>Бондар (обніма то того, то другого). Від радості, діти, од великого і несподіваного щастя!.. Та й вип'ю ж цупко я! Наливай!..</w:t>
      </w:r>
    </w:p>
    <w:p>
      <w:r>
        <w:br/>
        <w:t>Завіса</w:t>
      </w:r>
    </w:p>
    <w:p>
      <w:r>
        <w:br/>
        <w:t>ДІЯ ТРЕТЯ</w:t>
      </w:r>
    </w:p>
    <w:p>
      <w:r>
        <w:br/>
        <w:t>Декорація та сама, що і в першій дії.</w:t>
      </w:r>
    </w:p>
    <w:p>
      <w:r>
        <w:br/>
        <w:t>ЯВА І</w:t>
      </w:r>
    </w:p>
    <w:p>
      <w:r>
        <w:br/>
        <w:t>Герцель (сам). Отут повинна скоро йти вона із церкви, її я обминув... Не помага ніяка ласка. Дурна, соромиться того, що нам дала природа. Не зна, в якім житті є смак. Вже тричі я їй про кохання говорив, вона ж і слухати не хоче; з такими я ще не стрічався, та й мало їх на світі є!.. Найкраще діло мать з тими дівчатами, котрі, наслухавшись ще змалку від п'яних молодиць про їх веселее життя, з цікавості одної не ждуть весілля, а поспішають, щоб мерщій самим спізнать всі ті принадні хвилі, котрі так чарівничо їм мозок вже намалював. Оце наші! З Тетяною ж, мабуть, нічого ласкою не вдієш, але попробую ще раз я з нею побалакать. Вона!.. О змію ти, що Єву підманив,— впусти отрути в серце їй і поможи мені хоч цей раз.</w:t>
      </w:r>
    </w:p>
    <w:p>
      <w:r>
        <w:br/>
        <w:t>ЯВА II</w:t>
      </w:r>
    </w:p>
    <w:p>
      <w:r>
        <w:br/>
        <w:t>Тетяна йде.</w:t>
      </w:r>
    </w:p>
    <w:p>
      <w:r>
        <w:br/>
        <w:t>Герцель (заступа їй дорогу). Відкіль ідеш, Тетяно, серце?</w:t>
      </w:r>
    </w:p>
    <w:p>
      <w:r>
        <w:br/>
        <w:t>Тетяна. Чого ти лізеш в вічі, гаде? Не можу бачить я тебе!</w:t>
      </w:r>
    </w:p>
    <w:p>
      <w:r>
        <w:br/>
        <w:t>Герцель. А я не можу жить в той день, в який тебе не бачу!..</w:t>
      </w:r>
    </w:p>
    <w:p>
      <w:r>
        <w:br/>
        <w:t>Тетяна. Геть пішов!.. Єхидний пес!.. А то кричати зараз буду.</w:t>
      </w:r>
    </w:p>
    <w:p>
      <w:r>
        <w:br/>
        <w:t>Герцель. О, зглянься, подивись ласкаво на мене! Коханням я до тебе весь од мозку і до п'ят горю, а ти така недобра, що мені і слова ласки не промовиш! Коли противний я тобі, то хоч прикинься та глянь на мене привітніше, ну, з жалощів одних, тоді вже легше мені вмерти, бо все одно помру за те, що не кохаєш!..</w:t>
      </w:r>
    </w:p>
    <w:p>
      <w:r>
        <w:br/>
        <w:t>Тетяна (здригнувшись). О, гидкий! Ти думаєш, душа моя не чує, яка в тобі сичить гадюка?.. Іди від мене геть!.. А то робітників покличу, то виб'ють з тебе твою пекельную жагу дрючками!</w:t>
      </w:r>
    </w:p>
    <w:p>
      <w:r>
        <w:br/>
        <w:t>Герцель (підступа). Хоч руку ж дай подержать!..</w:t>
      </w:r>
    </w:p>
    <w:p>
      <w:r>
        <w:br/>
        <w:t>Тетяна (плює йому у вічі). Тьфу! (Одпиха його). Візьми, що слід тобі!.. (Хутко зникає в хаті).</w:t>
      </w:r>
    </w:p>
    <w:p>
      <w:r>
        <w:br/>
        <w:t>ЯВА III</w:t>
      </w:r>
    </w:p>
    <w:p>
      <w:r>
        <w:br/>
        <w:t>Герцель (сам, витирається). Це поцілунок інший, ніж я ждав!.. Стривай же, Бондарівно!.. Ти поцілуєш ще мене в те саме місце, що зараз наплювала!.. Стривай, голубонько! Сьогодня силою візьму тебе, хоч би ти небом захилилась! У мене все уже готове... В Данилівськім гаю є замок, де вже не раз робили з старостою ми... таківськії діла, ха-ха!.. То там і ти, Тетянко, сьогодня побуваєш!.. Ого-го!.. Не будь я Чеслав Герцель, нехай мене чортяка візьме, коли не научу тебе покинуть дурням сором! (Іде до шинку). Мордохай!</w:t>
      </w:r>
    </w:p>
    <w:p>
      <w:r>
        <w:br/>
        <w:t>ЯВА IV</w:t>
      </w:r>
    </w:p>
    <w:p>
      <w:r>
        <w:br/>
        <w:t>Мордохай входить.</w:t>
      </w:r>
    </w:p>
    <w:p>
      <w:r>
        <w:br/>
        <w:t>Герцель. Ну, що ж?.. Купив у Бондаря ти рибу? Мордохай (єхидно). Купив і гроші вже віддав!</w:t>
      </w:r>
    </w:p>
    <w:p>
      <w:r>
        <w:br/>
        <w:t>Герцель. Тепер, виходить, ти до нього в двір вже вхожий?</w:t>
      </w:r>
    </w:p>
    <w:p>
      <w:r>
        <w:br/>
        <w:t>Мордохай. А звісно!.. Сьогодня рибу на вози кладуть, щоб у Крив'янку одвезти до Гершка,— такий був договор... (Усміхається). І тоді в дворі у Бондаря нікого не останеться!.. Я там сьогодня був разів, мабуть, із п'ять...</w:t>
      </w:r>
    </w:p>
    <w:p>
      <w:r>
        <w:br/>
        <w:t>Герцель. А старий?..</w:t>
      </w:r>
    </w:p>
    <w:p>
      <w:r>
        <w:br/>
        <w:t>Мордохай. Старий не їде; вони ждуть скоро молодого, — мені казали наймити... Та що старий!..</w:t>
      </w:r>
    </w:p>
    <w:p>
      <w:r>
        <w:br/>
        <w:t>Герцель. О!! То це й весілля скоро буде, і діло наше пропаде? Коли так, то треба поспішати!.. Слухай, вже сонце заходить, і наймити не виїдуть сьогодня, а там знов молодий, весілля... і праця пропаде!.. Біжи ж ти зараз в двір і ніби на могорич поклич до себе наймитів та у горілці їм... На!.. (Виймає порошок). Підсип оцей дурман. Вони, як вип'ють, будуть спать смертельним сном, а нам того і треба!.. Потім попробуй виманити Бондаря із хати... Скажи йому, що попилися наймити... що... Видумай причину!.. Аби він ввечері пішов із дому... Ну, хоч таку, наприклад, що розташовані вози і серед двору риба в купі, доглянуть же нема кому; скажи... що дощ замоче... Крутни жидівською ти головою і вимани старого з хати, чуєш?..</w:t>
      </w:r>
    </w:p>
    <w:p>
      <w:r>
        <w:br/>
        <w:t>Мордохай. Крути тут головою... Не знаю, чи удасться...</w:t>
      </w:r>
    </w:p>
    <w:p>
      <w:r>
        <w:br/>
        <w:t>Герцель (про себе). Ну, що ж, коли не вийде з хати, тоді Михал його уб'є, щоб за Тетяною затерти шлях!.. На себе нехай жалкує... (До Мордохая). Гляди ж мені, поки прийду, щоб все було, як я сказав! Тим часом я сюди всю челядь приведу, і ти впусти її у корчму з двору. Нехай сидять напоготові і ждуть мого приказу!.. Повертайсь!</w:t>
      </w:r>
    </w:p>
    <w:p>
      <w:r>
        <w:br/>
        <w:t>Мордохай. Пануню, а червінці?</w:t>
      </w:r>
    </w:p>
    <w:p>
      <w:r>
        <w:br/>
        <w:t>Герцель. Пся крев! Ти взяв вже 50?..</w:t>
      </w:r>
    </w:p>
    <w:p>
      <w:r>
        <w:br/>
        <w:t>Мордохай (цілує його в плече). Узяв, спасибі вам!</w:t>
      </w:r>
    </w:p>
    <w:p>
      <w:r>
        <w:br/>
        <w:t>Герцель. Зроби все діло — візьмеш ще стілько. Ну, мерщій: ніч настає, мені немає часу тут балакати з тобою. (Пішов).</w:t>
      </w:r>
    </w:p>
    <w:p>
      <w:r>
        <w:br/>
        <w:t>ЯВА V</w:t>
      </w:r>
    </w:p>
    <w:p>
      <w:r>
        <w:br/>
        <w:t>Мордохай один, а потім 1-й і 2-й наймити Бондаря.</w:t>
      </w:r>
    </w:p>
    <w:p>
      <w:r>
        <w:br/>
        <w:t>Мордохай. Ой-ой!.. Коли б червінці ті узять мерщій у нього... бо пан Чеслав і батька рідного облупить,— він хитріший жида! Обманить ще. (Підходить до двору Бондаря, загляда і киває пальцем). А йдіть сюди!..</w:t>
      </w:r>
    </w:p>
    <w:p>
      <w:r>
        <w:br/>
        <w:t>1-й наймит (з неохотою). А чого тобі?</w:t>
      </w:r>
    </w:p>
    <w:p>
      <w:r>
        <w:br/>
        <w:t>Мордохай. Чи вже наклали рибу на вози?.. (Загляда у двір). Ой-ой! Яка ще на землі лежить велика купа!..</w:t>
      </w:r>
    </w:p>
    <w:p>
      <w:r>
        <w:br/>
        <w:t>2-й наймит. Швидкий ти дуже!</w:t>
      </w:r>
    </w:p>
    <w:p>
      <w:r>
        <w:br/>
        <w:t>Мордохай. Вус!.. То ви сьогодня ще, мабуть, й не поїдете, а Гершкові потрібна дуже риба: там завтра ярмарок!..</w:t>
      </w:r>
    </w:p>
    <w:p>
      <w:r>
        <w:br/>
        <w:t>1-й наймит. Куди ж його їхать? Зовсім нерано! А поки накладем,то й смеркне.</w:t>
      </w:r>
    </w:p>
    <w:p>
      <w:r>
        <w:br/>
        <w:t>Входять 1-й і 2-й наймити і ще 3-4 без слів.</w:t>
      </w:r>
    </w:p>
    <w:p>
      <w:r>
        <w:br/>
        <w:t>Мордохай. Слухайте, хлопці, зайдіть до мене зараз, я вам поставлю могорич, аби сьогодня рибу повезли...</w:t>
      </w:r>
    </w:p>
    <w:p>
      <w:r>
        <w:br/>
        <w:t>2-й наймит. Та воно не так щоб і нерано було, можна ще й сьогодня виїхать — дорога недалека і знакома...</w:t>
      </w:r>
    </w:p>
    <w:p>
      <w:r>
        <w:br/>
        <w:t>1-й наймит. Та як управимось... там побачимо...</w:t>
      </w:r>
    </w:p>
    <w:p>
      <w:r>
        <w:br/>
        <w:t>Мордохай. Ну, ідіть же випийте гарненько — та й до діла.</w:t>
      </w:r>
    </w:p>
    <w:p>
      <w:r>
        <w:br/>
        <w:t>2-й наймит. Я так думаю: на ранок можна було б поспіти у Крив'янку з рибою.</w:t>
      </w:r>
    </w:p>
    <w:p>
      <w:r>
        <w:br/>
        <w:t>1-й наймит (переходить з другими і Мордохаєм кон). А що ж тут зосталось, може, десять сот докласти та вшнурувать вози... та...</w:t>
      </w:r>
    </w:p>
    <w:p>
      <w:r>
        <w:br/>
        <w:t>Входять в корчму.</w:t>
      </w:r>
    </w:p>
    <w:p>
      <w:r>
        <w:br/>
        <w:t>Мордохай (пропустивши їх). Могорич — це мазь така, що після неї вже колеса не риплять! Але тепер мені байдуже. Всиплю їм того я зілля, що дав пан Чеслав, нехай собі сплять у корчмі... (Виходить).</w:t>
      </w:r>
    </w:p>
    <w:p>
      <w:r>
        <w:br/>
        <w:t>ЯВА VI</w:t>
      </w:r>
    </w:p>
    <w:p>
      <w:r>
        <w:br/>
        <w:t>Входять Марія та Тетяна.</w:t>
      </w:r>
    </w:p>
    <w:p>
      <w:r>
        <w:br/>
        <w:t>Тетяна. Я тричі вже йому казала, що осоружний він мені, що й глянути не можу я на нього, а він, як змій, сичить і лізе в вічі, і бачу я в його очах замір поганий.</w:t>
      </w:r>
    </w:p>
    <w:p>
      <w:r>
        <w:br/>
        <w:t>Марія. О, коли так, то, певно, це не чеснеє кохання!.. Кохання справжнє соромливе, воно ховається і нишком плаче, коли його уразиш дуже.</w:t>
      </w:r>
    </w:p>
    <w:p>
      <w:r>
        <w:br/>
        <w:t>Тетяна. Хотіла я сьогодня батькові сказать, що нападом до мене лізе отой поганий пан.</w:t>
      </w:r>
    </w:p>
    <w:p>
      <w:r>
        <w:br/>
        <w:t>Марія. Нащо його засмучувати й сердить! Такий щасливий він тепер, що жаль йому казати недобру річ яку... Та й нащо? Нехай він тямиться, поганий!.. Сьогодня або завтра Тарас приїде, і скоро ми звідсіль зовсім уберемося! (Сідає на призьбі). То й пана ти того, що він такий противний, не будеш бачити вже більш! Ох! Натомилась як!..</w:t>
      </w:r>
    </w:p>
    <w:p>
      <w:r>
        <w:br/>
        <w:t>ЯВА VII</w:t>
      </w:r>
    </w:p>
    <w:p>
      <w:r>
        <w:br/>
        <w:t>З хати виходить Бондар.</w:t>
      </w:r>
    </w:p>
    <w:p>
      <w:r>
        <w:br/>
        <w:t>Бондар. От добре ви зробили, що сюди вийшли. Такий чудовий вечір. (Присіда біля них). Чи ти не бачила, Маріє, куди пішли Охрім наш та Дем'ян?..</w:t>
      </w:r>
    </w:p>
    <w:p>
      <w:r>
        <w:br/>
        <w:t>Марія. А там в подвір'ї вони складали рибу; не бачила, куди пішли.</w:t>
      </w:r>
    </w:p>
    <w:p>
      <w:r>
        <w:br/>
        <w:t>Бондар. Сьогодня й виїхати б треба, а не вспіють!.. Розпочали й покинули... Чи в корчму часом не пішли!.. Та бог з ними, коли пішли — то й прийдуть! (До Тетяни). Ну, слава ж богові святому, усе йде гаразд. Сьогодня був я у попа, його оповістив про шлюб твій, а завтра вже й Тарас повинен буть з товаришами, якщо сьогодня не приїде!.. Та й уджиґну ж весілля я на славу! Погуляємо тут скілько влізе; а там візьмем Марію і придане та й всі, мов обозом, поїдемо на хутір мій далекий. Все ж безпечніше, поки пройде буря, бо вона от-от почнеться... Устрою там тебе гаразд та й знов сюди вернуся!..</w:t>
      </w:r>
    </w:p>
    <w:p>
      <w:r>
        <w:br/>
        <w:t>Тетяна. Та й ви б там, тату, вже зостались, бо скучно буде тут самим.</w:t>
      </w:r>
    </w:p>
    <w:p>
      <w:r>
        <w:br/>
        <w:t>Бондар. За мене, дочко, не журись. Я попрощаюся з тобою надовго, а може, й навік!.. У мене діло тут є, і треба бути біля нього... Хоч сам рубать я ворога не здужаю, зате ж є другі справи військові, в яких потрібні будуть мої руки; згорнувши ж їх, сидіть тепера сором!.. Я ще не так старий, щоб вже у запічок залізти...</w:t>
      </w:r>
    </w:p>
    <w:p>
      <w:r>
        <w:br/>
        <w:t>Тетяна. А Тарас вам, тату, не казав: чи й він пристане до козаків, коли війна почнеться?..</w:t>
      </w:r>
    </w:p>
    <w:p>
      <w:r>
        <w:br/>
        <w:t>Бондар. Не знаю, як тепер, а раньше він мав думку... Хоч може й в Січі зоставаться... Бо запорожці не всі підуть!.. А тілько ти, моя дитино, його не здержуй своїм коханням, не будь ярмом для козака!.. Дочка моя повинна знать, куди тепер честь лицарська зве кожного із нас!..</w:t>
      </w:r>
    </w:p>
    <w:p>
      <w:r>
        <w:br/>
        <w:t>Тетяна. О тату!.. Не кажи так! Якби мене він взяв з собою — сама б пішла з ним поруч биться!.. Спитала так; жіночу ж долю знаю змалку: від тебе, тату, я навчилась любить козацьку славу, а для неї — і щастя я своє віддам!.. Коли ж Тарас, що вже доволі бід для краю переніс, захоче трохи ще пожить зо мною і в Січі він зостанеться, то... силувать його не буду на війну, бо знаю певно: не від страху він в Січі буде і для такого козака найдеться ще робота.</w:t>
      </w:r>
    </w:p>
    <w:p>
      <w:r>
        <w:br/>
        <w:t>Бондар (цілує її). Як будуть в нас такі, як ти, жінки, не скоро можна козацьку силу звоювать!.. А що, Маріє, чи все у нас готове на весілля?</w:t>
      </w:r>
    </w:p>
    <w:p>
      <w:r>
        <w:br/>
        <w:t>Марія. Ото! За десять день та щоб всього не наготовить?.. Слава богу, наїдяться, хоч всі нехай зберуться на весілля: і ковбас, і холодцю доволі є! А все останнє можна й після наготовить; не я ж одна готовити тут буду, багато є помічників!.. Коли б наш молодий скоріше вернувся, а то Тетяна частіш, ніж перше, в віконце поглядає!</w:t>
      </w:r>
    </w:p>
    <w:p>
      <w:r>
        <w:br/>
        <w:t>Бондар (шуткуючи). А скучила? Скажи!.. Бачу, що скучаєш!.. Скоро буде: як не сьогодня ввечері, то завтра вранці певно.</w:t>
      </w:r>
    </w:p>
    <w:p>
      <w:r>
        <w:br/>
        <w:t>Тетяна. Та то Марія так шуткує, а я щаслива, нема чого мені вже сумувать! Хоч правду, тату, вам скажу я, що як Тарас поїхав, пройшло ще десять день, мені ж здається — год минає!.. Другому б я цього і не сказала, а вас я не соромлюсь, так вже привикла вам свою я душу повірять!</w:t>
      </w:r>
    </w:p>
    <w:p>
      <w:r>
        <w:br/>
        <w:t>Бондар (цілує її в голову). Не нарадуюсь на тебе, не надивлюся, така дитина гарна ти!.. Слухай, Маріє!.. Треба б нам завтра заколоть і третього ще кабана, бо як харчів не стане на весілля, то на всю Січ ти осоромиш старого Бондаря.</w:t>
      </w:r>
    </w:p>
    <w:p>
      <w:r>
        <w:br/>
        <w:t>Марія. Від радощів готові ви порізать все; куди ж його дівать? Повірте вже мені: сто душ ввесь тиждень прохарчуєм!</w:t>
      </w:r>
    </w:p>
    <w:p>
      <w:r>
        <w:br/>
        <w:t>Бондар. Гляди, бо буду сердиться! Єй-богу! Та от ще що, хоч меду в нас доволі, а й варенухи треба стільки ж, бо запорожці на весіллі не вміють жартувать: я знаю добре по собі...</w:t>
      </w:r>
    </w:p>
    <w:p>
      <w:r>
        <w:br/>
        <w:t>Марія. І лишенько вже з вами!.. Вам добру чарку меду дать, то ви й готові!..</w:t>
      </w:r>
    </w:p>
    <w:p>
      <w:r>
        <w:br/>
        <w:t>Бондар. Еге, не знаєш ти, який я був колись!.. По-давньому й за других я міркую... Бувало... Е, що тобі казать!</w:t>
      </w:r>
    </w:p>
    <w:p>
      <w:r>
        <w:br/>
        <w:t>Марія. Бо й правда!.. Що згадувать про те, що вже минуло.</w:t>
      </w:r>
    </w:p>
    <w:p>
      <w:r>
        <w:br/>
        <w:t>Бондар. А чим же й жить на старість літ, коли не тим, що змолоду в душі осталось. О, як то любо в душі старій носить малюнки молодії!.. Я, як тепер, ще бачу себе на воронім коні з товаришами: і в поході, і з бусурменом в Січі!.. Тарас мій дорогий збудив в моїй душі вояцькії заміри, готов я знову думкою хоч воювать, бо вже не маю сили навсправжки з ворогом поміряться. О молодосте-одрадосте, пройшла! Тепер коли б діждаться ще онуків господь благословив, тоді й в дорогу...</w:t>
      </w:r>
    </w:p>
    <w:p>
      <w:r>
        <w:br/>
        <w:t>Марія. Діждете, як дасть бог!.. А я й забула вам сказать: до вас уранці жид Мордохай чогось приходив.</w:t>
      </w:r>
    </w:p>
    <w:p>
      <w:r>
        <w:br/>
        <w:t>Бондар. Та знаю я, чого він лазить!.. Тож він купив для Гершка солоної чотири вози риби з тим, щоб перевезти в Кров'янку моїми чумаками. Сьогодня треба б вже везти по договору, і хлопцям я велів, щоб накладали, а вони, бач, пішли кудись,— мабуть, що загуляли!.. Тепер не знаю, що й робить?</w:t>
      </w:r>
    </w:p>
    <w:p>
      <w:r>
        <w:br/>
        <w:t>Марія. А що ж робить? Ждать прийдеться до ранку!.. Пора ж мені ще й по хазяйству... Ходім поможете хоч ви переточить горілку.</w:t>
      </w:r>
    </w:p>
    <w:p>
      <w:r>
        <w:br/>
        <w:t>Бондар. От добре, що згадала, я й сам хотів про це тобі сказать!.. Ходім. Та треба подивиться ще, що з рибою зробить...</w:t>
      </w:r>
    </w:p>
    <w:p>
      <w:r>
        <w:br/>
        <w:t>Марія і Бондар пішли в хату. Темніє.</w:t>
      </w:r>
    </w:p>
    <w:p>
      <w:r>
        <w:br/>
        <w:t>ЯВА VIII</w:t>
      </w:r>
    </w:p>
    <w:p>
      <w:r>
        <w:br/>
        <w:t>Тетяна (одна). Важко на душі у мене, як згадаю, що ми поберемося і Тарас мене покине зараз, коли поїде на війну!.. І любо серцеві, що биться буде він за рідний край. О, як би гарно жить було на світі, коли б вже ворогів у нас не стало!.. Хранив його господь від смерті, як він малим ще був; вернув його знов з бусурменської неволі в рідний край! То і тепер поверне його цілим з війни, щоб не розбить мого молодого щастя! Як чудно: і радісно мені, і туга якась моє оповиває серце!.. Сумно так зробилось, наче що я дороге загубила!.. Чого воно?.. Чи, може, що з Тарасом сталось, чи так вже я за ним скучаю? Серце занило!.. О милий мій!.. Прилинь скоріше! Зірко вечірняя, на своїм промені подай моєму милому від серця вісточку!.. Встрінеш в дорозі де — шепни йому, щоб прудко їхав, а як ночує де — нехай приснюсь йому...</w:t>
      </w:r>
    </w:p>
    <w:p>
      <w:r>
        <w:br/>
        <w:t>Показується Герцель.</w:t>
      </w:r>
    </w:p>
    <w:p>
      <w:r>
        <w:br/>
        <w:t>Ізнов несе сюди противну ту гадюку. Піду мерщій у хату та богу помолюсь, щоб він послав щасливую дорогу милому. (Пішла).</w:t>
      </w:r>
    </w:p>
    <w:p>
      <w:r>
        <w:br/>
        <w:t>ЯВА IX</w:t>
      </w:r>
    </w:p>
    <w:p>
      <w:r>
        <w:br/>
        <w:t>Виходить Герцель.</w:t>
      </w:r>
    </w:p>
    <w:p>
      <w:r>
        <w:br/>
        <w:t>Герцель (до себе). Утекла! Ха-ха-ха! Тікай, тікай! Ми й там тебе найдемо!.. (До шляхтичів). Нехай же йдуть в корчму і з другими разом ждуть.</w:t>
      </w:r>
    </w:p>
    <w:p>
      <w:r>
        <w:br/>
        <w:t>Шляхтич. Добре, добре.</w:t>
      </w:r>
    </w:p>
    <w:p>
      <w:r>
        <w:br/>
        <w:t>Герцель. Та щоб усі були готові, може, прийдеться пустить в діло і шаблі, і пістолі.</w:t>
      </w:r>
    </w:p>
    <w:p>
      <w:r>
        <w:br/>
        <w:t>Шляхтич. Добре, добре!</w:t>
      </w:r>
    </w:p>
    <w:p>
      <w:r>
        <w:br/>
        <w:t>Герцель. Старого ж, якщо зостанеться у хаті, треба вбить, бо гвалту він наробе і все на гвалт збіжиться. Так вам тоді трудніше буде себе оборонять, ніж зразу вбить одного!..</w:t>
      </w:r>
    </w:p>
    <w:p>
      <w:r>
        <w:br/>
        <w:t>Шляхтич. Добре, добре! Я його так проткну, що він і не писне!</w:t>
      </w:r>
    </w:p>
    <w:p>
      <w:r>
        <w:br/>
        <w:t>Герцель. Тим часом я попробую старого виманити з хати, то буде далеко краще, а ви позирайте, як тілько вийде, миттю хапайте Тетяну на коней і вихром мчіть до гаю, нехай потім шукають!</w:t>
      </w:r>
    </w:p>
    <w:p>
      <w:r>
        <w:br/>
        <w:t>Шляхтич. Добре, добре! (Йде).</w:t>
      </w:r>
    </w:p>
    <w:p>
      <w:r>
        <w:br/>
        <w:t>Герцель. Покличте сюди Мордохая!</w:t>
      </w:r>
    </w:p>
    <w:p>
      <w:r>
        <w:br/>
        <w:t>Шляхтич. Добре, добре!</w:t>
      </w:r>
    </w:p>
    <w:p>
      <w:r>
        <w:br/>
        <w:t>Герцель. Далеко краще буде, коли старий піде з хати! Входе Мордохай.</w:t>
      </w:r>
    </w:p>
    <w:p>
      <w:r>
        <w:br/>
        <w:t>Ну що?</w:t>
      </w:r>
    </w:p>
    <w:p>
      <w:r>
        <w:br/>
        <w:t>ЯВА X</w:t>
      </w:r>
    </w:p>
    <w:p>
      <w:r>
        <w:br/>
        <w:t>Мордохай. Наймити вже сплять як мертві.</w:t>
      </w:r>
    </w:p>
    <w:p>
      <w:r>
        <w:br/>
        <w:t>Герцель. А старий?</w:t>
      </w:r>
    </w:p>
    <w:p>
      <w:r>
        <w:br/>
        <w:t>Мордохай. Я ще не вспів сходить до нього.</w:t>
      </w:r>
    </w:p>
    <w:p>
      <w:r>
        <w:br/>
        <w:t>Герцель. То йди ж мерщій, чого ти мнешся?</w:t>
      </w:r>
    </w:p>
    <w:p>
      <w:r>
        <w:br/>
        <w:t>Мордохай. Ой пануню, я боюся, щоб після він не догадався, що й я тут винен. Тоді кому скрутиться, а жидові змелеться!..</w:t>
      </w:r>
    </w:p>
    <w:p>
      <w:r>
        <w:br/>
        <w:t>Герцель. Бидло, патинок! Слухай, я тут зостанусь, і як ти вийдеш з Бондарем — тебе почну я лаять. Тоді побачить він, що між нами немає згоди!.. Ну, йди!.. А там що буде, мудруй вже сам своєю головою; не можна ж все тобі дощенту розказать.</w:t>
      </w:r>
    </w:p>
    <w:p>
      <w:r>
        <w:br/>
        <w:t>Мордохай. Щось у мене в колінах ноги згинаються і наче попід шкурою комашня бігає.</w:t>
      </w:r>
    </w:p>
    <w:p>
      <w:r>
        <w:br/>
        <w:t>Герцель. Я тобі дам комашню! Хоч пропади!.. Пізно вже вертаться: червінці взяв? Іди!..</w:t>
      </w:r>
    </w:p>
    <w:p>
      <w:r>
        <w:br/>
        <w:t>Мордохай. Віддайте мені решту, може, я сміливіший стану.</w:t>
      </w:r>
    </w:p>
    <w:p>
      <w:r>
        <w:br/>
        <w:t>Герцель. Я як чесну тебе цим палашем по голові, то ти забудеш страх!..</w:t>
      </w:r>
    </w:p>
    <w:p>
      <w:r>
        <w:br/>
        <w:t>Мордохай. Ще й Бондаря немає тут, а ви не тілько лаєте, а й бить збираєтесь. (Ідучи в хату Бондаря). Пропали п'ятдесят червінців!.. Коли вже палашем лякає, то грошей не віддасть!.. Ой вей мір!.. Єхидний чоловік! (Пішов у хату).</w:t>
      </w:r>
    </w:p>
    <w:p>
      <w:r>
        <w:br/>
        <w:t>ЯВА XI</w:t>
      </w:r>
    </w:p>
    <w:p>
      <w:r>
        <w:br/>
        <w:t>Герцель (сам). Щось і мене вже страх обняв... Ану, як хто надійде, та не один?.. Чернь зробилася чогось чутка: тілько що шерхне, зараз і голову підійме... Нехай сам Михал справляється тут, а я піду звідціль і буду ждать коней. Коли Михал діло справить, то я покористуюсь, а як його застукають, нехай він своїми боками плате, бо у мене щось мало охоти підставлять голову. Найкраще загрібати жар чужими руками, а дурнів, слава богу, є доволі! Коли ж Михайло руки попече, у мене боліть не буде!</w:t>
      </w:r>
    </w:p>
    <w:p>
      <w:r>
        <w:br/>
        <w:t>ЯВА XII</w:t>
      </w:r>
    </w:p>
    <w:p>
      <w:r>
        <w:br/>
        <w:t>Входять Мордохай і Бондар.</w:t>
      </w:r>
    </w:p>
    <w:p>
      <w:r>
        <w:br/>
        <w:t>Бондар. Нащо ж ти, чортів сину, їх напоїв? Мабуть, могоричив, щоб більше риби положили?</w:t>
      </w:r>
    </w:p>
    <w:p>
      <w:r>
        <w:br/>
        <w:t>Мордохай. Єй-богу, ні, вони самі понапивались.</w:t>
      </w:r>
    </w:p>
    <w:p>
      <w:r>
        <w:br/>
        <w:t>Герцель. Чуєш ти, поганий жид... Чи довго я тебе тут буду ждать?!</w:t>
      </w:r>
    </w:p>
    <w:p>
      <w:r>
        <w:br/>
        <w:t>Мордохай. Зараз, зараз, постривайте, пануню!.. Мені ось треба з ними побалакати за рибу.</w:t>
      </w:r>
    </w:p>
    <w:p>
      <w:r>
        <w:br/>
        <w:t>Герцель. Іди, іродів іудо, зараз до пана старости і неси гроші, бо я тебе тут так потасую, що з тебе самого риба посиплеться!.. Бач, він з рибою возиться, а я повинен ждать. Пішов!.. (Штовха жида, жид перед ним присіда і зводить до нього руки).</w:t>
      </w:r>
    </w:p>
    <w:p>
      <w:r>
        <w:br/>
        <w:t>Мордохай. Зараз, зараз! Єй-богу, зараз! (До Бондаря). А як же риба так стоятиме: надворі, у розташованих возах і без догляду?.. Піде дощ — замоче, і хто захоче — візьме скілько йому треба!.. Досить того, що сьогодня не повезли, та ще розтаскають!..</w:t>
      </w:r>
    </w:p>
    <w:p>
      <w:r>
        <w:br/>
        <w:t>Бондар. Ну, годі!.. Нехай ти здохнеш з своїм картанням! Я зараз найду людей і дам їй раду. (Іде).</w:t>
      </w:r>
    </w:p>
    <w:p>
      <w:r>
        <w:br/>
        <w:t>Герцель (заміряється на жида). Ти довго тут возитимешся з рибою, анафема!..</w:t>
      </w:r>
    </w:p>
    <w:p>
      <w:r>
        <w:br/>
        <w:t>Мордохай (злякався справді). Та я ж іду!.. (Одхиляється, наче його хто хоче вдарить в лице). Та я ж іду!.. Не жартуйте, мостіпане, бо ви мене на смерть перелякаєте!..</w:t>
      </w:r>
    </w:p>
    <w:p>
      <w:r>
        <w:br/>
        <w:t>Герцель. Іди, іди!.. Ще й базіка, шкапина шкура! Всі виходять. Мордохай іде і озирається, щоб його Герцель не вдарив.</w:t>
      </w:r>
    </w:p>
    <w:p>
      <w:r>
        <w:br/>
        <w:t>ЯВА XIII</w:t>
      </w:r>
    </w:p>
    <w:p>
      <w:r>
        <w:br/>
        <w:t>На кону пусто. Мелодрама піаніссімо. Через яке врем'я челядь виходе з оранди, підходить і зникає в хаті. Музика переходить в бурю. Остатня челядь стає лавою біля дверей. Все робиться хутко, як по задуманому плану, але не торопко. Через хвилину з хати чуть страшенний жіночий крик, потім вистріл. В оркестрі буря фортіссімо, а вслід за тим виносять Бондарівну, загорнуту в кирею, і хутко несуть через кон. Всі зникають. Музика затиха не зразу. Мала пауза.</w:t>
      </w:r>
    </w:p>
    <w:p>
      <w:r>
        <w:br/>
        <w:t>ЯВА XIV</w:t>
      </w:r>
    </w:p>
    <w:p>
      <w:r>
        <w:br/>
        <w:t>Входить Денис.</w:t>
      </w:r>
    </w:p>
    <w:p>
      <w:r>
        <w:br/>
        <w:t>Денис. Що воно за поїзжане проїхали біля мене?.. Буда якась закрита, а кругом верхові; щось чудне — наче весілля!.. Весілля!.. І тут весілля скоро буде у Тетяни!.. О зла фортуно!.. Не можу ждать її весілля, щоб дивиться, як дівчину, котру кохаю, другий веде до шлюбу!.. Зовсім зібрався і чуть світ завтра поїду з товариством в Січ. А все ж не видержав, прийшов хоч попрощаться... О Тетяно! Тетяно!.. Як тяжко іти до тебе в хату з тим, щоб побачить тебе і знов розстаться на ввесь вік! Е, буду козаком, піду і попрощаюсь, як з сестрою!.. Що ж це у них і двері одчинені навстіж, і наче там нема нікого — так тихо! (Входить у хату).</w:t>
      </w:r>
    </w:p>
    <w:p>
      <w:r>
        <w:br/>
        <w:t>ЯВА XV</w:t>
      </w:r>
    </w:p>
    <w:p>
      <w:r>
        <w:br/>
        <w:t>Входять Бондар і 1-й і 2-й чоловіки.</w:t>
      </w:r>
    </w:p>
    <w:p>
      <w:r>
        <w:br/>
        <w:t>Бондар. Цього ніколи не було, щоб так смертельно попилися мої хлопці... Ми хутко приберем і упакуємо вози...</w:t>
      </w:r>
    </w:p>
    <w:p>
      <w:r>
        <w:br/>
        <w:t>Денис (вискакує з хати як несамовитий). О боже праведний, мов грім мене ударив!..</w:t>
      </w:r>
    </w:p>
    <w:p>
      <w:r>
        <w:br/>
        <w:t>Бондар (торопко). Денисе, що з тобою?</w:t>
      </w:r>
    </w:p>
    <w:p>
      <w:r>
        <w:br/>
        <w:t>Денис. Марію вбито, і нема Тетяни в хаті.</w:t>
      </w:r>
    </w:p>
    <w:p>
      <w:r>
        <w:br/>
        <w:t>Бондар. Що?.. (Кидається в хату, за ним 1-й і 2-й чоловіки).</w:t>
      </w:r>
    </w:p>
    <w:p>
      <w:r>
        <w:br/>
        <w:t>Денис. О, мозок мій перевертається!.. Не знаю я, подумать що?! А!.. Стривай!.. Як блискавка все разом освітила!.. Так це я бачив сам, як мимо мене Тетяну повезли... Кохання знайде шлях!.. На коня зараз і в погоню!.. (Хутко пішов).</w:t>
      </w:r>
    </w:p>
    <w:p>
      <w:r>
        <w:br/>
        <w:t>Бондар. Людоїди!.. Немає сили. Вітру... вітру!.. (Хитається, його піддержують. З великою натугою вдихає в себе глибоко воздух). Коня! Мушкет, шаблю!.. (Грізно). Бондар старий покаже, як він дочку уміє боронить!.. Найду її я під землею!.. Ох!.. (Хапається за груди і проводить рукою по голові). В очах темніє... Води, води! О!..</w:t>
      </w:r>
    </w:p>
    <w:p>
      <w:r>
        <w:br/>
        <w:t>Один чоловік спішить у хату, другий хоче піддержать старого.</w:t>
      </w:r>
    </w:p>
    <w:p>
      <w:r>
        <w:br/>
        <w:t>Тетянко!.. Дочко!.. (Пада).</w:t>
      </w:r>
    </w:p>
    <w:p>
      <w:r>
        <w:br/>
        <w:t>Завіса</w:t>
      </w:r>
    </w:p>
    <w:p>
      <w:r>
        <w:br/>
        <w:t>ДІЯ ЧЕТВЕРТА</w:t>
      </w:r>
    </w:p>
    <w:p>
      <w:r>
        <w:br/>
        <w:t>ОДМІНА ПЕРША</w:t>
      </w:r>
    </w:p>
    <w:p>
      <w:r>
        <w:br/>
        <w:t>У Бондаря в хаті. Ніч. Горить світло.</w:t>
      </w:r>
    </w:p>
    <w:p>
      <w:r>
        <w:br/>
        <w:t>ЯВА І</w:t>
      </w:r>
    </w:p>
    <w:p>
      <w:r>
        <w:br/>
        <w:t>Запорожці і народ, з косами, ціпами і рушницями.</w:t>
      </w:r>
    </w:p>
    <w:p>
      <w:r>
        <w:br/>
        <w:t>1-й запорожець. Спішили ми з усієї сили, весілля нам щоб тут одбуть мерщій, поспіли ж якраз на похорони.</w:t>
      </w:r>
    </w:p>
    <w:p>
      <w:r>
        <w:br/>
        <w:t>2-й запорожець. Еге. Мене найбільш в досаду вводить, що ми тих іродів тут не зуспіли! Приїдь хоч за годину раньше, то цього б не було, бо й молодиця була ще тепла, коли ввійшли у хату. Виходить, недовірки успіли тілько зникнути, як ми у двір уїхали.</w:t>
      </w:r>
    </w:p>
    <w:p>
      <w:r>
        <w:br/>
        <w:t>1-й запорожець. А певно так. Нам тілько слід мерщій би взять, то не сховаються вони й у хмарах!</w:t>
      </w:r>
    </w:p>
    <w:p>
      <w:r>
        <w:br/>
        <w:t>2-й запорожець. Старого жаль мені, а молода, може, й сама пішла — жіноча, сказано, порода.</w:t>
      </w:r>
    </w:p>
    <w:p>
      <w:r>
        <w:br/>
        <w:t>1-й запорожець. Ну, видумай ще що! Тебе ми знаєм: ти і святому не повіриш. Коли пішла охотою, нащо ж то вбито молодицю? Вона не на ланцюгу сиділа — пішла б і так.</w:t>
      </w:r>
    </w:p>
    <w:p>
      <w:r>
        <w:br/>
        <w:t>Всі. Правда, правда!</w:t>
      </w:r>
    </w:p>
    <w:p>
      <w:r>
        <w:br/>
        <w:t>ЯВА II</w:t>
      </w:r>
    </w:p>
    <w:p>
      <w:r>
        <w:br/>
        <w:t>Тарас виходе з світлиці.</w:t>
      </w:r>
    </w:p>
    <w:p>
      <w:r>
        <w:br/>
        <w:t>Тарас. А що, пани-товариші, не привели ще наймитів і досі?</w:t>
      </w:r>
    </w:p>
    <w:p>
      <w:r>
        <w:br/>
        <w:t>2-й запорожець. Та тілько що пішли за ними.</w:t>
      </w:r>
    </w:p>
    <w:p>
      <w:r>
        <w:br/>
        <w:t>Тарас. Біжіть ще чоловіка зо три в корчму і на руках сюди їх принесіть — ми їх розбудимо скоріше тут.</w:t>
      </w:r>
    </w:p>
    <w:p>
      <w:r>
        <w:br/>
        <w:t>Кілька чоловік хутко виходять.</w:t>
      </w:r>
    </w:p>
    <w:p>
      <w:r>
        <w:br/>
        <w:t>Не видержав старий страшенної урази: руки й ноги однялись, і мову стратив!.. Тетяно! Тетяно! О, встаньте, всі замучені, і научіть, помститься як за горличку мою!.. Чого ж вони так довго баряться, немає сили більше ждать.</w:t>
      </w:r>
    </w:p>
    <w:p>
      <w:r>
        <w:br/>
        <w:t>2-й запорожець. Угамуйся! Ще рано — і перші півні не співали.</w:t>
      </w:r>
    </w:p>
    <w:p>
      <w:r>
        <w:br/>
        <w:t>ЯВА III</w:t>
      </w:r>
    </w:p>
    <w:p>
      <w:r>
        <w:br/>
        <w:t>Запорожці і наймити.</w:t>
      </w:r>
    </w:p>
    <w:p>
      <w:r>
        <w:br/>
        <w:t>1-й запорожець. Смертельно п'яні лежали в корчмі, водою їх насилу одлили, але й тепер, здається, ще без пам'яті вони.</w:t>
      </w:r>
    </w:p>
    <w:p>
      <w:r>
        <w:br/>
        <w:t>Тарас. Яка ж нечиста сила вас підвела напиться так смертельно?</w:t>
      </w:r>
    </w:p>
    <w:p>
      <w:r>
        <w:br/>
        <w:t>Наймит. Нас жид Мордохай позвав на могорич. Я випив тілько зо три чарки і пам'ять потеряв.</w:t>
      </w:r>
    </w:p>
    <w:p>
      <w:r>
        <w:br/>
        <w:t>Тарас. Не обійшлося тут без жида, я так і знав! Тягніть сюди із корчми — дознаться треба, куди Тетяну повезли.</w:t>
      </w:r>
    </w:p>
    <w:p>
      <w:r>
        <w:br/>
        <w:t>2-й запорожець. Ходім удвох, Трохиме, ми знаємо з тобою, як жида лоскотать, щоб розказав всю правду.</w:t>
      </w:r>
    </w:p>
    <w:p>
      <w:r>
        <w:br/>
        <w:t>Пішли.</w:t>
      </w:r>
    </w:p>
    <w:p>
      <w:r>
        <w:br/>
        <w:t>Тарас. Мерщій, мерщій! Хвилина кожна дорога! Вони далеко ще заїхати не вспіли, цю ж ніч нам треба їх знайти. Для кого ж більш, як не для ляха, служив в такому ділі жид! Вони, вони так люто наругались над тим, що святостю щитаєм ми! Розпутні!.. Нема в вас віри в бога! Не тілько честь чужа, дівоча честь... Але й своя, як виграшка дитяча, забавою вам служить!.. О, діти Ірода самого над честю більше надругаться б не змогли! Тетяно, голубко чистая моя! Де ж ти! Горличко!.. Що звить мені й собі кубелечко бажала так! Кубелечко... Може, тепер знущається який поганець над тобою, і я не можу душу вирвать з нього і роздавить її в своїх руках! Погані жаби!.. Кров в жилах змерзла од думки однієї, що з нею зроблять там ті людоїди, гробаки!! О, дайте ж жида! Чом жида не ведуть? Я жили витягну всі з нього!</w:t>
      </w:r>
    </w:p>
    <w:p>
      <w:r>
        <w:br/>
        <w:t>ЯВА IV</w:t>
      </w:r>
    </w:p>
    <w:p>
      <w:r>
        <w:br/>
        <w:t>Вводять жида. Жид від страху закам'янів.</w:t>
      </w:r>
    </w:p>
    <w:p>
      <w:r>
        <w:br/>
        <w:t>Тарас (кидається на нього, як тигр, і потрясає). Де дів Тетяну?? Кажи, Іуда. Зараз! А ні, дітей твоїх і жінку я при тобі поріжу, а потім і самого крючком гарячим за ребро повішу, на вогні засмажу!.. Ну ж! Кажи! Мовчиш? О, о! Диявол! Ти заговориш зараз! (Вихоплює до половини шаблю).</w:t>
      </w:r>
    </w:p>
    <w:p>
      <w:r>
        <w:br/>
        <w:t>Жид пада навколішки.</w:t>
      </w:r>
    </w:p>
    <w:p>
      <w:r>
        <w:br/>
        <w:t>Ні, не так... (Перемагає себе, підніма його і ласкаво). Ну годі, не лякайся! Нічого я тобі не вдію, скажи ж, скажи мені: ти, певно, знаєш, де Тетяна, хто вкрав її?</w:t>
      </w:r>
    </w:p>
    <w:p>
      <w:r>
        <w:br/>
        <w:t>Мордохай (тихо). Її взяли до ясновельможного пана старости.</w:t>
      </w:r>
    </w:p>
    <w:p>
      <w:r>
        <w:br/>
        <w:t>Тарас (скипівши). Не кажи так, падло! Кип'ячою смолою твої речі капають у моє серце!! Не взяли до старости ясновельможного, а душогубством, силою її для нього вкрали! (Знову перемагає себе). Куди лі вони її поділи? Ти все повинен знать, кажи мерщій!</w:t>
      </w:r>
    </w:p>
    <w:p>
      <w:r>
        <w:br/>
        <w:t>Мордохай. Єй-богу, я не знаю!</w:t>
      </w:r>
    </w:p>
    <w:p>
      <w:r>
        <w:br/>
        <w:t>Тарас. Не бреши, бо задавлю одразу! Душа твоя запродана чортам,— не вірю, щоб не знав!</w:t>
      </w:r>
    </w:p>
    <w:p>
      <w:r>
        <w:br/>
        <w:t>Мордохай. Я тілько чув, що вельможний пан староста дуже покохав Тетяну і звелів підручному своєму шляхтичу Чеславу її безпременно зманить чи ласкою, чи силою, украсти, більш я нічого не знаю, хоч зараз вбийте.</w:t>
      </w:r>
    </w:p>
    <w:p>
      <w:r>
        <w:br/>
        <w:t>Тарас. О гадино! З смердючим від розпутства тілом! І в нього, у людоїда, є кохання до чистої, як херувим, Тетяни! І він посміє до неї доторкнуться... Осмілиться... До моєї горлички... До моєї Тетяни?! О-о-о!.. В душі моїй Долить, наче хто вогню сюди насипав!.. Що ж я зроблю йому? Що ж я зроблю йому? Живого закопаю в землю, кип'ячою смолою напою! Мало, мало, мало!! Не знаю муки я такої, щоб сорок день він умирав і щоб боліло в нього все так тіло, як тепер болить душа моя! Пани-товариші! Знайдіть такої кари й муки, щоб самий з нас запеклий не зміг перенести, і зараз в замок! Там всіх замучить, поки Тетяни не знайдемо! І жида взять з собою!</w:t>
      </w:r>
    </w:p>
    <w:p>
      <w:r>
        <w:br/>
        <w:t>ЯВА V</w:t>
      </w:r>
    </w:p>
    <w:p>
      <w:r>
        <w:br/>
        <w:t>Денис (вбіга). Знайшов я шлях! Я знаю, де Тетяна!</w:t>
      </w:r>
    </w:p>
    <w:p>
      <w:r>
        <w:br/>
        <w:t>Тарас. Знаєш?! Так кажи ж, кажи мерщій!</w:t>
      </w:r>
    </w:p>
    <w:p>
      <w:r>
        <w:br/>
        <w:t>Денис. Тут недалеко, в Данилівськім гаю, є замок, де староста частенько проживає. У той замок Тетяну одвезли і челядинців там із двадцять, щоб стерегти її, зосталось. Я зараз відтіля і тілько що сюди доїхав, як стрів оце біля церкви пана старосту — мабуть, туди поїхав. Коли поїдемо ми прудко, то певно доженем його.</w:t>
      </w:r>
    </w:p>
    <w:p>
      <w:r>
        <w:br/>
        <w:t>2-й запорожець. Веди нас, Тарасе, куди хочеш, ми трупом ляжем!</w:t>
      </w:r>
    </w:p>
    <w:p>
      <w:r>
        <w:br/>
        <w:t>Всі. Трупом ляжем!</w:t>
      </w:r>
    </w:p>
    <w:p>
      <w:r>
        <w:br/>
        <w:t>Тарас. О, вся лютість, яку я раніше мав на ворогів, тепер вже виросла стократ! її у мене більше, ніж можу я вмістить в собі! У волоску у кожному на голові моїй одна помста, помста, помста! І тисяча трупів вражих за один мізинець Тетяни мало! Я пекло все здивую своєю лютістю на ворогів. За мною, товариство, ми зробимо свою розправу!!</w:t>
      </w:r>
    </w:p>
    <w:p>
      <w:r>
        <w:br/>
        <w:t>Всі. Веди нас, Тарасе, ми трупом ляжем.</w:t>
      </w:r>
    </w:p>
    <w:p>
      <w:r>
        <w:br/>
        <w:t>Завіса</w:t>
      </w:r>
    </w:p>
    <w:p>
      <w:r>
        <w:br/>
        <w:t>ОДМІНА ДРУГА</w:t>
      </w:r>
    </w:p>
    <w:p>
      <w:r>
        <w:br/>
        <w:t>Розкішно вбрана кімната з ліжком під балдахіном.</w:t>
      </w:r>
    </w:p>
    <w:p>
      <w:r>
        <w:br/>
        <w:t>ЯВА І</w:t>
      </w:r>
    </w:p>
    <w:p>
      <w:r>
        <w:br/>
        <w:t>Тетяна і Герцель.</w:t>
      </w:r>
    </w:p>
    <w:p>
      <w:r>
        <w:br/>
        <w:t>Герцель. Дивись, як гарно тут, Тетяно! Чого ж лютуєш ти? Лютуй вже не лютуй, звідціль тобі назад нема Дороги.</w:t>
      </w:r>
    </w:p>
    <w:p>
      <w:r>
        <w:br/>
        <w:t>Тетяна. О, не лякай мене, поганий! Я знаю, є дорога — вона веде на той світ; її знайду я, аби змію таку, як ти, не допустить до себе!</w:t>
      </w:r>
    </w:p>
    <w:p>
      <w:r>
        <w:br/>
        <w:t>Герцель. Чудна яка, єй-богу, ти!.. Ну годі вже дитячим розумом на все дивиться!.. Тебе сюди привіз я не для себе, а староста, вельможний пан наш, так звелів!</w:t>
      </w:r>
    </w:p>
    <w:p>
      <w:r>
        <w:br/>
        <w:t>Тетяна. Староста!.. Не вірю я, щоб пан вельможний такий, як ти, розпутний був і не соромився з тобою рядом стать, щоб розбить моє щастя!</w:t>
      </w:r>
    </w:p>
    <w:p>
      <w:r>
        <w:br/>
        <w:t>Герцель. Бо ти не знаєш ще, яка живе принада в очах дівочої краси!.. Принада ця людей на світі держить. Коли сама дознаєшся, тоді повіриш! Вельможний пан цю чарівничу силу звідав, і ти давно його принадою в житті вже стала. Сховать тебе хотів від нього я, бо й сам смак знаю у красі, та не згодилась ти, щоб покохать мене, як я тебе кохаю!</w:t>
      </w:r>
    </w:p>
    <w:p>
      <w:r>
        <w:br/>
        <w:t>Тетяна. Бодай би ви посліпли раньш обоє, ніж мене вздріли!.. Не християне ви, ви гірш татар поганих! Ти чортів брат, я бачу по очах твоїх єхидних! Скажи ж мені, який ти окуп взяв від старости, щоб наругаться так над честію моєю?</w:t>
      </w:r>
    </w:p>
    <w:p>
      <w:r>
        <w:br/>
        <w:t>Герцель. О моє кохання!.. Не взяв нічого я!.. Одне бажання, щоб бачить тут тебе щодня самому, дало мені одвагу тебе достать і привезти сюди до старости в будинок.</w:t>
      </w:r>
    </w:p>
    <w:p>
      <w:r>
        <w:br/>
        <w:t>Тетяна. З кохання чистого такого зла ніхто не вдіє: любить і ту ж людину віддать другому, щоб він над честю наругавсь?! Не вірю я тобі ні слова!.. Це може тілько сатана зробить, щоб потішаться над людьми. А ти диявол, і тобі заздро, коли хто світом праведної жизні освічує твій вид гидкий, мізерний, закаляний в безчесті!.. О! Осоружний, зійди з очей, не можу бачить я тебе!.. (Одвертається).</w:t>
      </w:r>
    </w:p>
    <w:p>
      <w:r>
        <w:br/>
        <w:t>Герцель. Хоч як ти будеш мене лаять, а я тебе кохаю більш все й більш... Тебе бажаю до загину!..</w:t>
      </w:r>
    </w:p>
    <w:p>
      <w:r>
        <w:br/>
        <w:t>Тетяна (складає руки). Зробися чоловіком!.. Пусти мене! Я дам за себе викуп удвоє більший, ніж ти узяв у старости!.. Я все добро, що в батька є, тобі віддам! Повір мені, не обманю тебе я!.. Пусти мене, благаю!.. Сьогодня буде мій Тарас коханий, він теж заплатить вдвоє; з такими грішми ти порівняєшся з вельможними панами!.. (Стає на коліна). Я на колінах тебе молю!.. Простю тобі наругу цю, забуду!.. І батько мій, і милий мій не будуть гніваться на тебе! Я обіщаюся за них, тілько вези мене назад додому.</w:t>
      </w:r>
    </w:p>
    <w:p>
      <w:r>
        <w:br/>
        <w:t>Герцель (до себе). На ус це треба закрутить! (До Тетяни). Пізно вже! От-от тут буде староста, бо й йому вже дано знать, що ми тебе достали... Мені й самому жаль...</w:t>
      </w:r>
    </w:p>
    <w:p>
      <w:r>
        <w:br/>
        <w:t>Тетяна. О, будь проклят ти, недовірку! Земля як носить ще тебе? Ти не ходить по ній повинен, а лазити, як змій!.. Йому ти рідний син!</w:t>
      </w:r>
    </w:p>
    <w:p>
      <w:r>
        <w:br/>
        <w:t>Герцель. Коли ти з старостою зійдешся без сварки, а потім приголубиш і мене гарненько... То вір мені — я одвезу тебе до батька! А про твоє безчестя,— як ти кажеш, бо я не бачу тут його,— не буде знать ніхто! Коханий твій візьме тебе і так, як любить, а ти від цього, далебі, нічого не втеряєш! Така ж самісенька зостанешся, як і тепер.</w:t>
      </w:r>
    </w:p>
    <w:p>
      <w:r>
        <w:br/>
        <w:t>Тетяна. Бодай тебе за ції речі грім божий зараз вбив! Саме розпутство більш має сорому, ніж ти!.. Зійди з очей моїх, бо голову свою я об стіну розіб'ю, коли ще довш твій голос чути буду!..</w:t>
      </w:r>
    </w:p>
    <w:p>
      <w:r>
        <w:br/>
        <w:t>Герцель. Ха-ха-ха! Ну, що ти зробиш против сили? Як будеш воювать, велю зв'язать стрічками з оксамиту. Покорись, Тетянко! Ти не в таких руках, щоб випручатись скоро.</w:t>
      </w:r>
    </w:p>
    <w:p>
      <w:r>
        <w:br/>
        <w:t>Тетяна. О боже!.. Що робить? Яви свою ти милость, не дай в безчесті згинуть!</w:t>
      </w:r>
    </w:p>
    <w:p>
      <w:r>
        <w:br/>
        <w:t>ЯВА II</w:t>
      </w:r>
    </w:p>
    <w:p>
      <w:r>
        <w:br/>
        <w:t>Вбігає челядинець.</w:t>
      </w:r>
    </w:p>
    <w:p>
      <w:r>
        <w:br/>
        <w:t>Челядинець. Вельможний пан староста приїхав! (Виходить).</w:t>
      </w:r>
    </w:p>
    <w:p>
      <w:r>
        <w:br/>
        <w:t>Тетяна, стрепенувшись вся, піднімається.</w:t>
      </w:r>
    </w:p>
    <w:p>
      <w:r>
        <w:br/>
        <w:t>Герцель. Совітую тобі, Тетянко, покинути свою пиху, свою дитячу соромливість, і тоді засяєш ти такою новою красою, що й мертві б ожили, якби побачили, а послі і сама спасибі мені скажеш.</w:t>
      </w:r>
    </w:p>
    <w:p>
      <w:r>
        <w:br/>
        <w:t>Тетяна (до себе). Староста!.. Він пан!.. Вельможний!.. До його серця і душі я шлях найду скорійше, він жалості повинен більше мать, ніж цей паскудний лизоблюд!</w:t>
      </w:r>
    </w:p>
    <w:p>
      <w:r>
        <w:br/>
        <w:t>Входить староста. Герцель йому кланяється низько. Староста показує йому знаком, щоб Герцель вийшов, той зникає. Староста любує.</w:t>
      </w:r>
    </w:p>
    <w:p>
      <w:r>
        <w:br/>
        <w:t>Староста. Не було, й немає кращої на світі, і не буде!.. Очима п'ю її; здається, що й в раю такого щастя праведні душі не зазнають, яке тут на землі вона дає тому, кого кохає!</w:t>
      </w:r>
    </w:p>
    <w:p>
      <w:r>
        <w:br/>
        <w:t>Тетяна. Сам бог тебе приніс, щоб вигнать звідціля того лукавого нечистого, що душу тут мою він змучив.</w:t>
      </w:r>
    </w:p>
    <w:p>
      <w:r>
        <w:br/>
        <w:t>Староста. Крулева ти між усіма жінками, і пан Чеслав тебе не поважав?</w:t>
      </w:r>
    </w:p>
    <w:p>
      <w:r>
        <w:br/>
        <w:t>Тетяна. Зневаги гірш таке, як в нього, поважання!.. Вельможний пане!.. На тебе дивлячись, мені здається, що в серці маєш ти більш жалощів, ніж твій прислужник... Ти звелів йому пожартувать... Хотів ти посміятися, може... Щоб він привіз мене сюди!.. Ну годі ж вже, доволі!.. Тепер вели йому назад мене вернути зараз, бо батька ви мого цим так уразите, що занедужа він, сердешний!..</w:t>
      </w:r>
    </w:p>
    <w:p>
      <w:r>
        <w:br/>
        <w:t>Староста. Не жарти це. Без тебе жити я не можу... Я не пустю тебе звідціль, поки моя не будеш ти.</w:t>
      </w:r>
    </w:p>
    <w:p>
      <w:r>
        <w:br/>
        <w:t>Тетяна (до себе). Остатняя надія пропала!.. О нещаслива доля, куди мене ти завела, що я робити мушу?</w:t>
      </w:r>
    </w:p>
    <w:p>
      <w:r>
        <w:br/>
        <w:t>Староста. Просю тебе: прости мене! Я проклинаю сам себе, що причинив тобі такеє горе! Прости і подивись на мене привітніше. Душа моя, я весь тебе бажаю більш, ніж раю. То що ж мені було зробить, щоб тут ще, на землі, у рай попасти? Тебе достать! Хоч силою, хоч душогубством!.. І я достав тебе... Я рідний край, лицарську честь, дітей і жінку — усе покинути готов, аби з тобою час один... А там... умерти!.. (Підходить трохи ближче).</w:t>
      </w:r>
    </w:p>
    <w:p>
      <w:r>
        <w:br/>
        <w:t>Тетяна. І ти такий, як твій прислужник!.. Вас одна мати породила!.. Я думала, що пан вельможний справді лицар!.. Аж бачу, що і в тебе на макове зерно немає честі!.. Нащо ж поневірятися задумав надо мною, над батьком моїм старим, над моїм милим? Хто ж може силою кохать? Таке кохання є зневага! Який же лицар ти, що, розпаливши кров свою звірину, готов віддать і рідний край, і жінку, котрій ти присягав, і дітей своїх за те, що через силу я зроблюсь твоєю на годину?! Не вельможний пан ти, не лицар, а злодій, душогуб розпутний, що впину не маєш своїм гидким бажанням і через них свою й чужу ти губиш честь!.. О, нещаслива та земля, на котрій матері таких, як ти, дітей рожають...</w:t>
      </w:r>
    </w:p>
    <w:p>
      <w:r>
        <w:br/>
        <w:t>Староста. Мовчи, не докоряй!.. Ти робишся ще краща, коли тебе пізнаєш! Бо до краси прибавився знов розум, якого я ще не бачив і між жінками вищої породи!.. Цариця ти моя! (Підходить до неї).</w:t>
      </w:r>
    </w:p>
    <w:p>
      <w:r>
        <w:br/>
        <w:t>Тетяна вирива у нього з піхви шаблю і стає грізно проти нього.</w:t>
      </w:r>
    </w:p>
    <w:p>
      <w:r>
        <w:br/>
        <w:t>Убий мене, а ні, то покохай!.. Коли ж не зробиш ти цього, так я уб'ю тебе, щоб не досталась ти нікому...</w:t>
      </w:r>
    </w:p>
    <w:p>
      <w:r>
        <w:br/>
        <w:t>ЯВА III</w:t>
      </w:r>
    </w:p>
    <w:p>
      <w:r>
        <w:br/>
        <w:t>Герцель, вбіга переляканий.</w:t>
      </w:r>
    </w:p>
    <w:p>
      <w:r>
        <w:br/>
        <w:t>Герцель. Пропали ми, вельможний пане!.. Нас оточили козаки і всякая голота, а челядь наша повтікала скрізь по кущах!..</w:t>
      </w:r>
    </w:p>
    <w:p>
      <w:r>
        <w:br/>
        <w:t>Тетяна. О боже! Це Тарас, моє кохання!.. Він прилетів орлом мене оборонить!.. Тепер, вельможний пане, ти лицаря побачиш... Як чорна хмара перед сонцем, таким ти будеш перед ним!..</w:t>
      </w:r>
    </w:p>
    <w:p>
      <w:r>
        <w:br/>
        <w:t>Староста. О прокляття!.. (Вихоплює пістоль з-за пояса, до Тетяни). Так думаєш, що ти достанешся живою у руки лицарю тому? Ні!!! Тебе я пригорну, а потім — вб'ю! (Хоче взять Тетяну).</w:t>
      </w:r>
    </w:p>
    <w:p>
      <w:r>
        <w:br/>
        <w:t>Тетяна (одступа і заміряється шаблею). Я голову тобі розкраю, як ступиш хоч один ступінь до мене!</w:t>
      </w:r>
    </w:p>
    <w:p>
      <w:r>
        <w:br/>
        <w:t>Староста. Умри ж сама перш, коли так!.. Бо бачу й я вже свій кінець!..</w:t>
      </w:r>
    </w:p>
    <w:p>
      <w:r>
        <w:br/>
        <w:t>Тетяна. О, не вбивай мене, я смерті не боюсь, але я знову на порозі щастя: одна хвилина — і Тарас вже буде біля мене; дай жить мені, я тільки гляну хоч на нього!..</w:t>
      </w:r>
    </w:p>
    <w:p>
      <w:r>
        <w:br/>
        <w:t>Староста. Тепер прийшов вже мій кінець. Умри ж і ти! (Стріляє).</w:t>
      </w:r>
    </w:p>
    <w:p>
      <w:r>
        <w:br/>
        <w:t>Тетяна (падає близько авансцени, її заслоняє ліжко від Тараса). Тарас, Тарас, Тарас! Де ж ти, коханий мій?</w:t>
      </w:r>
    </w:p>
    <w:p>
      <w:r>
        <w:br/>
        <w:t>Герцель (труситься). Тікаймо в вікна ми мерщій, поки вони ще палісад не перелізли!.. А двері я запер!</w:t>
      </w:r>
    </w:p>
    <w:p>
      <w:r>
        <w:br/>
        <w:t>Кидаються обоє до вікон. Звідтіля показуються дула. Староста хватає шаблю, що лежить біля Тетяни.</w:t>
      </w:r>
    </w:p>
    <w:p>
      <w:r>
        <w:br/>
        <w:t>Староста (до Герцеля). Ну, пан Чеслав, не оддамо себе ми дарма!.. Смерть легше, ніж живими попастися тепер в їх руки.</w:t>
      </w:r>
    </w:p>
    <w:p>
      <w:r>
        <w:br/>
        <w:t>Герцель хапає шаблю, але рука його зскакує з ручки, він другий раз хапає і виносить шаблю з піхви, але затріщали двері і шабля випала з рук.</w:t>
      </w:r>
    </w:p>
    <w:p>
      <w:r>
        <w:br/>
        <w:t>Поганець ти — не шляхтич! Перелякавсь!.. Бери шаблю, будемо обороняться!</w:t>
      </w:r>
    </w:p>
    <w:p>
      <w:r>
        <w:br/>
        <w:t>В цей мент виламуються двері. Входять козаки і Тарас.</w:t>
      </w:r>
    </w:p>
    <w:p>
      <w:r>
        <w:br/>
        <w:t>Тарас. Пан староста й прислужник — обидва тут. Не вбивать! Візьміть живих!</w:t>
      </w:r>
    </w:p>
    <w:p>
      <w:r>
        <w:br/>
        <w:t>Староста. Живим я не віддамсь!</w:t>
      </w:r>
    </w:p>
    <w:p>
      <w:r>
        <w:br/>
        <w:t>Напада на народ, його оточили, йде боротьба з старостою. Тарас наліта на нього, збива з ніг. Другі в'яжуть нерухомо стоячого Герцеля.</w:t>
      </w:r>
    </w:p>
    <w:p>
      <w:r>
        <w:br/>
        <w:t>Тарас. Зв'яжіть його, він ще не мертвий!.. Розправа послі! (До Герцеля). Де дів Тетяну, людоїде?</w:t>
      </w:r>
    </w:p>
    <w:p>
      <w:r>
        <w:br/>
        <w:t>Герцель. Вона вже мертва: пан староста убив; а я просив, щоб не займав.</w:t>
      </w:r>
    </w:p>
    <w:p>
      <w:r>
        <w:br/>
        <w:t>Тарас (повертається у той бік, де Тетяна, побачивши її). Сили небесні, піддержіть мене! О бусурмени, бусурмени! Якою ж мукою тепер вас покарать, щоб вдовольнить себе хоч трохи?? Вертіть їм свердлом всі кістки!.. Вірьовкою перепилять обох надвоє!.. Не знаю гірше що, видумайте вже ви самі, пани-товариші!.. (Кидається до Тетяни, стає на коліна, цілує голову її, очі). Прокиньсь, прокиньсь, моя зоря!.. (Підніма її так, що вона ніби сидить). Ще тепла... Серце б'ється ще... Одкрила очі...</w:t>
      </w:r>
    </w:p>
    <w:p>
      <w:r>
        <w:br/>
        <w:t>Тетяна (одкрива очі, тихо). Тарас!! Щаслива я, що перед смертю тебе бачу!.. За честь свою й твою я умираю...</w:t>
      </w:r>
    </w:p>
    <w:p>
      <w:r>
        <w:br/>
        <w:t>Тарас. Благаю вас, усі святі: просіть ви бога, щоб він вернув її мені хоч чудом. (Цілує її). Моя ти скошена травиченько зеленая, пахуча квітко степова!.. Не в'янь же ти в моїх руках так скоро!</w:t>
      </w:r>
    </w:p>
    <w:p>
      <w:r>
        <w:br/>
        <w:t>Тетяна. Милий!.. Я умираю, і там, у бога, любить тебе не перестану!.. Я... умираю... милий... (Умирає).</w:t>
      </w:r>
    </w:p>
    <w:p>
      <w:r>
        <w:br/>
        <w:t>Тарас (дивиться на неї довго, а потім пригорта до себе). О, за смерть твою я ворогам платити буду, поки і сам не вмру, та хоч би другий Дніпро потік від вражої крові, тебе вже не верну, моє погасле щастя! (Плаче, пригорнувши знов до себе Тетяну).</w:t>
      </w:r>
    </w:p>
    <w:p>
      <w:r>
        <w:br/>
        <w:t>1884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Бондарівна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