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Бомба</w:t>
      </w:r>
    </w:p>
    <w:p>
      <w:r>
        <w:br/>
        <w:t xml:space="preserve"> &lt;p&gt;Пасовисько починалось одразу за городами, ліворуч од лісу. Трохи незвично й сумно було без діда Тимощука.</w:t>
      </w:r>
    </w:p>
    <w:p>
      <w:r>
        <w:br/>
        <w:t>Коли дідові допікав шлунок, він гриз крейду. А то вже й крейда не допомагала. І дід почовгав нині зранку до міста в лікарню. А корову його зайняв Ромко.</w:t>
      </w:r>
    </w:p>
    <w:p>
      <w:r>
        <w:br/>
        <w:t>Пополудні Ромко із Сашком нарвали черешень дідові назавтра. Лісові черешні були гіркі, й дід їх цілими жменями кидав у рот, погладжуючи білу бороду. В солодких він не знаходив смаку.</w:t>
      </w:r>
    </w:p>
    <w:p>
      <w:r>
        <w:br/>
        <w:t>З повним кашкетом черешень першим вернувся з лісу Ромко. Невдовзі почувся Сашків голос.</w:t>
      </w:r>
    </w:p>
    <w:p>
      <w:r>
        <w:br/>
        <w:t>— Хлопці, хлопці,— кричав він на бігу,— що я знайшов!</w:t>
      </w:r>
    </w:p>
    <w:p>
      <w:r>
        <w:br/>
        <w:t>Хлопці насторожились.</w:t>
      </w:r>
    </w:p>
    <w:p>
      <w:r>
        <w:br/>
        <w:t>— Що я знайшов! — підбігаючи до гурту, кричав захеканий Сашко. — Отакенна-о! — Він розмахував руками.— Як свиня.</w:t>
      </w:r>
    </w:p>
    <w:p>
      <w:r>
        <w:br/>
        <w:t>— Що таке? Що? — хлопці навперебій шарпали Сашка.— Кажи що?</w:t>
      </w:r>
    </w:p>
    <w:p>
      <w:r>
        <w:br/>
        <w:t>Сашко важко відсапувався. Оговтавшись трохи, він глянув на ліс і видихнув:</w:t>
      </w:r>
    </w:p>
    <w:p>
      <w:r>
        <w:br/>
        <w:t>— Бомба!</w:t>
      </w:r>
    </w:p>
    <w:p>
      <w:r>
        <w:br/>
        <w:t>— Де?</w:t>
      </w:r>
    </w:p>
    <w:p>
      <w:r>
        <w:br/>
        <w:t>— В рові,— відповів Сашко.— Так її не було видно. А то переходжу рів, чую: щось під ногами твердо. Розгрібаю старе листя, а там,— Сашко знову розвів руками,— отакенне бомбище!</w:t>
      </w:r>
    </w:p>
    <w:p>
      <w:r>
        <w:br/>
        <w:t>— Брешеш!</w:t>
      </w:r>
    </w:p>
    <w:p>
      <w:r>
        <w:br/>
        <w:t>— Їй-бо, правда.</w:t>
      </w:r>
    </w:p>
    <w:p>
      <w:r>
        <w:br/>
        <w:t>— Покажеш?</w:t>
      </w:r>
    </w:p>
    <w:p>
      <w:r>
        <w:br/>
        <w:t>— Ходімо! — рішуче сказав Сашко.— То близько, майже на виході з лісу.</w:t>
      </w:r>
    </w:p>
    <w:p>
      <w:r>
        <w:br/>
        <w:t>...Бомбу виносили втрьох. Кілька разів перепочивали, обережно кладучи її на землю.</w:t>
      </w:r>
    </w:p>
    <w:p>
      <w:r>
        <w:br/>
        <w:t>Неподалік знайшли глибоку яму. Наносили на дно хмизу, настелили торішнього листя — чисто тобі бусляче гніздо вийшло. Вмостили туди бомбу, а зверху наклали чималу купу хмизу й сухого гілляччя. Від купи простелили кроків на два доріжку з бур'яну, перед тим вибравши собі для схову старий окоп. Доки вогонь по доріжці дістанеться купи, встигнуть добігти й заховатися в окопі.</w:t>
      </w:r>
    </w:p>
    <w:p>
      <w:r>
        <w:br/>
        <w:t>Відігнали подалі од лісу корів, підпалили бур'янову доріжку й чимдуж помчали до схову.</w:t>
      </w:r>
    </w:p>
    <w:p>
      <w:r>
        <w:br/>
        <w:t>Відсапувались, збуджено позираючи один на одного. Вогонь уже повинен був підібратись до купи хмизу.</w:t>
      </w:r>
    </w:p>
    <w:p>
      <w:r>
        <w:br/>
        <w:t>Підвівся і став навшпиньки Сашко.</w:t>
      </w:r>
    </w:p>
    <w:p>
      <w:r>
        <w:br/>
        <w:t>— И-и! — злякано протягнув і повернув голову до хлопців.— Коло бомби чиєсь теля.</w:t>
      </w:r>
    </w:p>
    <w:p>
      <w:r>
        <w:br/>
        <w:t>Хлопці скочили на ноги.</w:t>
      </w:r>
    </w:p>
    <w:p>
      <w:r>
        <w:br/>
        <w:t>— Дідове теля,— розгублено зиркнув на друзів Ромко.— Щоб ти здохло! — здавленим голосом гукнув і вискочив з окопу.</w:t>
      </w:r>
    </w:p>
    <w:p>
      <w:r>
        <w:br/>
        <w:t>— Куди ти?!</w:t>
      </w:r>
    </w:p>
    <w:p>
      <w:r>
        <w:br/>
        <w:t>— Ромку, вернись!</w:t>
      </w:r>
    </w:p>
    <w:p>
      <w:r>
        <w:br/>
        <w:t>— Ромку!..</w:t>
      </w:r>
    </w:p>
    <w:p>
      <w:r>
        <w:br/>
        <w:t>Хлопці завмерли. Полум'я вже обіймало цілу купу, а теля то підступало до неї, принюхуючись, то раптом відстрибувало вбік.</w:t>
      </w:r>
    </w:p>
    <w:p>
      <w:r>
        <w:br/>
        <w:t>Ромко з викриками кинувся до теляти, а те, дурне, давай вибрикувати довкола вогню. Тоді Ромко вихопив із купи палаючу ломаку й пожбурив нею в теля. Теля відскочило од вогню, настовбурчено вставилось на Ромка, відтак рвучко крутнулось на задніх ногах і галопом пустилось до стада корів. Ромко кинувся був за ним, але потім звернув убік і побіг до схову. Стрибнувши в окоп, він упав між хлопців, і ті якусь хвилю переляканими очима мовчки дивились на нього.</w:t>
      </w:r>
    </w:p>
    <w:p>
      <w:r>
        <w:br/>
        <w:t>— Дати б тобі зараз по морді,— обізвався Сашко.</w:t>
      </w:r>
    </w:p>
    <w:p>
      <w:r>
        <w:br/>
        <w:t>— За що? — здивовано глянув на нього Ромко.</w:t>
      </w:r>
    </w:p>
    <w:p>
      <w:r>
        <w:br/>
        <w:t>— Він ще й питає за що,— сердито буркнув Дмитрик.— Якби бабахнуло...</w:t>
      </w:r>
    </w:p>
    <w:p>
      <w:r>
        <w:br/>
        <w:t>— А теля? — запитливо обвів поглядом друзів Ромко.— Що було б з дідовим телям? Я мусив би свою корову віддавати.</w:t>
      </w:r>
    </w:p>
    <w:p>
      <w:r>
        <w:br/>
        <w:t>— То що тобі дорожче: теля чи своя голова?</w:t>
      </w:r>
    </w:p>
    <w:p>
      <w:r>
        <w:br/>
        <w:t>"Що вони там розуміють,— думав Ромко.— Тільки недавно купили корову... Мама он як ходить коло неї, як ласкаво Лисонькою називає..."</w:t>
      </w:r>
    </w:p>
    <w:p>
      <w:r>
        <w:br/>
        <w:t>— А бачте,— визирнув з окопу Ромко,— ще й досі не зірвалась.</w:t>
      </w:r>
    </w:p>
    <w:p>
      <w:r>
        <w:br/>
        <w:t>Хлопці й собі піднялись на ноги.</w:t>
      </w:r>
    </w:p>
    <w:p>
      <w:r>
        <w:br/>
        <w:t>— Е-е,— протягнув Дмитрии,— вже й вогонь згасає. Може, вона й не зірветься. Може, вона зіпсована.</w:t>
      </w:r>
    </w:p>
    <w:p>
      <w:r>
        <w:br/>
        <w:t>— Ні! — заперечив Сашко.— Вона ще добре не розпеклась.</w:t>
      </w:r>
    </w:p>
    <w:p>
      <w:r>
        <w:br/>
        <w:t>Чекали вибуху ще, мабуть, з півгодини.</w:t>
      </w:r>
    </w:p>
    <w:p>
      <w:r>
        <w:br/>
        <w:t>Неквапом обтрусивши штани, Сашко сказав:</w:t>
      </w:r>
    </w:p>
    <w:p>
      <w:r>
        <w:br/>
        <w:t>— Ходім!</w:t>
      </w:r>
    </w:p>
    <w:p>
      <w:r>
        <w:br/>
        <w:t>— Куди? — якось невпевнено запитав Ромко.</w:t>
      </w:r>
    </w:p>
    <w:p>
      <w:r>
        <w:br/>
        <w:t>— Як — куди? — здивувався Сашко.— Туди.</w:t>
      </w:r>
    </w:p>
    <w:p>
      <w:r>
        <w:br/>
        <w:t>— Я почекаю тут.</w:t>
      </w:r>
    </w:p>
    <w:p>
      <w:r>
        <w:br/>
        <w:t>— О, герой,— насмішкувато вшпигнув Сашко.— До вогню бігав, а тепер злякався,— і він виліз з окопу. Неохоче вибрався й Ромко. Сонце вже опустилось за ліс, і тіні сягали ями з бомбою. Не доходячи кроків з п'ятнадцять до бомби, Сашко зупинився.</w:t>
      </w:r>
    </w:p>
    <w:p>
      <w:r>
        <w:br/>
        <w:t>— Там повно жару,— сказав,— ще може розпектись і бабахнути.</w:t>
      </w:r>
    </w:p>
    <w:p>
      <w:r>
        <w:br/>
        <w:t>— А що робити? — спитав Дмитрик.— Вже пора корів додому гнати.</w:t>
      </w:r>
    </w:p>
    <w:p>
      <w:r>
        <w:br/>
        <w:t>— Може, трохи ще почекаємо?</w:t>
      </w:r>
    </w:p>
    <w:p>
      <w:r>
        <w:br/>
        <w:t>Ромко поклав руку на Сашкове рамено:</w:t>
      </w:r>
    </w:p>
    <w:p>
      <w:r>
        <w:br/>
        <w:t>— Беремось, хлопці, додому. Вночі бомбу все одно ніхто не знайде, а завтра зранку буде дід, він порадить, що зробити.</w:t>
      </w:r>
    </w:p>
    <w:p>
      <w:r>
        <w:br/>
        <w:t>Підійшовши до корів, Ромко озирнувся. Враз його пройняв страх: біля ями з бомбою стояв дід Тимощук і ціпком щось розгрібав.</w:t>
      </w:r>
    </w:p>
    <w:p>
      <w:r>
        <w:br/>
        <w:t>— Діду! — надсадно крикнув Ромко й зірвався з місця.— Діду!..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Бомба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