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Болотяна квітка</w:t>
      </w:r>
    </w:p>
    <w:p>
      <w:r>
        <w:br/>
        <w:t xml:space="preserve"> &lt;p&gt;Посварилася річка з пагорбами, поміж яких текла, й вирішила втекти подалі від них — знайшла собі нове річище, але один її рукав усе-таки залишився в долині.</w:t>
      </w:r>
    </w:p>
    <w:p>
      <w:r>
        <w:br/>
        <w:t>— Тепер ти вже не річка, а полонянка! — Пагорби переможно заусміхалися, а та засумувала і стала з кожним днем міліти. З часом вона перетворилася у поросле очеретом болітце. Риби, не витримавши наступу цілої армії жаб, мусили втікати, де глибше. Пагорби раділи:</w:t>
      </w:r>
    </w:p>
    <w:p>
      <w:r>
        <w:br/>
        <w:t>— Ну що, догралася? Не маєш тепер ні риб, ні квітів, нічого не маєш.</w:t>
      </w:r>
    </w:p>
    <w:p>
      <w:r>
        <w:br/>
        <w:t>Болітце сором'язливо схилило голову, а жаби дружно закумкали. Яких лише тут не було: й великі, й малі, й сині, й зелені!</w:t>
      </w:r>
    </w:p>
    <w:p>
      <w:r>
        <w:br/>
        <w:t>— Гарненькі в мене діточки! — частенько хвалилася ропуха. Але одного разу, помітивши маленьку жабку, вона обурливо вигукнула:— Ти хто така? Звідкіля тут? — Голос маленької жабки був дзвінкий, очі швидкі. Правда, ще метлявся у боки хвостик, але то не страшно, з часом відпаде. Проте якого кольору була ця жабка?! Досі ще жодна жаба не народжувалася білою. Звідкіля ж ця тут взялася? Чия вона?</w:t>
      </w:r>
    </w:p>
    <w:p>
      <w:r>
        <w:br/>
        <w:t>Стала ропуха розпитувати, хто ж батьки Білої жабки? Надаремно. Малу білявку ніхто не хотів назвати своєю донькою. Зневажена всіма через свій незвичайний колір, Біла жабка на свій страх і ризик пустилася в мандри. Незабаром вона забула і про сон, і про пісню. Аж ось одного сонячного ранку їй здалося, що поруч хтось сумно зітхає. Вона здивовано роззирнулася навкруги. Ніде нікого. Тоді прислухалася уважніше. Диво дивнеє! Це ж болітце так важко зітхає. Почала вона в нього пильно вдивлятися. З дна, з намулу зринали бульбашки й тихим голоском прохали Сонце, аби висушило болото, перетворило в хмару, в ніщо.</w:t>
      </w:r>
    </w:p>
    <w:p>
      <w:r>
        <w:br/>
        <w:t>— Я бридке, всіма забуте, не маю ні риби, ні квітів. Для чого ж мені далі жити на світі?</w:t>
      </w:r>
    </w:p>
    <w:p>
      <w:r>
        <w:br/>
        <w:t>Білий жабці здалося, що болітце повторює її власні нарікання. Вона ж бо також негарна і всіма знехтувана. Втім, радіє вона і сонцю, і вітру, зачаровує її і політ метелика, й шурхіт очерету.</w:t>
      </w:r>
    </w:p>
    <w:p>
      <w:r>
        <w:br/>
        <w:t>Біла жабка задумалася: якщо не стане болітця — то вмруть жаби й очерет, відлетять метелики й бабки. Як же вона раніше про це не подумала? Метелики... А хіба якийсь з них не міг би перетворитися на болотяну квітку? Біла жабка стала вмовляти пістрявих красунчиків, але жоден з них не хотів бути болотяною квіткою.</w:t>
      </w:r>
    </w:p>
    <w:p>
      <w:r>
        <w:br/>
        <w:t>Біла жабка зітхнула й попросила допомоги в зірок. Однак найяскравіша з них суворо відказала:</w:t>
      </w:r>
    </w:p>
    <w:p>
      <w:r>
        <w:br/>
        <w:t>— Не говори дурниць, Біла жабо! Де це чувано, щоб зірка перетворилася на болотяну квітку? Знайди якогось іншого дурника!</w:t>
      </w:r>
    </w:p>
    <w:p>
      <w:r>
        <w:br/>
        <w:t>Тоді Біла жабка, не тямлячи себе від горя, звернулася зі своїм проханням до Сонця, яке щойно показалося край неба:</w:t>
      </w:r>
    </w:p>
    <w:p>
      <w:r>
        <w:br/>
        <w:t>— Господарю, перед тим, як станеш золотою ружею, затримайся трошки біля нас і побудь білою квіткою!</w:t>
      </w:r>
    </w:p>
    <w:p>
      <w:r>
        <w:br/>
        <w:t>Сонце зацікавлено поглянуло на маленьку прохачку й усміхнулося:</w:t>
      </w:r>
    </w:p>
    <w:p>
      <w:r>
        <w:br/>
        <w:t>— На жаль, не можу. Поспішаю дуже. Та й нема в цьому потреби! — Господар неба золотими пальцями торкнувся Білої жабки.— Хіба не відчуваєш, що ти вже квітка? Болотяна квітка. Біле латаття!</w:t>
      </w:r>
    </w:p>
    <w:p>
      <w:r>
        <w:br/>
        <w:t>Біла жабка насправді відчула, як від дотику золотих пальців щось у ній змінюється. Всі жаби навкіл, зчудувавшись, попірнали на дно болота й позаривалися в мул.</w:t>
      </w:r>
    </w:p>
    <w:p>
      <w:r>
        <w:br/>
        <w:t>Ніхто не знає, скільки часу вони там сиділи. Коли знову випливли, Білої жабки ніде не було видно, а на тому місці, де вони бачили її востаннє, виблискувала під сонцем надзвичайно гарна біла квітка.</w:t>
      </w:r>
    </w:p>
    <w:p>
      <w:r>
        <w:br/>
        <w:t>Було це тоді, як тільки ще створювався світ, але болото й латаття нерозлучні й досі.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Болотяна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