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Body&amp;soul</w:t>
      </w:r>
    </w:p>
    <w:p>
      <w:r>
        <w:br/>
        <w:t xml:space="preserve"> тіло для духу – як ультиматум&lt;br /&gt;</w:t>
        <w:br/>
        <w:t>а дух для тіла – як технологія&lt;br /&gt;</w:t>
        <w:br/>
        <w:t>строга релігія хімкомбінату&lt;br /&gt;</w:t>
        <w:br/>
        <w:t>слово давно перетворює в слогани&lt;br /&gt;</w:t>
        <w:br/>
        <w:t>слогани добре ідуть із гормонами –&lt;br /&gt;</w:t>
        <w:br/>
        <w:t>з адреналіном тестостероном..</w:t>
      </w:r>
    </w:p>
    <w:p>
      <w:r>
        <w:br/>
        <w:t>слово що якось не стало законом –&lt;br /&gt;</w:t>
        <w:br/>
        <w:t>так і лишилося поза законом&lt;br /&gt;</w:t>
        <w:br/>
        <w:t>мутить свою нелегальну хімію&lt;br /&gt;</w:t>
        <w:br/>
        <w:t>големів ліпить береться за бога&lt;br /&gt;</w:t>
        <w:br/>
        <w:t>все це чомусь від чийогось імені&lt;br /&gt;</w:t>
        <w:br/>
        <w:t>все це чогось із плеча чужого..</w:t>
      </w:r>
    </w:p>
    <w:p>
      <w:r>
        <w:br/>
        <w:t>бо слово бездухе – як сіль несолона&lt;br /&gt;</w:t>
        <w:br/>
        <w:t>очі не бачать не чують вуха&lt;br /&gt;</w:t>
        <w:br/>
        <w:t>то дух у тілі – як п'ята колона&lt;br /&gt;</w:t>
        <w:br/>
        <w:t>то тіло – як п'ята нога для духу&lt;br /&gt;</w:t>
        <w:br/>
        <w:t>так і живуть без ніякого понту&lt;br /&gt;</w:t>
        <w:br/>
        <w:t>у радості й горя – єдина доля&lt;br /&gt;</w:t>
        <w:br/>
        <w:t>так і поляжуть єдиним фронтом&lt;br /&gt;</w:t>
        <w:br/>
        <w:t>малі і кволі смішні і голі..</w:t>
      </w:r>
    </w:p>
    <w:p>
      <w:r>
        <w:br/>
        <w:t>я з ними двома вже давно порвав би&lt;br /&gt;</w:t>
        <w:br/>
        <w:t>та тіло і дух – у руках всевишніх&lt;br /&gt;</w:t>
        <w:br/>
        <w:t>колись зів'януть як дві троянди&lt;br /&gt;</w:t>
        <w:br/>
        <w:t>моє колишнє&lt;br /&gt;</w:t>
        <w:br/>
        <w:t>і мій колишній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Body&amp;soul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