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 як дим підоймається</w:t>
      </w:r>
    </w:p>
    <w:p>
      <w:r>
        <w:br/>
        <w:t xml:space="preserve"> &lt;p&gt;(Згадка)</w:t>
      </w:r>
    </w:p>
    <w:p>
      <w:r>
        <w:t>Присвячую пам'яті дєді</w:t>
      </w:r>
    </w:p>
    <w:p>
      <w:r>
        <w:br/>
        <w:t>Десь зійшлося шість дєдів у Кутіх і змовилися, що в середу вже відвозять своїх синів до шкіл в Коломию, хоть най нені плачуть, хоть най під колісє лягають.</w:t>
      </w:r>
    </w:p>
    <w:p>
      <w:r>
        <w:br/>
        <w:t>Досвіта хлопця у віз та й холодом, холодом у пістинськім лісі з’їдуться так, гейби не хотячи, гейби на попас під смеречиною. Та як хлопці з-поза смерік звідти не звідти здиблються і, як писанки, скачаються та й розпізнаються, то всю тугу з себе у росу поскидають, а коли ще й доля їх пальчиком закличе, то, як молоді голубці білі, у мури крильми летіти будуть. Не буде їм привиджуватися, що село їх здоганяє, навперед воза лягає і до міста не пускає. Не буде їх ніщо у грудях спирати, не буде їм дорога порохом в очі метати.</w:t>
      </w:r>
    </w:p>
    <w:p>
      <w:r>
        <w:br/>
        <w:t>Буде їм сонечко цвітом личко малювати…</w:t>
      </w:r>
    </w:p>
    <w:p>
      <w:r>
        <w:br/>
        <w:t>Так дєді себе безпечили та й так зробили, бо дєдева міць в хаті, а ненині сльози.</w:t>
      </w:r>
    </w:p>
    <w:p>
      <w:r>
        <w:br/>
        <w:t>Ще заки село пробудилося, дєдя заставили Іванчика поцілувати неню в руку та й на віз на сіно сідати.</w:t>
      </w:r>
    </w:p>
    <w:p>
      <w:r>
        <w:br/>
        <w:t>— Таки везеш його ситити, — ломили собі руки неня.</w:t>
      </w:r>
    </w:p>
    <w:p>
      <w:r>
        <w:br/>
        <w:t>Дєдя містили на возі зелену скриньку та й квапилися, гей перед тучею.</w:t>
      </w:r>
    </w:p>
    <w:p>
      <w:r>
        <w:br/>
        <w:t>Неня відкликали Іванчика до комори і шепотіли, що в гарчику на дні у молоці є три срібні леви. А відтак перешінкали Іванчика, а відтак переперезали, а відтак червоне яблучко в писану торбину поклали, а відтак плакали.</w:t>
      </w:r>
    </w:p>
    <w:p>
      <w:r>
        <w:br/>
        <w:t>А як гуси загегали, овечки заблеяли, коровки замукали, то Іванчик вже сидів в білій корушинці на возі коло дєді і минав хату.</w:t>
      </w:r>
    </w:p>
    <w:p>
      <w:r>
        <w:br/>
        <w:t>Вікна глипали за ним і хмурилися.</w:t>
      </w:r>
    </w:p>
    <w:p>
      <w:r>
        <w:br/>
        <w:t>Двері запиралися і сердилися.</w:t>
      </w:r>
    </w:p>
    <w:p>
      <w:r>
        <w:br/>
        <w:t>Плетені перелази руками махали.</w:t>
      </w:r>
    </w:p>
    <w:p>
      <w:r>
        <w:br/>
        <w:t>На горбочку зелений ясінь підоймився і показував нені, куда її син іде.</w:t>
      </w:r>
    </w:p>
    <w:p>
      <w:r>
        <w:br/>
        <w:t>Отави росу пили, ненин голос стелили: "Чи мені хибло ложки, чи миски, що я дитину від хати у світ пустила? Хто тепер буде мені косити, хто буде в бутин ходити, хто буде гонти робити?"</w:t>
      </w:r>
    </w:p>
    <w:p>
      <w:r>
        <w:br/>
        <w:t>А як дєдя на то розгнівалися, то ненині слова утекли вгору і в хмарах горіли, аби Іванчик не банував за селом, аби вгору на небо дивився.</w:t>
      </w:r>
    </w:p>
    <w:p>
      <w:r>
        <w:br/>
        <w:t>— Коби-с, хло’, утік із цего смучого села від довбні та й барди, то би-с колись мені дєкував, старому!</w:t>
      </w:r>
    </w:p>
    <w:p>
      <w:r>
        <w:br/>
        <w:t>Іванчик дивився на червоне небо і палав коло дєді, гей той ранок коло сонця на сході.</w:t>
      </w:r>
    </w:p>
    <w:p>
      <w:r>
        <w:br/>
        <w:t>Але то погані коні, їдуть, як змії!</w:t>
      </w:r>
    </w:p>
    <w:p>
      <w:r>
        <w:br/>
        <w:t>Так як дві слові заговорити, а вони вже вуйків сад перебігли. Ото будуть вуйко неню сварити, що їм не сказали, коли Іванчик до школи їде. "Був бих йому грушок у торбину насипав, був бих кинув лева на скриптури, аби, гунцвот, книжки брався".</w:t>
      </w:r>
    </w:p>
    <w:p>
      <w:r>
        <w:br/>
        <w:t>Та й були би казали: "Мой, хло’, Йва’, чітай, саняку, глібоко тоті коменюші, може би-с на злісного вивчився! Нема в селі понад него. Піп лишень на різдво та на великдень вепра ріжет, а він кождого місяця такого, як медведя, на ватрі шмалит! А які там набутки, гай-гай! П’ют, данцуют, з віри виходют. Гримни, кажет, Семене, з моєї дубелтівки зо три рази, най село знає, шо злісний Шпаніло з молодицями п’є та й гуляє!"</w:t>
      </w:r>
    </w:p>
    <w:p>
      <w:r>
        <w:br/>
        <w:t>А дєдя зацитькували б вуйка: "Ану, заткайся, Семенку, братчіку, таки що піп, то не злісному пара: скорнєє-си рано, відгалакає своє та й увес день може пупом догори лежати, а ти, злісний, чімхай плаями, та вертепами, та печерами, доки тебе звір не збавит або христінин до вершка берези горі ногами не присилит!"</w:t>
      </w:r>
    </w:p>
    <w:p>
      <w:r>
        <w:br/>
        <w:t>То вони собі перечуться, а Іванчик вже видить, як грубий злісний Шпаніло, прив’язаний ногами до вершка берези, гойдається синіський у повітрі та й руками галуззя ловиться, а галуззя ломиться, і він усім тілом теліпається, як повішена ворона…</w:t>
      </w:r>
    </w:p>
    <w:p>
      <w:r>
        <w:br/>
        <w:t>— Відрубайте, дєдику, курмей, най злісний не мучиться!</w:t>
      </w:r>
    </w:p>
    <w:p>
      <w:r>
        <w:br/>
        <w:t>— Ей-га, ти задрімав, хлопче, а попи, аді, вже службу правлют!</w:t>
      </w:r>
    </w:p>
    <w:p>
      <w:r>
        <w:br/>
        <w:t>Іванчик стидався, а дєдя погладили його по голові і показували батіжком попові гори, що ранісько рядом поставали і червоними кремінними вершками молилися над селом, як три заживні попи над хлібом при парастасі.</w:t>
      </w:r>
    </w:p>
    <w:p>
      <w:r>
        <w:br/>
        <w:t>— Буде, небоже, красна днинка, коби тобі така доля! Дєдєва твар сяла, як гай до схід сонця. Такі добрі були дєдя лиш тоді, коли з міста вертали, або десь котрої неділі, або коли у тетиної Маріки не весіллю були, або як колядували. Бо дєдя не мали коли веселитися і хату пестити. Як посиділи коли на стільчику коло печі і люльку закурили, то лиш доти, доки себе не вдарили по чолі і не сказали: "Ти сів, Юро, та й з тобов усе сіло!" Не раз Іванчик з братом і сестрою грався дєді та й нені, та й тоді брат Сюта вуглем малював собі вуси, сідав коло печі, поправляв волосся так, аби напереді підоймався вихор і, пахкаючи люльку, удавав дєдю: "Мой, хло’, ану, барди в руки та й січіть ріщє! Ану, маржині їсти дайте, ану, поліг обертайте, ану, хутко, живо, раз-два!"</w:t>
      </w:r>
    </w:p>
    <w:p>
      <w:r>
        <w:br/>
        <w:t>На тото сестра Єлена убирала ненину хустку і боронила: "Мой, Ю’, уступиси від дітей, най сили набирают!"</w:t>
      </w:r>
    </w:p>
    <w:p>
      <w:r>
        <w:br/>
        <w:t>А на тото Сюта Іванчика за вухо хап та й крізь двері: "Ци тобі тото дєдя говорит, ци хто?"</w:t>
      </w:r>
    </w:p>
    <w:p>
      <w:r>
        <w:br/>
        <w:t>А сестра Сюту за зашінки та й у плач: "Мой, Ю’, а ти нащо дитині відорвав вухо, ти остікси?"</w:t>
      </w:r>
    </w:p>
    <w:p>
      <w:r>
        <w:br/>
        <w:t>— Най робит або най гине!</w:t>
      </w:r>
    </w:p>
    <w:p>
      <w:r>
        <w:br/>
        <w:t>— То ти такий дєдя?</w:t>
      </w:r>
    </w:p>
    <w:p>
      <w:r>
        <w:br/>
        <w:t>— А ти така неня? Меш нужду їсти!</w:t>
      </w:r>
    </w:p>
    <w:p>
      <w:r>
        <w:br/>
        <w:t>— А ти до чого ґазда?</w:t>
      </w:r>
    </w:p>
    <w:p>
      <w:r>
        <w:br/>
        <w:t>— Я не ґазда?</w:t>
      </w:r>
    </w:p>
    <w:p>
      <w:r>
        <w:br/>
        <w:t>І тоді Сюта біг за сестрою навкруг хати, питаючи, чи він не ґазда. А дєдя і неня десь із-за вориння показувалися і казали дітям, що виріють, але їх твар сяла.</w:t>
      </w:r>
    </w:p>
    <w:p>
      <w:r>
        <w:br/>
        <w:t>Нема в світі понад сестру і брата та й понад неню і дєдю!</w:t>
      </w:r>
    </w:p>
    <w:p>
      <w:r>
        <w:br/>
        <w:t>— Дєдю, — питається Іванчик, — а ви де діли Сюту і Єлену?</w:t>
      </w:r>
    </w:p>
    <w:p>
      <w:r>
        <w:br/>
        <w:t>— Вони сеї ночі у діда та й баби ночювали.</w:t>
      </w:r>
    </w:p>
    <w:p>
      <w:r>
        <w:br/>
        <w:t>— А ви чому мене туди не пустили?</w:t>
      </w:r>
    </w:p>
    <w:p>
      <w:r>
        <w:br/>
        <w:t>— Бо ти до книжки, а вони до роботи.</w:t>
      </w:r>
    </w:p>
    <w:p>
      <w:r>
        <w:br/>
        <w:t>Іванчикові стало так банно за братом і за сестрою, що раптом забаг скочити з воза і до них вернутися. Чому його з ними розлучили, чому його беруть геть від роботи, а їх лишають, чому його убрали по-великодньому, а на них руб на рубі? Він буде собі десь у хаті книжку читати та й блавучити, а Сюта буде гній з-під маржини тіскати, а Єлена буде на слоті маржину пасти! Будуть їх дєдя та й неня щодня сварити, а його будуть хвалити!</w:t>
      </w:r>
    </w:p>
    <w:p>
      <w:r>
        <w:br/>
        <w:t>— Дєдю, вертаймоси ’д хаті, та й беріт ще Сюту і Єлену у школи!</w:t>
      </w:r>
    </w:p>
    <w:p>
      <w:r>
        <w:br/>
        <w:t>Дєдя посміхнулися та й сперли коня. "Тепер злази, небоже, з воза та бігай ід своїм камратям, бо це вже пістинський ліс над нами".</w:t>
      </w:r>
    </w:p>
    <w:p>
      <w:r>
        <w:br/>
        <w:t>Лиш дєдя то сказали, а з ліса: "Гоп, гоп!"</w:t>
      </w:r>
    </w:p>
    <w:p>
      <w:r>
        <w:br/>
        <w:t>А дєдя собі: "Гоп, гоп!"</w:t>
      </w:r>
    </w:p>
    <w:p>
      <w:r>
        <w:br/>
        <w:t>Та й з’їхалися фіри, як наймлені. Тоті карі коні — то вуйка Костина Будза, а тоті білі — то вуйка Мартинюка, а тоті гніді __ то Кулешіреві, а сиві — то Лазорєкові, а тоті черлені — то Дутчєкові. Та і дєдя вхопили Іванчика за ручку і д’ вуйкам підвели:</w:t>
      </w:r>
    </w:p>
    <w:p>
      <w:r>
        <w:br/>
        <w:t>— А шо, позагулювали-сте, братя, свої котєта солімкою так, як я своє?</w:t>
      </w:r>
    </w:p>
    <w:p>
      <w:r>
        <w:br/>
        <w:t>— Аби-с здоров був, брачіку Ю’!</w:t>
      </w:r>
    </w:p>
    <w:p>
      <w:r>
        <w:br/>
        <w:t>— Аби-сте здорові, побратими пишні!</w:t>
      </w:r>
    </w:p>
    <w:p>
      <w:r>
        <w:br/>
        <w:t>— То цес зеленоокий не хотів робити на дєдю та й неню?</w:t>
      </w:r>
    </w:p>
    <w:p>
      <w:r>
        <w:br/>
        <w:t>— А це ваші паничі сардакові, аби здорові були?</w:t>
      </w:r>
    </w:p>
    <w:p>
      <w:r>
        <w:br/>
        <w:t>— Най усі здорові будут, ні довбні, ні барди не знают!</w:t>
      </w:r>
    </w:p>
    <w:p>
      <w:r>
        <w:br/>
        <w:t>— Най ростут великі та дужі!</w:t>
      </w:r>
    </w:p>
    <w:p>
      <w:r>
        <w:br/>
        <w:t>— Най і мужик покушіє панства!</w:t>
      </w:r>
    </w:p>
    <w:p>
      <w:r>
        <w:br/>
        <w:t>— Прости нам, Боже!</w:t>
      </w:r>
    </w:p>
    <w:p>
      <w:r>
        <w:br/>
        <w:t>Хлопці цілували вуйків в руки, а вуйки їх гладили і шустками обдаровували.</w:t>
      </w:r>
    </w:p>
    <w:p>
      <w:r>
        <w:br/>
        <w:t>— Ану, бігайте у ліс, хлопці, та обнюхайтеся добре, аби-сте в приятельстві жили, як дєді ваші!</w:t>
      </w:r>
    </w:p>
    <w:p>
      <w:r>
        <w:br/>
        <w:t>Хлопці подалися набік у ліс і обнюхувалися очима.</w:t>
      </w:r>
    </w:p>
    <w:p>
      <w:r>
        <w:br/>
        <w:t>Перерахували себе та й начислили, що є їх чотири Івани, один Микола і один Михайло.</w:t>
      </w:r>
    </w:p>
    <w:p>
      <w:r>
        <w:br/>
        <w:t>Івани будуть попами, Микола навчителем, а Михайло лісничим.</w:t>
      </w:r>
    </w:p>
    <w:p>
      <w:r>
        <w:br/>
        <w:t>Попи будуть храми справляти, навчитель буде людські діти бити, а лісничий буде дівчатам кошелі з ягодами відбирати.</w:t>
      </w:r>
    </w:p>
    <w:p>
      <w:r>
        <w:br/>
        <w:t>Але тоті чупри, тоті лошачі гриви вже не довго будуть вітром буяти.</w:t>
      </w:r>
    </w:p>
    <w:p>
      <w:r>
        <w:br/>
        <w:t>Але оці добрі, сонішні дєді вже не довго будуть їх, гей курята, з руки годувати!</w:t>
      </w:r>
    </w:p>
    <w:p>
      <w:r>
        <w:br/>
        <w:t>Але зелене село вже не буде їх своїм сонцем гріти, своїми водами купати, своїми лісами холодити, травами росити, садами веселити.</w:t>
      </w:r>
    </w:p>
    <w:p>
      <w:r>
        <w:br/>
        <w:t>Гей, верше наш, верше,</w:t>
      </w:r>
    </w:p>
    <w:p>
      <w:r>
        <w:br/>
        <w:t>Та зелений верше!</w:t>
      </w:r>
    </w:p>
    <w:p>
      <w:r>
        <w:br/>
        <w:t>Вже нам так не буде,</w:t>
      </w:r>
    </w:p>
    <w:p>
      <w:r>
        <w:br/>
        <w:t>Та як було перше!</w:t>
      </w:r>
    </w:p>
    <w:p>
      <w:r>
        <w:br/>
        <w:t>Не злюбив собі тоту тугу злісний Михайло і вийняв з торбини пістоля та й хвалився, що сам його зробив і що воно мудро стріляє.</w:t>
      </w:r>
    </w:p>
    <w:p>
      <w:r>
        <w:br/>
        <w:t>Ледви попи і учитель обізріли тоту збрую, а злісний вже набив капслю на коминок і стрілив в повітря.</w:t>
      </w:r>
    </w:p>
    <w:p>
      <w:r>
        <w:br/>
        <w:t>Покотився лісом гомін і доніс хлоп’ячу тугу у дебри і скали.</w:t>
      </w:r>
    </w:p>
    <w:p>
      <w:r>
        <w:br/>
        <w:t>Хлопці повеселіли.</w:t>
      </w:r>
    </w:p>
    <w:p>
      <w:r>
        <w:br/>
        <w:t>Попи розспівалися, учитель вирубав собі ліщиновий прут і давав їм такт, а злісний набивав знов пістолє.</w:t>
      </w:r>
    </w:p>
    <w:p>
      <w:r>
        <w:br/>
        <w:t>Шоби вдати заспівати, шоби до притоки</w:t>
      </w:r>
    </w:p>
    <w:p>
      <w:r>
        <w:br/>
        <w:t>Та шоби нас не колола смеречина в боки,</w:t>
      </w:r>
    </w:p>
    <w:p>
      <w:r>
        <w:br/>
        <w:t>Та ци ліпше свині пасти, ци кози доїти,</w:t>
      </w:r>
    </w:p>
    <w:p>
      <w:r>
        <w:br/>
        <w:t>Та не буде від жентиці в череві боліти.</w:t>
      </w:r>
    </w:p>
    <w:p>
      <w:r>
        <w:br/>
        <w:t>Рада в раду, та й дєді закликали хлопців з ліса на толічку, та й казали їм навперед себе стояти і слухати добре, що вуйко Мартинюк їх питати будуть.</w:t>
      </w:r>
    </w:p>
    <w:p>
      <w:r>
        <w:br/>
        <w:t>Вуйко Мартинюк мали у тварі гейби п’ять лискучих ножів, бо гострий ніс — то один ніж, а спичасті уха— то два ножики, а довгі вуси — то два ножі напротив себе.</w:t>
      </w:r>
    </w:p>
    <w:p>
      <w:r>
        <w:br/>
        <w:t>Вуйко Мартинюк мали тепер в чорних очах такий позір, що як глянули, то здавалося, що мають під сардаком прут і зараз будуть бити.</w:t>
      </w:r>
    </w:p>
    <w:p>
      <w:r>
        <w:br/>
        <w:t>Цей вуйко говорили, гейби ковбки на гонти розколювали: "Мой, хлопці, мой, нас тут старих опришків є шість, а вас є шість молодих опришків. Не шутка, що ви розпізналися і розіграли-сте-ся, але ви нас можете талану збавити, другі наші діти осиротити, з торбами пустити. Чи ви знаєте, що ви нас можете строшити на прах?</w:t>
      </w:r>
    </w:p>
    <w:p>
      <w:r>
        <w:br/>
        <w:t>Вісім рік — то вік, то є коли на вас талан з хати виносити! А най котрий з вас відтак кине книжку та й раптом ні цап, ні баран, такий бараба вертає на нашу голову! Тогди хоть топися, хоть стріляйся, хоть пропадай у безвісті! Тогди вигинула би стариня ваша з самого стиду перед селом. Тогди і вам і нам смерть смертельна! Тепер ми кажемо вам нарозумне: хочете коло книжки степенити, то їдьте до шкіл, а ми послідну дранку з себе здоймемо і будемо вас бечувати, а як кібзуєте, що не маєте тої волі, то вертайте назад ’д хаті і не калічте ні нас, ні себе самих! Кажіт, чи їдете дальше, чи вертаєте?"</w:t>
      </w:r>
    </w:p>
    <w:p>
      <w:r>
        <w:br/>
        <w:t>Хлопці, неначе обзубелані тими словами, похнюпилися і питалися себе очима.</w:t>
      </w:r>
    </w:p>
    <w:p>
      <w:r>
        <w:br/>
        <w:t>Дєді натискали: "Кажіт, шо вибираєте, чи каламар, чи мазницю?"</w:t>
      </w:r>
    </w:p>
    <w:p>
      <w:r>
        <w:br/>
        <w:t>А вуйко Мартинюк додавали: "Чи колач, чи малай?"</w:t>
      </w:r>
    </w:p>
    <w:p>
      <w:r>
        <w:br/>
        <w:t>Дєді підганяли: "Чи постіл, чи черевик, чи нужду, чи гаразд, чи лиху, чи добру долю, чи муку, чи житє?"</w:t>
      </w:r>
    </w:p>
    <w:p>
      <w:r>
        <w:br/>
        <w:t>Хлопці гризли пальці і дивилися на злісного Михайла, а вуйко Мартинюк ніби відгадував, що вони, видко, не хотять їхати до шкіл, коли так мовчать.</w:t>
      </w:r>
    </w:p>
    <w:p>
      <w:r>
        <w:br/>
        <w:t>На то злісний Михайло вицідив крізь зуби, що хоче їхати до шкіл, а за ним то само повторили і попи, і учитель.</w:t>
      </w:r>
    </w:p>
    <w:p>
      <w:r>
        <w:br/>
        <w:t>Вуйко Мартинюк говорив дальше: "Не штука, що ви хочете бути панами, але чи писано вам панство? Всі ми під сонцем жиємо, всім нам писана доля. Нарубайте смеречини та й накладіт ватру. Як дим буде стелитися до землі, то видко ділу, що землиця — то доля ваша: а як дим підоймеся вгору — то писано вам панство!"</w:t>
      </w:r>
    </w:p>
    <w:p>
      <w:r>
        <w:br/>
        <w:t>Хлопці розбіглися на всі боки і хутко поприносили галуззя та й розіклали ватру.</w:t>
      </w:r>
    </w:p>
    <w:p>
      <w:r>
        <w:br/>
        <w:t>Дєді вп’ялили очі у ватру.</w:t>
      </w:r>
    </w:p>
    <w:p>
      <w:r>
        <w:br/>
        <w:t>Зелена смеречина тріскала, порскала, неначе лютилася, і раптом спалахнула.</w:t>
      </w:r>
    </w:p>
    <w:p>
      <w:r>
        <w:br/>
        <w:t>Біленька хмарка диму, як колач, полетіла вгору понад голови дєдів, понад ліщину, понад березину і присіла на дубині, а коли узріла, що дєді поздіймали капелюхи та показують її руками хлопцям і радуються усім серцем, — то підлетіла вище і ще вище…</w:t>
      </w:r>
    </w:p>
    <w:p>
      <w:r>
        <w:br/>
        <w:t>Вже дєді посідали на вози, вже їхали з хлопцями до доброї долі, а та біла хмарка все вгорі перед ними та й все підоймається вище та вище…</w:t>
      </w:r>
    </w:p>
    <w:p>
      <w:r>
        <w:br/>
        <w:t>Межи землею та сонцем розколядувалася новая радість.</w:t>
      </w:r>
    </w:p>
    <w:p>
      <w:r>
        <w:br/>
        <w:t>Бо як дим вгору підоймається, то отим хлоп’ячим голубим і зеленим оченятам в овечих корушинках писаний легкий хліб…</w:t>
      </w:r>
    </w:p>
    <w:p>
      <w:r>
        <w:br/>
        <w:t>Такий легкий і білий, як пухкий колач…</w:t>
      </w:r>
    </w:p>
    <w:p>
      <w:r>
        <w:br/>
        <w:t>1925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 як дим підоймається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