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Блакитна Панна</w:t>
      </w:r>
    </w:p>
    <w:p>
      <w:r>
        <w:br/>
        <w:t xml:space="preserve"> Має крилами Весна&lt;br /&gt;</w:t>
        <w:br/>
        <w:t>Запашна,&lt;br /&gt;</w:t>
        <w:br/>
        <w:t>Лине вся в прозорих шатах,&lt;br /&gt;</w:t>
        <w:br/>
        <w:t>У серпанках і блаватах...&lt;br /&gt;</w:t>
        <w:br/>
        <w:t>Сяє усміхом примар&lt;br /&gt;</w:t>
        <w:br/>
        <w:t>З-поза хмар,&lt;br /&gt;</w:t>
        <w:br/>
        <w:t>Попелястих, пелехатих.</w:t>
      </w:r>
    </w:p>
    <w:p>
      <w:r>
        <w:br/>
        <w:t>Ось вона вже крізь блакить&lt;br /&gt;</w:t>
        <w:br/>
        <w:t>Майорить,&lt;br /&gt;</w:t>
        <w:br/>
        <w:t>Довгождана, нездоланна...&lt;br /&gt;</w:t>
        <w:br/>
        <w:t>Ось вона — Блакитна Панна!..&lt;br /&gt;</w:t>
        <w:br/>
        <w:t>Гори, гай, луги, поля —&lt;br /&gt;</w:t>
        <w:br/>
        <w:t>Вся земля&lt;br /&gt;</w:t>
        <w:br/>
        <w:t>Їй виспівує: "Осанна!"</w:t>
      </w:r>
    </w:p>
    <w:p>
      <w:r>
        <w:br/>
        <w:t>А вона, як мрія сну&lt;br /&gt;</w:t>
        <w:br/>
        <w:t>Чарівна,&lt;br /&gt;</w:t>
        <w:br/>
        <w:t>Сяє вродою святою,&lt;br /&gt;</w:t>
        <w:br/>
        <w:t>Неземною чистотою,&lt;br /&gt;</w:t>
        <w:br/>
        <w:t>Сміючись на пелюстках,&lt;br /&gt;</w:t>
        <w:br/>
        <w:t>На квітках&lt;br /&gt;</w:t>
        <w:br/>
        <w:t>Променистою росою.</w:t>
      </w:r>
    </w:p>
    <w:p>
      <w:r>
        <w:br/>
        <w:t>І уже в душі моїй&lt;br /&gt;</w:t>
        <w:br/>
        <w:t>В сяйві мрій&lt;br /&gt;</w:t>
        <w:br/>
        <w:t>В’ються хмелем арабески,&lt;br /&gt;</w:t>
        <w:br/>
        <w:t>Миготять камеї, фрески,&lt;br /&gt;</w:t>
        <w:br/>
        <w:t>Гомонять-бринять пісні&lt;br /&gt;</w:t>
        <w:br/>
        <w:t>Голосні&lt;br /&gt;</w:t>
        <w:br/>
        <w:t>І сплітаються в гротески.</w:t>
      </w:r>
    </w:p>
    <w:p>
      <w:r>
        <w:br/>
        <w:t>1912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Блакитна Панна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