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Блакитна Галілея</w:t>
      </w:r>
    </w:p>
    <w:p>
      <w:r>
        <w:br/>
        <w:t xml:space="preserve"> &lt;p&gt;БЛАКИТНА ГАЛІЛЕЯ</w:t>
      </w:r>
    </w:p>
    <w:p>
      <w:r>
        <w:br/>
        <w:t>(Фрагменти минулого)</w:t>
      </w:r>
    </w:p>
    <w:p>
      <w:r>
        <w:br/>
        <w:t>Багряний морозний ранок потужно випростався на сході, коли попереду раптом спинився паровіз і вагони, як спантеличена людська черга, безладно застукотіли буферами, хитнулись і стали. Пан Завадський, наш курінний, застібнув на комірі шинелі гаплика й урочисто проказав нам:</w:t>
      </w:r>
    </w:p>
    <w:p>
      <w:r>
        <w:br/>
        <w:t>— Ну, хлопці, маєте — Волочиськ! Ще тільки — Збруч і...— він не скінчив. На його одутлому, зовсім не галицькому, а скорше нашого полтавського якого-небудь бондаря обличчі лягла радісна усмішка. Його фразу закінчив сотник Богдан Волошин:</w:t>
      </w:r>
    </w:p>
    <w:p>
      <w:r>
        <w:br/>
        <w:t>— Збруч і — Галілея, Галілея землі української...</w:t>
      </w:r>
    </w:p>
    <w:p>
      <w:r>
        <w:br/>
        <w:t>Завадський схилив набік голову, поміркував і пого-</w:t>
      </w:r>
    </w:p>
    <w:p>
      <w:r>
        <w:br/>
        <w:t>дився: у</w:t>
      </w:r>
    </w:p>
    <w:p>
      <w:r>
        <w:br/>
        <w:t>— Атож. Галілея, Галичина. То то єсть так, вона — Галілея! Тож відти — Франко, Федькович, відтак...</w:t>
      </w:r>
    </w:p>
    <w:p>
      <w:r>
        <w:br/>
        <w:t>Завадському хотілося ще пригадати якийсь аргумент, що "вона — Галілея", але він забув імена (вони загубились у кучугурах днів і подій), він збився, але одразу ж виправився:</w:t>
      </w:r>
    </w:p>
    <w:p>
      <w:r>
        <w:br/>
        <w:t>— Відтак — січові стрільці...</w:t>
      </w:r>
    </w:p>
    <w:p>
      <w:r>
        <w:br/>
        <w:t>Як і багато галичан, в]н вимовляв "шічуві штрільчі", і це давно вже знизило його авторитет, як курінного, серед наддніпрянської частини куреня. До того ж ми бачили, як систематично на глухих станціях псувались букси навантажених цукром вагонів, і тоді пан Завадсь-кий шушукався з начальником станції і двома місцевими гендлярами. Вагон одчіпляли, і він залишався самотній на бічній колії, як сумна згадка нашого химерного ешелону.</w:t>
      </w:r>
    </w:p>
    <w:p>
      <w:r>
        <w:br/>
        <w:t>Аргументи пана Завадського щодо Галілеї нас мало переконували, і ми байдуже поставились до його урочистості. Перед нами стояла тільки одна проблема: чи довезе пан Завадський до Тернополя хоч один вагон цукру, а як і довезе, то невже ж справді так-таки й здасть його інтендантству?</w:t>
      </w:r>
    </w:p>
    <w:p>
      <w:r>
        <w:br/>
        <w:t>Але наша роль була пасивна і нам не було чого вибирати. Ми — залізничний курінь, що останнім виїхав із Києва й вивіз багато добра. Але то омана, що ми — курінь. Така ж сама, як і те, що ось-ось Україну визнає Антанта, що ОСКІЛКОВІ частини вже під самісіньким Києвом, що з Одеси на фронт приставлено апарати сліпучого проміння. Насправді — ми не складаємо навіть бойової сотні. Я, мій земляк студент Василь, гімназист Сашка, худезний рахівник залізничної управи, що нагадує нам циркового акробата "человека-змею", "вічний студент", невдага Іг-натович, університетські колеги якого давно вже побували міністрами Центральної ради, кілька селюків, два поштові урядовці — це й усе. Це козаки нашого залізничного куреня. Чому ми —"залізничний" курінь, а не просто звичайний собі якийсь курінь імені Ґонти, скажімо, чи Наливайка,— це не відомо нікому. В кожнім разі ніхто з нас не зможе не тільки що полагодити залізничної колії, а й розгвинтити рейки. Ми вміємо тільки стріляти з рушниць і робити нескладні муштрові вправи. А втім — це не зовсім так. У курені є два козаки Скибочки — дядько й небіж. Дядько Скибочка — машиніст, небіж Скибочка — кочегар. Вони — залізничний пролетаріат. Вони й досі зашмальцьовані й замурзані, дарма що цілий день пораються тільки біля казанка з локшиною або сплять. Але їхні чорні масні постаті своєю присутністю нагадують нам, що ми — справжня народна армія, і від цього нам трохи легшає в нашому безкінечному маршруті на захід. Власне кажучи, фактично — ми дезертири, Легалізовані дезертири. Від самого Києва ми не вилазили з. нашого ешелону, і немає ніяких ознак, що ми колись виліземо. Ми так уже вмостились і влежались на дерев'яних полицях вагонів третього класу, які складають переважно наш ешелон, що я просто не уявляю — невже ми колись покинемо ці лагідні присмерки, що денно й нічйо заколисують нашу тривогу й тугу? Наше бойове сумління заспокоюють тільки пан Завадський і півсотенний пан Штепа. Пан Завадський зрідка каже нам:</w:t>
      </w:r>
    </w:p>
    <w:p>
      <w:r>
        <w:br/>
        <w:t>— Ну, хлопчі, пуїдемо до Тернополя, сформуємошя гаразд, а відтак до Львова. Наб'ємо ляхів, а туді — гайда назад Київ добувати!</w:t>
      </w:r>
    </w:p>
    <w:p>
      <w:r>
        <w:br/>
        <w:t>Нам не віриться, що ми колись іще повернемось до золотоверхого Києва, але ми мусимо вірити. Нам не лишається, крім віри, більше нічого. І це виправдує нас перед нами самими.</w:t>
      </w:r>
    </w:p>
    <w:p>
      <w:r>
        <w:br/>
        <w:t>Золотоверхий Київ щохвилини віддаляється від нас назад, у минуле, в повстання проти гетьмана і німців, і тільки півсотенний пан Штепа так само, як і на другий день, коли ми покинули Київ, завзято упевняє нас:</w:t>
      </w:r>
    </w:p>
    <w:p>
      <w:r>
        <w:br/>
        <w:t>— Дайте мені триста хлопців, та навіщо триста,— двісті, сотню, тільки таких, щоб за мною в огонь і в воду, і я вам за тиждень вижену більшовиків із Києва!..</w:t>
      </w:r>
    </w:p>
    <w:p>
      <w:r>
        <w:br/>
        <w:t>Але пан Штепа не може таких знайти, він хвилюється, лається і нишком натякає нам, що треба скинути з курінного Завадського. Я дивлюсь на його попелясті вуса, велике зморшкувате чоло, міцні в зашпорах руки і мене завжди тоді лоскоче ця блудна, наївна думка: "Як це Штепа опинився в українській армії? По суті — він при-рожденний більшовик. Ми знаємо, що він був колись ковалем, а потім унтером на "дійствительній службі". Його хоробрість і епічний спокій під небезпеку зовсім не до пари Завадському й багатьом із тих, що їх ми бачили й знали. І все ж Штепа — в нас..."</w:t>
      </w:r>
    </w:p>
    <w:p>
      <w:r>
        <w:br/>
        <w:t>Десь під Проскуровим до нас приблудились два стріль-ці-сотники: Волошин і Рибка. їх радо прийняв Завадський, і вони збільшили старшинський склад нашого фантастичного куреня. Вечорами Рибка оповідає Ігнатовичу про статеві спотворення й напівголоса співає стрілецьких пісень. Богдан Волошин мовчить. Він боляче переживає кожну катастрофу на фронті й хоче дати якийсь лад, бодай хоч нашому куреневі. Вдень він виводить нас на муштру і нас зрушують із мертвої сплячки короткі блискавки на його нервовому татарському обличчі з великими вилицями й чорними булавочками очей.</w:t>
      </w:r>
    </w:p>
    <w:p>
      <w:r>
        <w:br/>
        <w:t>— До стопи кріс!</w:t>
      </w:r>
    </w:p>
    <w:p>
      <w:r>
        <w:br/>
        <w:t>— Верни!</w:t>
      </w:r>
    </w:p>
    <w:p>
      <w:r>
        <w:br/>
        <w:t>— Позір!</w:t>
      </w:r>
    </w:p>
    <w:p>
      <w:r>
        <w:br/>
        <w:t>Рвучко вилітає команда з його маленької, але кремезної постаті, й ми енергійно під його пильним гострим поглядом ставимо до стопи рушниці й виструнчуємось.</w:t>
      </w:r>
    </w:p>
    <w:p>
      <w:r>
        <w:br/>
        <w:t>Два дні, як мула, мовчки приглядався до мене сотник Волошин, а на третій він підсів і заговорив. З того часу він ніби взяв наді мною шефство й хоче зробити з мене чотового.</w:t>
      </w:r>
    </w:p>
    <w:p>
      <w:r>
        <w:br/>
        <w:t>Коли ешелон одвели на запасну колію, Волошин підійшов до мене.</w:t>
      </w:r>
    </w:p>
    <w:p>
      <w:r>
        <w:br/>
        <w:t>— Пане Борис, їдьмо кіньми до Підволочиська,— покажу вам Галичину.</w:t>
      </w:r>
    </w:p>
    <w:p>
      <w:r>
        <w:br/>
        <w:t>Я радісно погодився. Волошин сторгував забрьоханого балагулу, й драбчасті, благенькі конячки затьопали в талому снігу обшарпаними волочиськими вулицями.</w:t>
      </w:r>
    </w:p>
    <w:p>
      <w:r>
        <w:br/>
        <w:t>Ми виїхали за містечко. Сірий, бруднуватий краєвид українського Поділля. Білі пагорки й синя смужка далекого лісу.</w:t>
      </w:r>
    </w:p>
    <w:p>
      <w:r>
        <w:br/>
        <w:t>Богдан Волошин розповідає мені свою довгу, героїчну біографію.</w:t>
      </w:r>
    </w:p>
    <w:p>
      <w:r>
        <w:br/>
        <w:t>— Мої батьки довго не мали дітей, то то від того я і — Богдан, ніби бог дав...</w:t>
      </w:r>
    </w:p>
    <w:p>
      <w:r>
        <w:br/>
        <w:t>Мені не новина його життя, але я задоволений з його розповіді: те, що він одмикає переді мною свою душу, нейтралізує мені гіпнотизуючу владу його східних вузьких очей, які вже мають наді мною вплив і силу.</w:t>
      </w:r>
    </w:p>
    <w:p>
      <w:r>
        <w:br/>
        <w:t>— Пане Борис! Дивіться!..— він схопив мене за руку й метким помахом показав перед себе: — Бачите — Збруч!</w:t>
      </w:r>
    </w:p>
    <w:p>
      <w:r>
        <w:br/>
        <w:t>Сизою смугою криги перед нами закрутився Збруч. Конячки застукотіли копитами по мостових дошках. Край мосту галицький жовнір у австрійському однострої вартує біля шлагбаума.</w:t>
      </w:r>
    </w:p>
    <w:p>
      <w:r>
        <w:br/>
        <w:t>Вузюсінька, замерзла тепер річка Збруч — чорна ріка українського народу... Я дивлюсь на її пустельні, вкриті талим снігом обриси берегів і мені не віриться, що вона протягом століть могла межувати по живому нашу землю. Так швидко, за мить, санки промчали маленьким мостом, і ми вже їдемо уторованою галицькою дорогою.</w:t>
      </w:r>
    </w:p>
    <w:p>
      <w:r>
        <w:br/>
        <w:t>І дивно, що тут таке ж саме сіре, похмуре небо, як і по тому боці, такі ж хати з темними стріхами і так само сумно дивляться на нас голі, чорні дерева. Але це вже — Галичина, Галілея. Обітована земля. Я забув про безперспективне монотонне торохкотіння коліс під вагоном і скавуління зіпсованої букси. То все лишилось там, по той бік Збруча так само, як і поразки на фронті і вагони "загнаного" цукру. Галичина! Це сюди, коли мої гімназіальні товариші тікали "до Америки",— я снив колись тікати до української гімназії, це тут:</w:t>
      </w:r>
    </w:p>
    <w:p>
      <w:r>
        <w:br/>
        <w:t>Видиш, брате мій, товаришу мій,</w:t>
      </w:r>
    </w:p>
    <w:p>
      <w:r>
        <w:br/>
        <w:t>Відлітають сірим шнурком журавлі в вирій...</w:t>
      </w:r>
    </w:p>
    <w:p>
      <w:r>
        <w:br/>
        <w:t>Тут — Галичина!.. І я зовсім по-іншому сприймаю тепер Волошина; в його очах світиться вже не татарська хитрість, а іскри перших вибухів снарядів на минулій війні і мрійність гуцульської ватри в Карпатах.</w:t>
      </w:r>
    </w:p>
    <w:p>
      <w:r>
        <w:br/>
        <w:t>Мені здається, що кожна цеглина на будинках, кожний куток землі акумульовані тут духом войовничого стрілецтва. Але...</w:t>
      </w:r>
    </w:p>
    <w:p>
      <w:r>
        <w:br/>
        <w:t>Ми покинули нашого балагулу й пішли пішоходом вулиці. Раптом з-за паркану висунулась зморшкувата жіноча голова в білій хустці й, глянувши на наші російські шинелі та сірі шапки, запащекувала на всю губу сусідці:</w:t>
      </w:r>
    </w:p>
    <w:p>
      <w:r>
        <w:br/>
        <w:t>— Виділи "вояків"? То всьо "козаки" та "козаки"! Україну добувають... А шляк би вас трафив з тотою Україною!..</w:t>
      </w:r>
    </w:p>
    <w:p>
      <w:r>
        <w:br/>
        <w:t>Я здивовано глянув на Волошина:</w:t>
      </w:r>
    </w:p>
    <w:p>
      <w:r>
        <w:br/>
        <w:t>— Що це таке? У Галичині?.. Волошин не обернувся на ті кпини.</w:t>
      </w:r>
    </w:p>
    <w:p>
      <w:r>
        <w:br/>
        <w:t>— То є, певне, котрась москвофілка або полька. Як будемо вертати, я ще зайду сюди глянути.</w:t>
      </w:r>
    </w:p>
    <w:p>
      <w:r>
        <w:br/>
        <w:t>В його очах знову, як і раніш за Збручем, спалахнули короткі татарські блискавиці і згасли під сірою шапкою.</w:t>
      </w:r>
    </w:p>
    <w:p>
      <w:r>
        <w:br/>
        <w:t>Я йшов поруч нього, але до мене ще довго долітало ззаду отруйне пащекування тої чудернацької жінки.</w:t>
      </w:r>
    </w:p>
    <w:p>
      <w:r>
        <w:br/>
        <w:t>Галичина? Галілея...</w:t>
      </w:r>
    </w:p>
    <w:p>
      <w:r>
        <w:br/>
        <w:t>У Підволочиську на станції ми .пили каву. Смачну галицьку каву. Нараз одчинились двері до "уряду руху" й відтіля долетіли крики й зойки. Двері стукнули й зачинились. Проте лемент чути було й тепер. Він глухо пробивався крізь міцні двері і стіну, ніби з-під землі, з льоху. Я мерщій крикнув офіціантові по-галицькому: "платити"! й, підійшовши до дверей, почав наслухати. Чийсь благальний, сповнений болю й ляку, голос, жалібно гугнявив:</w:t>
      </w:r>
    </w:p>
    <w:p>
      <w:r>
        <w:br/>
        <w:t>— Але, паночку, прошу — ви виділи мої легітимації, то# вам кождий засвідчить, що...</w:t>
      </w:r>
    </w:p>
    <w:p>
      <w:r>
        <w:br/>
        <w:t>— То що мені твої легітимації! Ти мене іздурити хочещ, ти єсть — дезертир! Лягай — я мушу тобі палки дати.</w:t>
      </w:r>
    </w:p>
    <w:p>
      <w:r>
        <w:br/>
        <w:t>Мовчазна гнітюча пауза. Короткі ляпаси й глухі безладні стусани. І знову той жебрацький, уже кволіший голос:</w:t>
      </w:r>
    </w:p>
    <w:p>
      <w:r>
        <w:br/>
        <w:t>— Але ж спитайте хоч кого, я вас прошу...</w:t>
      </w:r>
    </w:p>
    <w:p>
      <w:r>
        <w:br/>
        <w:t>— А мусиш мені сказати, що ти за один! А мусиш! Капральський баритон вичитує всі смертні гріхи:</w:t>
      </w:r>
    </w:p>
    <w:p>
      <w:r>
        <w:br/>
        <w:t>— То ти єсть большовик! Я мушу тобі палки дати, жеби казав, жеби не дурив! Ти єсть польський шпиг! Лягай!</w:t>
      </w:r>
    </w:p>
    <w:p>
      <w:r>
        <w:br/>
        <w:t>Знову холодна мовчанка і глухі удари. Б'ють... У Галичині — б'ють?</w:t>
      </w:r>
    </w:p>
    <w:p>
      <w:r>
        <w:br/>
        <w:t>Я підійшов до Волошина і здивовано спитав:</w:t>
      </w:r>
    </w:p>
    <w:p>
      <w:r>
        <w:br/>
        <w:t>— Пане сотнику, там, либонь, когось катують, що це таке?</w:t>
      </w:r>
    </w:p>
    <w:p>
      <w:r>
        <w:br/>
        <w:t>Волошин глянув на двері й спокійно відповів:</w:t>
      </w:r>
    </w:p>
    <w:p>
      <w:r>
        <w:br/>
        <w:t>— А, то жандарми допитують якогось непевного... Жандарми? В Галичині? В Галілеї?..</w:t>
      </w:r>
    </w:p>
    <w:p>
      <w:r>
        <w:br/>
        <w:t>Надворі була млява передвесіння одлига й хмарилось небо.</w:t>
      </w:r>
    </w:p>
    <w:p>
      <w:r>
        <w:br/>
        <w:t>На далекій запасовій Збаразькій колії стоїть наш ешелон за версту від станції. Останні зимові морози стиснули сірий краєвид Тернополя. Він лежить он там, за білим сніговим подолом, і гострий шпиль готики костьолу стремить над містом у похмуре невеселе галілейське небо. Ми бачили Тернопіль тільки одну годину, поки стояв на станції наш поїзд. Похапцем пройшли ми його зруйнованими вулицями, де на кожному розі прибито новенькі блакитні таблички: "Вулиця Михайла Грушевського", "Вулиця Петлюри", "Площа Івана Мазепи".</w:t>
      </w:r>
    </w:p>
    <w:p>
      <w:r>
        <w:br/>
        <w:t>Посеред майдану зруйнований пам'ятник Міцкевичу, з завулку вибігає хлопчисько з щітками й запобігливо пропонує:</w:t>
      </w:r>
    </w:p>
    <w:p>
      <w:r>
        <w:br/>
        <w:t>— Прошу, пане, чоботи чистити? Альбо, може, пан дівку потребує?</w:t>
      </w:r>
    </w:p>
    <w:p>
      <w:r>
        <w:br/>
        <w:t>Дівку — в Галичині? В Галілеї?..</w:t>
      </w:r>
    </w:p>
    <w:p>
      <w:r>
        <w:br/>
        <w:t>Завадський продав-таки останній вагон цукру і тепер заходився дисциплінувати курінь. До міста нам ходити заборонено. Коло ешелону стоять тепер завжди два вартові. У вагоні з нудьги співає півсотенний пан Штепа свою власну імпровізацію:</w:t>
      </w:r>
    </w:p>
    <w:p>
      <w:r>
        <w:br/>
        <w:t>Гей, встань з гроба, Дорошенко,</w:t>
      </w:r>
    </w:p>
    <w:p>
      <w:r>
        <w:br/>
        <w:t>Гей, встань з гроба, Дорошенко,</w:t>
      </w:r>
    </w:p>
    <w:p>
      <w:r>
        <w:br/>
        <w:t>Та одлупи військо, військо українське, Хорошенько! Гей, долиною, гей,</w:t>
      </w:r>
    </w:p>
    <w:p>
      <w:r>
        <w:br/>
        <w:t>Широкою — Дезертири пруть...</w:t>
      </w:r>
    </w:p>
    <w:p>
      <w:r>
        <w:br/>
        <w:t>Він не згадує вже за Київ і не вимагає хоч сотні хлопців, щоб в огонь і в воду — виганяти більшовиків.</w:t>
      </w:r>
    </w:p>
    <w:p>
      <w:r>
        <w:br/>
        <w:t>Вдень ми читаємо, лежачи на лавах, галицькі газети й їмо локшину з повидлом. Чудні галицькі газети. На першій сторінці: звіти операційного штабу про "завішення зброї" під Львовом. Увага! Мужва одержує заосмотрення в помешканні пана коменданта...</w:t>
      </w:r>
    </w:p>
    <w:p>
      <w:r>
        <w:br/>
        <w:t>"Мужва" — це те, що в колишній Росії "нижний чин", а в нас — козаки. Нам дивйо читати на станціях таблиці з написами: "Саля для мужви", "Саля для старшини", і пан Штепа зітхає, на ті таблиці дивлячись:</w:t>
      </w:r>
    </w:p>
    <w:p>
      <w:r>
        <w:br/>
        <w:t>— Робили брати-галичани революцію, та тільки, скажу, не доробили: шмендриків, видать, багато позоставалось, просто, як старий режим на вивісках порозводили!</w:t>
      </w:r>
    </w:p>
    <w:p>
      <w:r>
        <w:br/>
        <w:t>Я підперезуюсь патронташем і беру рушницю йти на варту. Пан Завадський роззуває нового чобота й, сопучи, каже мені:</w:t>
      </w:r>
    </w:p>
    <w:p>
      <w:r>
        <w:br/>
        <w:t>— Ту є батярів много. То котрий буде підходив до потягу — стріляйте, не питаючи.</w:t>
      </w:r>
    </w:p>
    <w:p>
      <w:r>
        <w:br/>
        <w:t>Мла оповила снігові простори, і тільки в Тернополі блимають де-не-де поодинокі вогники. Зривається вітер, смикає мені шинелю і зриває снігову куряву. Заходить на завірюху. Гаснуть по вагонах стеаринові свічки, й коли темрява геть зовсім заснує готичний шпиль над Тернополем, тоді підходять "батярі". Ще здалека з-за пагорків раптом трісне сухий постріл, і неподалеку над вагонами жалібно заскиглить — ціу-у-у... Потім ще раз і ще. Це батярі лякають вартового. За їхнім планом — вартовий мусить плюнути, кінець кінцем, на те майно й податись собі грітись до вагону. Ось вони знял-и справжню фронтову стрілянину, але я умисне мовчу. П'ята куля моя вже в цівці, й пальці стискують рушницю. Стало тихо. Вітер смиконув мені шинелю й задер її до пояса. Я чую вже поперед себе в темряві приглушені голоси. Батярі тихо й обережно, як вовки, наближаються. Тоді я цілюсь у темряву, на голоси, і враз гулкий випал мчить повз вагони. Позаду, у вагоні, чути переляканий крик Ігнато-вича: "Панове, до зброї!" На площадку вискакує без шинелі "человек-змея", мій земляк Василь Скибочка, й крізь завірюху пахтить безладна стрілянина, поки не вилізе надвір у кожусі пан Штепа й хриплим від сну голосом незадоволено забурчить:</w:t>
      </w:r>
    </w:p>
    <w:p>
      <w:r>
        <w:br/>
        <w:t>— Підняли тарарам!.. Тоже — козаки називається! Тільки паніку по-дурному розводять...</w:t>
      </w:r>
    </w:p>
    <w:p>
      <w:r>
        <w:br/>
        <w:t>Батярі давно вже втікли. Дві години їх, напевно, не буде. Останнім входить до вагону "человек-змея" і за ним гулко стукають вагонні двері.</w:t>
      </w:r>
    </w:p>
    <w:p>
      <w:r>
        <w:br/>
        <w:t>Завірюха жбурляє голками в лице, крутиться між колесами й мчить по&amp;#163;3 ешелон кудись у темряву, туди, де Львів, Перемишдь, Сян, де спить тривожним сном сполохана Галілея.</w:t>
      </w:r>
    </w:p>
    <w:p>
      <w:r>
        <w:br/>
        <w:t>Пан Завадський зібрав нас кількох у своєму купе й коротко повідомив:</w:t>
      </w:r>
    </w:p>
    <w:p>
      <w:r>
        <w:br/>
        <w:t>— Ну, тепера, хлопчі, пучнім шя фурмувати: то кутрі інтелігентні — підуть до контррозвідки, а хлопи — сотнею на фронт під Львів.</w:t>
      </w:r>
    </w:p>
    <w:p>
      <w:r>
        <w:br/>
        <w:t>Ми отетеріли: нас, студентів,— до контррозвідки! Ми, що повстали проти гетьмана, що вважали себе за революціонерів і справжніх представників народу — за шпигунів, за контррозвідників! Е, ні! Вибачте!</w:t>
      </w:r>
    </w:p>
    <w:p>
      <w:r>
        <w:br/>
        <w:t>Хлопці непорозуміло кліпали очима й винувато дивились додолу. Це таке формування "залізничного куреня"!..</w:t>
      </w:r>
    </w:p>
    <w:p>
      <w:r>
        <w:br/>
        <w:t>Я перший перервав цю неприємну, соромливу мовчанку:</w:t>
      </w:r>
    </w:p>
    <w:p>
      <w:r>
        <w:br/>
        <w:t>— Пане курінний! До цієї "праці" ми непридатні, ми воліємо вкупі з рештою йти під Львів.</w:t>
      </w:r>
    </w:p>
    <w:p>
      <w:r>
        <w:br/>
        <w:t>Пак Завадський недобре посміхнувся, і ми не впізнали в рішучості його тону свого курінного.</w:t>
      </w:r>
    </w:p>
    <w:p>
      <w:r>
        <w:br/>
        <w:t>— Ви "забули, панове, що це єсть Галичина, а не Наддніпрянщина! Тут є дисципліна і за непослух є кари. Я прошу вас, панове, це затямити собі...</w:t>
      </w:r>
    </w:p>
    <w:p>
      <w:r>
        <w:br/>
        <w:t>Я стиха, але вперто проказав ще раз:</w:t>
      </w:r>
    </w:p>
    <w:p>
      <w:r>
        <w:br/>
        <w:t>— Пане курінний, ми не можемо піти до контррозвідки...</w:t>
      </w:r>
    </w:p>
    <w:p>
      <w:r>
        <w:br/>
        <w:t>— Ну, то будете говорити з паном Стефановим! Завадський звівся на ноги, і його одутлі щоки напнулися пихою й погрозою.</w:t>
      </w:r>
    </w:p>
    <w:p>
      <w:r>
        <w:br/>
        <w:t>Мовчки ми вийшли з його купе. Ім'я пана Стефанова, коменданта Тернополя, промовляло нам надто багато. Це з його наказу вартові в місті одразу після шостої години безапеляційно наказують запізнілому перехожому —"лягай" і тримають .його лежачи, поки не прийде зміна.</w:t>
      </w:r>
    </w:p>
    <w:p>
      <w:r>
        <w:br/>
        <w:t>Режим пана Стафанова ми не могли увібрати в наші поняття української влади й казкової Галілеї. Далебі, пан Штепа мав рацію, кажучи:</w:t>
      </w:r>
    </w:p>
    <w:p>
      <w:r>
        <w:br/>
        <w:t>— Які вони в чорта — українці! Австріяки — і більше нічого!..</w:t>
      </w:r>
    </w:p>
    <w:p>
      <w:r>
        <w:br/>
        <w:t>Надворі я порадився з Василем, і ми поклали, поки ще Завадський міркуватиме, як йому повестись із нами, тікати. Назад за Збруч, з цієї чудернацької країни, де є ще й досі "мужва" і "хлопи", пан Завадський і пан Стефанів.</w:t>
      </w:r>
    </w:p>
    <w:p>
      <w:r>
        <w:br/>
        <w:t>У вагоні лежали наші військові торби з білизною і набоями, але на чорта вони нам! Ми підперезали охайніше пасками наші шинелі, щоб мати справжній дисциплінований вигляд, і це була наша остання данина галілейсь-кому режимові та його вартовому — панові Стефанову. Наші нейтральні студентські посвідчення під шинелями покривали нас, тепер справжніх дезертирів, перед охочими до "легітимацій" жандармами.</w:t>
      </w:r>
    </w:p>
    <w:p>
      <w:r>
        <w:br/>
        <w:t>Готичний шпиль костьолу над Тернополем поволі наближався назустріч нам.</w:t>
      </w:r>
    </w:p>
    <w:p>
      <w:r>
        <w:br/>
        <w:t>Грузнув під ногами набучавілий, мокрий сніг.</w:t>
      </w:r>
    </w:p>
    <w:p>
      <w:r>
        <w:br/>
        <w:t>Я прокинувся від зменшеного, затамованого руху поїзда. Насупроти сидів Василь і мовчки дивився у вікно.</w:t>
      </w:r>
    </w:p>
    <w:p>
      <w:r>
        <w:br/>
        <w:t>— Що — вже приїхали? Волочиськ?</w:t>
      </w:r>
    </w:p>
    <w:p>
      <w:r>
        <w:br/>
        <w:t>— Ні, міст через Збруч...</w:t>
      </w:r>
    </w:p>
    <w:p>
      <w:r>
        <w:br/>
        <w:t>Я присунувся мерщій до вікна. Крізь скісні металеві бантини залізничного мосту було видно витку почорнілу дорогу Збруча. Нужденні стебла очерету й темні плями купини супроводили його таємну путь на північ. Остання бантина мигнула перед очима і впала в темряву. Колеса жваво застукотіли наддніпрянськими рейками, ліворуч заблимали вогники по волочиських хатах. Ми переглянулись з Василем і полегшено зітхнули. Пан Завадський і пан Стефанів тепер уже далеко за Збручем, там де поринула в чорні вири нічної мли замріяна, блакитна Галілея...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Блакитна Галілея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