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Благословляю час той, і годину</w:t>
      </w:r>
    </w:p>
    <w:p>
      <w:r>
        <w:br/>
        <w:t xml:space="preserve"> Благословляю час той, і годину,&lt;br /&gt;</w:t>
        <w:br/>
        <w:t>І ту ясну невимовну хвилину,&lt;br /&gt;</w:t>
        <w:br/>
        <w:t>Як я, об'їхавши світ-Україну,&lt;br /&gt;</w:t>
        <w:br/>
        <w:t>Тебе побачив, над людей людину.</w:t>
      </w:r>
    </w:p>
    <w:p>
      <w:r>
        <w:br/>
        <w:t>В тобі з душею понялась урода&lt;br /&gt;</w:t>
        <w:br/>
        <w:t>І з серцем тихим — розуму свобода...&lt;br /&gt;</w:t>
        <w:br/>
        <w:t>Пещене чадо рідного народа!&lt;br /&gt;</w:t>
        <w:br/>
        <w:t>Пишається тобою вся природа.</w:t>
      </w:r>
    </w:p>
    <w:p>
      <w:r>
        <w:br/>
        <w:t>До тебе я, приблуда, приблудився,&lt;br /&gt;</w:t>
        <w:br/>
        <w:t>На тебе я, мов на святу, дивився,&lt;br /&gt;</w:t>
        <w:br/>
        <w:t>Твоїм умом і серцем просвітився,&lt;br /&gt;</w:t>
        <w:br/>
        <w:t>Немов на світ удруге народився.</w:t>
      </w:r>
    </w:p>
    <w:p>
      <w:r>
        <w:br/>
        <w:t>Благословен же час той і година&lt;br /&gt;</w:t>
        <w:br/>
        <w:t>І ти, ясна, незабутна хвилино.&lt;br /&gt;</w:t>
        <w:br/>
        <w:t>Як світ мені широкий — Україна&lt;br /&gt;</w:t>
        <w:br/>
        <w:t>В тобі з'явився, над людей людино!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Благословляю час той, і годину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